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66915E" w14:textId="77777777" w:rsidR="00A556CE" w:rsidRPr="00A556CE" w:rsidRDefault="00A556CE" w:rsidP="00A556CE">
      <w:pPr>
        <w:spacing w:after="200"/>
        <w:ind w:firstLine="180"/>
        <w:rPr>
          <w:b/>
          <w:bCs/>
          <w:sz w:val="20"/>
          <w:lang w:val="ru-RU"/>
        </w:rPr>
      </w:pPr>
      <w:r w:rsidRPr="00A556CE">
        <w:rPr>
          <w:b/>
          <w:bCs/>
          <w:sz w:val="20"/>
          <w:lang w:val="ru-RU"/>
        </w:rPr>
        <w:t xml:space="preserve">Шесть </w:t>
      </w:r>
      <w:r>
        <w:rPr>
          <w:b/>
          <w:bCs/>
          <w:sz w:val="20"/>
          <w:lang w:val="ru-RU"/>
        </w:rPr>
        <w:t>очерков</w:t>
      </w:r>
      <w:r w:rsidRPr="00A556CE">
        <w:rPr>
          <w:b/>
          <w:bCs/>
          <w:sz w:val="20"/>
          <w:lang w:val="ru-RU"/>
        </w:rPr>
        <w:t xml:space="preserve"> </w:t>
      </w:r>
    </w:p>
    <w:p w14:paraId="30E38AA2" w14:textId="794C57A1" w:rsidR="00A556CE" w:rsidRPr="00A556CE" w:rsidRDefault="00A556CE" w:rsidP="00A556CE">
      <w:pPr>
        <w:spacing w:after="200"/>
        <w:ind w:firstLine="180"/>
        <w:rPr>
          <w:b/>
          <w:bCs/>
          <w:sz w:val="20"/>
          <w:lang w:val="ru-RU"/>
        </w:rPr>
      </w:pPr>
      <w:r w:rsidRPr="00A556CE">
        <w:rPr>
          <w:b/>
          <w:bCs/>
          <w:sz w:val="20"/>
          <w:lang w:val="ru-RU"/>
        </w:rPr>
        <w:t>о Высшем Благе</w:t>
      </w:r>
    </w:p>
    <w:p w14:paraId="244A2745" w14:textId="77777777" w:rsidR="00A556CE" w:rsidRPr="00A556CE" w:rsidRDefault="00A556CE" w:rsidP="00A556CE">
      <w:pPr>
        <w:spacing w:after="200"/>
        <w:ind w:firstLine="180"/>
        <w:rPr>
          <w:b/>
          <w:bCs/>
          <w:sz w:val="20"/>
          <w:lang w:val="ru-RU"/>
        </w:rPr>
      </w:pPr>
    </w:p>
    <w:p w14:paraId="4BD1414E" w14:textId="77777777" w:rsidR="00A556CE" w:rsidRPr="00A556CE" w:rsidRDefault="00A556CE" w:rsidP="00A556CE">
      <w:pPr>
        <w:spacing w:after="200"/>
        <w:ind w:firstLine="180"/>
        <w:rPr>
          <w:b/>
          <w:bCs/>
          <w:sz w:val="20"/>
          <w:lang w:val="ru-RU"/>
        </w:rPr>
      </w:pPr>
      <w:r w:rsidRPr="00A556CE">
        <w:rPr>
          <w:b/>
          <w:bCs/>
          <w:i/>
          <w:sz w:val="20"/>
          <w:lang w:val="ru-RU"/>
        </w:rPr>
        <w:t>Шри</w:t>
      </w:r>
      <w:r w:rsidRPr="00A556CE">
        <w:rPr>
          <w:b/>
          <w:bCs/>
          <w:sz w:val="20"/>
          <w:lang w:val="ru-RU"/>
        </w:rPr>
        <w:t xml:space="preserve"> </w:t>
      </w:r>
      <w:proofErr w:type="spellStart"/>
      <w:r w:rsidRPr="00A556CE">
        <w:rPr>
          <w:b/>
          <w:bCs/>
          <w:i/>
          <w:sz w:val="20"/>
          <w:lang w:val="ru-RU"/>
        </w:rPr>
        <w:t>Таттва</w:t>
      </w:r>
      <w:r w:rsidRPr="00A556CE">
        <w:rPr>
          <w:b/>
          <w:bCs/>
          <w:sz w:val="20"/>
          <w:lang w:val="ru-RU"/>
        </w:rPr>
        <w:t>-</w:t>
      </w:r>
      <w:r w:rsidRPr="00A556CE">
        <w:rPr>
          <w:b/>
          <w:bCs/>
          <w:i/>
          <w:sz w:val="20"/>
          <w:lang w:val="ru-RU"/>
        </w:rPr>
        <w:t>сандарбха</w:t>
      </w:r>
      <w:proofErr w:type="spellEnd"/>
      <w:r w:rsidRPr="00A556CE">
        <w:rPr>
          <w:b/>
          <w:bCs/>
          <w:sz w:val="20"/>
          <w:lang w:val="ru-RU"/>
        </w:rPr>
        <w:t>: об Истине</w:t>
      </w:r>
    </w:p>
    <w:p w14:paraId="35C332DD" w14:textId="77777777" w:rsidR="003B67ED" w:rsidRPr="00152469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152469">
        <w:rPr>
          <w:b/>
          <w:lang w:val="ru-RU"/>
        </w:rPr>
        <w:t>1</w:t>
      </w:r>
      <w:r w:rsidR="007370CB" w:rsidRPr="00152469">
        <w:rPr>
          <w:b/>
          <w:lang w:val="ru-RU"/>
        </w:rPr>
        <w:t>.</w:t>
      </w:r>
    </w:p>
    <w:p w14:paraId="1C8326D9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6E760F26" w14:textId="77777777" w:rsidR="003B67ED" w:rsidRPr="00152469" w:rsidRDefault="002B41BF" w:rsidP="004E41B6">
      <w:pPr>
        <w:pStyle w:val="TextTranslation"/>
        <w:ind w:firstLine="180"/>
        <w:rPr>
          <w:lang w:val="ru-RU"/>
        </w:rPr>
      </w:pPr>
      <w:r w:rsidRPr="00152469">
        <w:rPr>
          <w:lang w:val="ru-RU"/>
        </w:rPr>
        <w:t xml:space="preserve">"В век </w:t>
      </w:r>
      <w:r w:rsidRPr="00152469">
        <w:rPr>
          <w:i/>
          <w:lang w:val="ru-RU"/>
        </w:rPr>
        <w:t>Кали</w:t>
      </w:r>
      <w:r w:rsidRPr="00152469">
        <w:rPr>
          <w:lang w:val="ru-RU"/>
        </w:rPr>
        <w:t xml:space="preserve"> разумные люди поют соборно славу Божью,</w:t>
      </w:r>
      <w:r w:rsidR="005238DB" w:rsidRPr="00152469">
        <w:rPr>
          <w:lang w:val="ru-RU"/>
        </w:rPr>
        <w:t xml:space="preserve"> — </w:t>
      </w:r>
      <w:r w:rsidRPr="00152469">
        <w:rPr>
          <w:lang w:val="ru-RU"/>
        </w:rPr>
        <w:t xml:space="preserve">Того, Кто в светлом облике </w:t>
      </w:r>
      <w:proofErr w:type="spellStart"/>
      <w:r w:rsidRPr="00152469">
        <w:rPr>
          <w:lang w:val="ru-RU"/>
        </w:rPr>
        <w:t>сошествует</w:t>
      </w:r>
      <w:proofErr w:type="spellEnd"/>
      <w:r w:rsidRPr="00152469">
        <w:rPr>
          <w:lang w:val="ru-RU"/>
        </w:rPr>
        <w:t xml:space="preserve"> в мир и воспевает </w:t>
      </w:r>
      <w:r w:rsidR="00F6363E" w:rsidRPr="00152469">
        <w:rPr>
          <w:lang w:val="ru-RU"/>
        </w:rPr>
        <w:t>И</w:t>
      </w:r>
      <w:r w:rsidRPr="00152469">
        <w:rPr>
          <w:lang w:val="ru-RU"/>
        </w:rPr>
        <w:t>мя Кришны. Хотя Он не черного обличия, Он Кришна Самолично в окружении Своих спутнико</w:t>
      </w:r>
      <w:r w:rsidR="00B50058" w:rsidRPr="00152469">
        <w:rPr>
          <w:lang w:val="ru-RU"/>
        </w:rPr>
        <w:t>в, слуг, оружия и возлюбленных"</w:t>
      </w:r>
      <w:r w:rsidRPr="00152469">
        <w:rPr>
          <w:lang w:val="ru-RU"/>
        </w:rPr>
        <w:t xml:space="preserve"> (</w:t>
      </w:r>
      <w:proofErr w:type="spellStart"/>
      <w:r w:rsidRPr="00152469">
        <w:rPr>
          <w:rStyle w:val="TextTranslationItalic"/>
          <w:lang w:val="ru-RU"/>
        </w:rPr>
        <w:t>Шримад-Бхагаватам</w:t>
      </w:r>
      <w:proofErr w:type="spellEnd"/>
      <w:r w:rsidRPr="00152469">
        <w:rPr>
          <w:rStyle w:val="TextTranslationItalic"/>
          <w:lang w:val="ru-RU"/>
        </w:rPr>
        <w:t xml:space="preserve"> </w:t>
      </w:r>
      <w:r w:rsidRPr="00152469">
        <w:rPr>
          <w:rStyle w:val="TextTranslationItalic"/>
          <w:i w:val="0"/>
          <w:lang w:val="ru-RU"/>
        </w:rPr>
        <w:t>11.5.32</w:t>
      </w:r>
      <w:r w:rsidRPr="00152469">
        <w:rPr>
          <w:lang w:val="ru-RU"/>
        </w:rPr>
        <w:t>)</w:t>
      </w:r>
      <w:r w:rsidR="00B50058" w:rsidRPr="00152469">
        <w:rPr>
          <w:lang w:val="ru-RU"/>
        </w:rPr>
        <w:t>.</w:t>
      </w:r>
    </w:p>
    <w:p w14:paraId="4230071C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478DA300" w14:textId="77777777" w:rsidR="003B67ED" w:rsidRPr="00152469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152469">
        <w:rPr>
          <w:b/>
          <w:lang w:val="ru-RU"/>
        </w:rPr>
        <w:t>2</w:t>
      </w:r>
      <w:r w:rsidR="007370CB" w:rsidRPr="00152469">
        <w:rPr>
          <w:b/>
          <w:lang w:val="ru-RU"/>
        </w:rPr>
        <w:t>.</w:t>
      </w:r>
    </w:p>
    <w:p w14:paraId="1FB30B12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32BC83BD" w14:textId="77777777" w:rsidR="003B67ED" w:rsidRPr="00152469" w:rsidRDefault="002B41BF" w:rsidP="004E41B6">
      <w:pPr>
        <w:pStyle w:val="TextTranslation"/>
        <w:ind w:firstLine="180"/>
        <w:rPr>
          <w:lang w:val="ru-RU"/>
        </w:rPr>
      </w:pPr>
      <w:r w:rsidRPr="00152469">
        <w:rPr>
          <w:lang w:val="ru-RU"/>
        </w:rPr>
        <w:t xml:space="preserve">В век </w:t>
      </w:r>
      <w:r w:rsidRPr="00152469">
        <w:rPr>
          <w:i/>
          <w:lang w:val="ru-RU"/>
        </w:rPr>
        <w:t>Кали</w:t>
      </w:r>
      <w:r w:rsidRPr="00152469">
        <w:rPr>
          <w:lang w:val="ru-RU"/>
        </w:rPr>
        <w:t xml:space="preserve"> мы ищем убежище в Кришне </w:t>
      </w:r>
      <w:proofErr w:type="spellStart"/>
      <w:r w:rsidRPr="00152469">
        <w:rPr>
          <w:lang w:val="ru-RU"/>
        </w:rPr>
        <w:t>Чайтанье</w:t>
      </w:r>
      <w:proofErr w:type="spellEnd"/>
      <w:r w:rsidRPr="00152469">
        <w:rPr>
          <w:lang w:val="ru-RU"/>
        </w:rPr>
        <w:t xml:space="preserve"> путем соборного пения </w:t>
      </w:r>
      <w:r w:rsidR="00F6363E" w:rsidRPr="00152469">
        <w:rPr>
          <w:lang w:val="ru-RU"/>
        </w:rPr>
        <w:t>И</w:t>
      </w:r>
      <w:r w:rsidRPr="00152469">
        <w:rPr>
          <w:lang w:val="ru-RU"/>
        </w:rPr>
        <w:t>мен Божьих и служения Ему. Черный внутри, златой вовне</w:t>
      </w:r>
      <w:r w:rsidR="00F6363E" w:rsidRPr="00152469">
        <w:rPr>
          <w:lang w:val="ru-RU"/>
        </w:rPr>
        <w:t>,</w:t>
      </w:r>
      <w:r w:rsidRPr="00152469">
        <w:rPr>
          <w:lang w:val="ru-RU"/>
        </w:rPr>
        <w:t xml:space="preserve"> Он являет Свое великолепие телесное и душевное.</w:t>
      </w:r>
    </w:p>
    <w:p w14:paraId="0516A71B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51156830" w14:textId="77777777" w:rsidR="003B67ED" w:rsidRPr="00152469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152469">
        <w:rPr>
          <w:b/>
          <w:lang w:val="ru-RU"/>
        </w:rPr>
        <w:t>3</w:t>
      </w:r>
      <w:r w:rsidR="007370CB" w:rsidRPr="00152469">
        <w:rPr>
          <w:b/>
          <w:lang w:val="ru-RU"/>
        </w:rPr>
        <w:t>.</w:t>
      </w:r>
    </w:p>
    <w:p w14:paraId="3D4AC7D0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78E05040" w14:textId="77777777" w:rsidR="003B67ED" w:rsidRPr="00152469" w:rsidRDefault="002B41BF" w:rsidP="004E41B6">
      <w:pPr>
        <w:pStyle w:val="TextTranslation"/>
        <w:ind w:firstLine="180"/>
        <w:rPr>
          <w:lang w:val="ru-RU"/>
        </w:rPr>
      </w:pPr>
      <w:r w:rsidRPr="00152469">
        <w:rPr>
          <w:lang w:val="ru-RU"/>
        </w:rPr>
        <w:t xml:space="preserve">Слава Шри </w:t>
      </w:r>
      <w:proofErr w:type="spellStart"/>
      <w:r w:rsidRPr="00152469">
        <w:rPr>
          <w:lang w:val="ru-RU"/>
        </w:rPr>
        <w:t>Рупе</w:t>
      </w:r>
      <w:proofErr w:type="spellEnd"/>
      <w:r w:rsidRPr="00152469">
        <w:rPr>
          <w:lang w:val="ru-RU"/>
        </w:rPr>
        <w:t xml:space="preserve"> и Шри </w:t>
      </w:r>
      <w:proofErr w:type="spellStart"/>
      <w:r w:rsidRPr="00152469">
        <w:rPr>
          <w:lang w:val="ru-RU"/>
        </w:rPr>
        <w:t>Санатане</w:t>
      </w:r>
      <w:proofErr w:type="spellEnd"/>
      <w:r w:rsidRPr="00152469">
        <w:rPr>
          <w:lang w:val="ru-RU"/>
        </w:rPr>
        <w:t xml:space="preserve"> в земле </w:t>
      </w:r>
      <w:proofErr w:type="spellStart"/>
      <w:r w:rsidRPr="00152469">
        <w:rPr>
          <w:lang w:val="ru-RU"/>
        </w:rPr>
        <w:t>Матхуры</w:t>
      </w:r>
      <w:proofErr w:type="spellEnd"/>
      <w:r w:rsidRPr="00152469">
        <w:rPr>
          <w:lang w:val="ru-RU"/>
        </w:rPr>
        <w:t>! Просветившие меня в Истине</w:t>
      </w:r>
      <w:r w:rsidR="00F6363E" w:rsidRPr="00152469">
        <w:rPr>
          <w:lang w:val="ru-RU"/>
        </w:rPr>
        <w:t>,</w:t>
      </w:r>
      <w:r w:rsidRPr="00152469">
        <w:rPr>
          <w:lang w:val="ru-RU"/>
        </w:rPr>
        <w:t xml:space="preserve"> они побуждают меня писать сии строки.</w:t>
      </w:r>
    </w:p>
    <w:p w14:paraId="50739159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7C9BE4F6" w14:textId="77777777" w:rsidR="003B67ED" w:rsidRPr="00152469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152469">
        <w:rPr>
          <w:b/>
          <w:lang w:val="ru-RU"/>
        </w:rPr>
        <w:t>4</w:t>
      </w:r>
      <w:r w:rsidR="007370CB" w:rsidRPr="00152469">
        <w:rPr>
          <w:b/>
          <w:lang w:val="ru-RU"/>
        </w:rPr>
        <w:t>.</w:t>
      </w:r>
    </w:p>
    <w:p w14:paraId="03ABA536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6AEDB50C" w14:textId="77777777" w:rsidR="003B67ED" w:rsidRPr="00152469" w:rsidRDefault="002B41BF" w:rsidP="004E41B6">
      <w:pPr>
        <w:pStyle w:val="TextTranslation"/>
        <w:ind w:firstLine="180"/>
        <w:rPr>
          <w:lang w:val="ru-RU"/>
        </w:rPr>
      </w:pPr>
      <w:r w:rsidRPr="00152469">
        <w:rPr>
          <w:lang w:val="ru-RU"/>
        </w:rPr>
        <w:t xml:space="preserve">Друг их, </w:t>
      </w:r>
      <w:r w:rsidR="005C3098" w:rsidRPr="00152469">
        <w:rPr>
          <w:lang w:val="ru-RU"/>
        </w:rPr>
        <w:t>у</w:t>
      </w:r>
      <w:r w:rsidRPr="00152469">
        <w:rPr>
          <w:lang w:val="ru-RU"/>
        </w:rPr>
        <w:t xml:space="preserve">ченый </w:t>
      </w:r>
      <w:r w:rsidR="005C3098" w:rsidRPr="00152469">
        <w:rPr>
          <w:lang w:val="ru-RU"/>
        </w:rPr>
        <w:t xml:space="preserve">по имени </w:t>
      </w:r>
      <w:proofErr w:type="spellStart"/>
      <w:r w:rsidRPr="00152469">
        <w:rPr>
          <w:lang w:val="ru-RU"/>
        </w:rPr>
        <w:t>Бхатта</w:t>
      </w:r>
      <w:proofErr w:type="spellEnd"/>
      <w:r w:rsidRPr="00152469">
        <w:rPr>
          <w:lang w:val="ru-RU"/>
        </w:rPr>
        <w:t xml:space="preserve"> из семьи южных </w:t>
      </w:r>
      <w:r w:rsidR="00187405" w:rsidRPr="00152469">
        <w:rPr>
          <w:rStyle w:val="TextTranslationItalic"/>
          <w:lang w:val="ru-RU"/>
        </w:rPr>
        <w:t>брахман</w:t>
      </w:r>
      <w:r w:rsidRPr="00152469">
        <w:rPr>
          <w:rStyle w:val="TextTranslationItalic"/>
          <w:lang w:val="ru-RU"/>
        </w:rPr>
        <w:t>ов</w:t>
      </w:r>
      <w:r w:rsidR="005C3098" w:rsidRPr="00152469">
        <w:rPr>
          <w:lang w:val="ru-RU"/>
        </w:rPr>
        <w:t xml:space="preserve">, изучив труды почтенных </w:t>
      </w:r>
      <w:proofErr w:type="spellStart"/>
      <w:r w:rsidR="005C3098" w:rsidRPr="00152469">
        <w:rPr>
          <w:i/>
          <w:lang w:val="ru-RU"/>
        </w:rPr>
        <w:t>в</w:t>
      </w:r>
      <w:r w:rsidRPr="00152469">
        <w:rPr>
          <w:i/>
          <w:lang w:val="ru-RU"/>
        </w:rPr>
        <w:t>айшнавов</w:t>
      </w:r>
      <w:proofErr w:type="spellEnd"/>
      <w:r w:rsidRPr="00152469">
        <w:rPr>
          <w:lang w:val="ru-RU"/>
        </w:rPr>
        <w:t>, составил изначальную рукопись сей книги.</w:t>
      </w:r>
    </w:p>
    <w:p w14:paraId="3C47828C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1E6811FF" w14:textId="77777777" w:rsidR="003B67ED" w:rsidRPr="00152469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152469">
        <w:rPr>
          <w:b/>
          <w:lang w:val="ru-RU"/>
        </w:rPr>
        <w:t>5</w:t>
      </w:r>
      <w:r w:rsidR="007370CB" w:rsidRPr="00152469">
        <w:rPr>
          <w:b/>
          <w:lang w:val="ru-RU"/>
        </w:rPr>
        <w:t>.</w:t>
      </w:r>
    </w:p>
    <w:p w14:paraId="19873503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7309719A" w14:textId="77777777" w:rsidR="003B67ED" w:rsidRPr="00152469" w:rsidRDefault="002B41BF" w:rsidP="004E41B6">
      <w:pPr>
        <w:pStyle w:val="TextTranslation"/>
        <w:ind w:firstLine="180"/>
        <w:rPr>
          <w:lang w:val="ru-RU"/>
        </w:rPr>
      </w:pPr>
      <w:r w:rsidRPr="00152469">
        <w:rPr>
          <w:lang w:val="ru-RU"/>
        </w:rPr>
        <w:t>Первоначальная рукопись представляла собой набросок, местами упорядоченный, местами — беспорядочный, а где-то в виде обрывков мыслей. Я, ничтожный Джива, предпринял скромную попытку изложить ее в доступном для понимания виде.</w:t>
      </w:r>
    </w:p>
    <w:p w14:paraId="4C582604" w14:textId="77777777" w:rsidR="008D01A8" w:rsidRPr="00152469" w:rsidRDefault="008D01A8" w:rsidP="004E41B6">
      <w:pPr>
        <w:pStyle w:val="TextTranslation"/>
        <w:ind w:firstLine="180"/>
        <w:rPr>
          <w:lang w:val="ru-RU"/>
        </w:rPr>
      </w:pPr>
    </w:p>
    <w:p w14:paraId="6CB75811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6</w:t>
      </w:r>
      <w:r w:rsidR="007370CB" w:rsidRPr="00DA0238">
        <w:rPr>
          <w:b/>
          <w:lang w:val="ru-RU"/>
        </w:rPr>
        <w:t>.</w:t>
      </w:r>
    </w:p>
    <w:p w14:paraId="50BA849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E7DEE86" w14:textId="77777777" w:rsidR="003B67ED" w:rsidRPr="00152469" w:rsidRDefault="002B41BF" w:rsidP="004E41B6">
      <w:pPr>
        <w:pStyle w:val="TextTranslation"/>
        <w:ind w:firstLine="180"/>
        <w:rPr>
          <w:lang w:val="ru-RU"/>
        </w:rPr>
      </w:pPr>
      <w:r w:rsidRPr="00152469">
        <w:rPr>
          <w:lang w:val="ru-RU"/>
        </w:rPr>
        <w:t xml:space="preserve">Лишь не имеющий иных желаний, кроме поклонения </w:t>
      </w:r>
      <w:proofErr w:type="spellStart"/>
      <w:r w:rsidRPr="00152469">
        <w:rPr>
          <w:lang w:val="ru-RU"/>
        </w:rPr>
        <w:t>лотосным</w:t>
      </w:r>
      <w:proofErr w:type="spellEnd"/>
      <w:r w:rsidRPr="00152469">
        <w:rPr>
          <w:lang w:val="ru-RU"/>
        </w:rPr>
        <w:t xml:space="preserve"> стопам Кришны, вправе читать сию книгу. Для прочих она затворена печатью моего заклятия.</w:t>
      </w:r>
    </w:p>
    <w:p w14:paraId="603457B4" w14:textId="77777777" w:rsidR="003B67ED" w:rsidRPr="00152469" w:rsidRDefault="003B67ED" w:rsidP="004E41B6">
      <w:pPr>
        <w:ind w:firstLine="180"/>
        <w:rPr>
          <w:b/>
          <w:lang w:val="ru-RU"/>
        </w:rPr>
      </w:pPr>
    </w:p>
    <w:p w14:paraId="53158A1A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7</w:t>
      </w:r>
      <w:r w:rsidR="007370CB" w:rsidRPr="00DA0238">
        <w:rPr>
          <w:b/>
          <w:lang w:val="ru-RU"/>
        </w:rPr>
        <w:t>.</w:t>
      </w:r>
    </w:p>
    <w:p w14:paraId="7C5FEEF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760878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C66363">
        <w:rPr>
          <w:lang w:val="ru-RU"/>
        </w:rPr>
        <w:t>Я с</w:t>
      </w:r>
      <w:r w:rsidR="0095302C" w:rsidRPr="00C66363">
        <w:rPr>
          <w:lang w:val="ru-RU"/>
        </w:rPr>
        <w:t xml:space="preserve">клоняюсь к стопам моего духовного </w:t>
      </w:r>
      <w:r w:rsidRPr="00C66363">
        <w:rPr>
          <w:lang w:val="ru-RU"/>
        </w:rPr>
        <w:t xml:space="preserve">поводыря и учителей, посвятивших меня в смысл </w:t>
      </w:r>
      <w:proofErr w:type="spellStart"/>
      <w:r w:rsidRPr="00C66363">
        <w:rPr>
          <w:rStyle w:val="TextTranslationItalic"/>
          <w:lang w:val="ru-RU"/>
        </w:rPr>
        <w:t>Бхагаваты</w:t>
      </w:r>
      <w:proofErr w:type="spellEnd"/>
      <w:r w:rsidRPr="00C66363">
        <w:rPr>
          <w:lang w:val="ru-RU"/>
        </w:rPr>
        <w:t>. На этом я объявляю мое намерение представить</w:t>
      </w:r>
      <w:r w:rsidR="00C7311B" w:rsidRPr="00C66363">
        <w:rPr>
          <w:lang w:val="ru-RU"/>
        </w:rPr>
        <w:t xml:space="preserve"> на суд ч</w:t>
      </w:r>
      <w:r w:rsidRPr="00DA0238">
        <w:rPr>
          <w:lang w:val="ru-RU"/>
        </w:rPr>
        <w:t xml:space="preserve">итателей сей труд мой </w:t>
      </w:r>
      <w:r w:rsidRPr="00DA0238">
        <w:rPr>
          <w:rStyle w:val="TextTranslationItalic"/>
          <w:lang w:val="ru-RU"/>
        </w:rPr>
        <w:t>Шри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Бхагавата</w:t>
      </w:r>
      <w:r w:rsidRPr="00DA0238">
        <w:rPr>
          <w:lang w:val="ru-RU"/>
        </w:rPr>
        <w:t>-</w:t>
      </w:r>
      <w:r w:rsidR="00C7311B" w:rsidRPr="00DA0238">
        <w:rPr>
          <w:rStyle w:val="TextTranslationItalic"/>
          <w:lang w:val="ru-RU"/>
        </w:rPr>
        <w:t>сандарбху</w:t>
      </w:r>
      <w:proofErr w:type="spellEnd"/>
      <w:r w:rsidR="0095302C" w:rsidRPr="00DA0238">
        <w:rPr>
          <w:lang w:val="ru-RU"/>
        </w:rPr>
        <w:t>, Очерк о Боге.</w:t>
      </w:r>
    </w:p>
    <w:p w14:paraId="1D3C064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2C8DF01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8</w:t>
      </w:r>
      <w:r w:rsidR="007370CB" w:rsidRPr="00DA0238">
        <w:rPr>
          <w:b/>
          <w:lang w:val="ru-RU"/>
        </w:rPr>
        <w:t>.</w:t>
      </w:r>
    </w:p>
    <w:p w14:paraId="0F1FF8B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89545AB" w14:textId="77777777" w:rsidR="003B67ED" w:rsidRPr="00C66363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В мудром Слове такая ипостась Высшей Сущности, как бытие, часто обозначается именем Брахман, что есть сознающая Себя всеобщая Безмятежность. В своей Ипостаси всеобщего Владыки Он управляет вещественной природой и простирает </w:t>
      </w:r>
      <w:r>
        <w:rPr>
          <w:lang w:val="ru-RU"/>
        </w:rPr>
        <w:lastRenderedPageBreak/>
        <w:t xml:space="preserve">власть Свою всюду в лице прочих Своих Ипостасей. Единичное Его проявление, именуемое </w:t>
      </w:r>
      <w:proofErr w:type="spellStart"/>
      <w:r>
        <w:rPr>
          <w:lang w:val="ru-RU"/>
        </w:rPr>
        <w:t>Нараяною</w:t>
      </w:r>
      <w:proofErr w:type="spellEnd"/>
      <w:r>
        <w:rPr>
          <w:lang w:val="ru-RU"/>
        </w:rPr>
        <w:t xml:space="preserve"> – Сущим посреди вод бытия, властвует за пределами явленной в</w:t>
      </w:r>
      <w:r w:rsidRPr="00C66363">
        <w:rPr>
          <w:lang w:val="ru-RU"/>
        </w:rPr>
        <w:t>селенной. Да наградит Кришна всякого, кто почитает Его стопы, чистой любовью к Нему.</w:t>
      </w:r>
    </w:p>
    <w:p w14:paraId="719E8C0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A6E0F3A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9</w:t>
      </w:r>
      <w:r w:rsidR="00FE00AC" w:rsidRPr="00DA0238">
        <w:rPr>
          <w:b/>
          <w:lang w:val="ru-RU"/>
        </w:rPr>
        <w:t>.</w:t>
      </w:r>
    </w:p>
    <w:p w14:paraId="1B4B107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9C4853F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Предшествующий</w:t>
      </w:r>
      <w:r w:rsidR="00FE00AC" w:rsidRPr="00DA0238">
        <w:rPr>
          <w:lang w:val="ru-RU"/>
        </w:rPr>
        <w:t>,</w:t>
      </w:r>
      <w:r w:rsidRPr="00DA0238">
        <w:rPr>
          <w:lang w:val="ru-RU"/>
        </w:rPr>
        <w:t xml:space="preserve"> </w:t>
      </w:r>
      <w:r w:rsidR="00FE00AC" w:rsidRPr="00DA0238">
        <w:rPr>
          <w:lang w:val="ru-RU"/>
        </w:rPr>
        <w:t>восьмой текст</w:t>
      </w:r>
      <w:r w:rsidRPr="00DA0238">
        <w:rPr>
          <w:lang w:val="ru-RU"/>
        </w:rPr>
        <w:t xml:space="preserve"> о</w:t>
      </w:r>
      <w:r w:rsidR="003F73F4" w:rsidRPr="00DA0238">
        <w:rPr>
          <w:lang w:val="ru-RU"/>
        </w:rPr>
        <w:t xml:space="preserve">бозначает </w:t>
      </w:r>
      <w:r w:rsidRPr="00DA0238">
        <w:rPr>
          <w:lang w:val="ru-RU"/>
        </w:rPr>
        <w:t>следу</w:t>
      </w:r>
      <w:r w:rsidR="00C7311B" w:rsidRPr="00DA0238">
        <w:rPr>
          <w:lang w:val="ru-RU"/>
        </w:rPr>
        <w:t>ю</w:t>
      </w:r>
      <w:r w:rsidRPr="00DA0238">
        <w:rPr>
          <w:lang w:val="ru-RU"/>
        </w:rPr>
        <w:t>щие предметы</w:t>
      </w:r>
      <w:r w:rsidR="003F73F4" w:rsidRPr="00DA0238">
        <w:rPr>
          <w:lang w:val="ru-RU"/>
        </w:rPr>
        <w:t xml:space="preserve"> познания</w:t>
      </w:r>
      <w:r w:rsidRPr="00DA0238">
        <w:rPr>
          <w:lang w:val="ru-RU"/>
        </w:rPr>
        <w:t>: Шри Кришну; соотношение Его и Его описания</w:t>
      </w:r>
      <w:r w:rsidR="000A082E" w:rsidRPr="00DA0238">
        <w:rPr>
          <w:lang w:val="ru-RU"/>
        </w:rPr>
        <w:t xml:space="preserve"> [</w:t>
      </w:r>
      <w:proofErr w:type="spellStart"/>
      <w:r w:rsidR="000A082E" w:rsidRPr="00DA0238">
        <w:rPr>
          <w:rStyle w:val="TextTranslationItalic"/>
          <w:lang w:val="ru-RU"/>
        </w:rPr>
        <w:t>самбандху</w:t>
      </w:r>
      <w:proofErr w:type="spellEnd"/>
      <w:r w:rsidR="007547ED" w:rsidRPr="00DA0238">
        <w:rPr>
          <w:lang w:val="ru-RU"/>
        </w:rPr>
        <w:t>]</w:t>
      </w:r>
      <w:r w:rsidRPr="00DA0238">
        <w:rPr>
          <w:lang w:val="ru-RU"/>
        </w:rPr>
        <w:t>; способ действия по отношению к Нему</w:t>
      </w:r>
      <w:r w:rsidR="000A082E" w:rsidRPr="00DA0238">
        <w:rPr>
          <w:lang w:val="ru-RU"/>
        </w:rPr>
        <w:t xml:space="preserve"> [</w:t>
      </w:r>
      <w:proofErr w:type="spellStart"/>
      <w:r w:rsidR="000A082E" w:rsidRPr="00DA0238">
        <w:rPr>
          <w:rStyle w:val="TextTranslationItalic"/>
          <w:lang w:val="ru-RU"/>
        </w:rPr>
        <w:t>абхидею</w:t>
      </w:r>
      <w:proofErr w:type="spellEnd"/>
      <w:r w:rsidRPr="00DA0238">
        <w:rPr>
          <w:lang w:val="ru-RU"/>
        </w:rPr>
        <w:t>]; и высшую цель</w:t>
      </w:r>
      <w:r w:rsidR="000A082E" w:rsidRPr="00DA0238">
        <w:rPr>
          <w:lang w:val="ru-RU"/>
        </w:rPr>
        <w:t xml:space="preserve"> [</w:t>
      </w:r>
      <w:proofErr w:type="spellStart"/>
      <w:r w:rsidR="000A082E" w:rsidRPr="00DA0238">
        <w:rPr>
          <w:rStyle w:val="TextTranslationItalic"/>
          <w:lang w:val="ru-RU"/>
        </w:rPr>
        <w:t>прайоджану</w:t>
      </w:r>
      <w:proofErr w:type="spellEnd"/>
      <w:r w:rsidRPr="00DA0238">
        <w:rPr>
          <w:lang w:val="ru-RU"/>
        </w:rPr>
        <w:t>], коя есть любовь.</w:t>
      </w:r>
    </w:p>
    <w:p w14:paraId="733882B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9FAEB70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Прежде чем приступить к изысканию сих предметов, следует выявить надежный способ </w:t>
      </w:r>
      <w:r w:rsidR="000A082E" w:rsidRPr="00DA0238">
        <w:rPr>
          <w:lang w:val="ru-RU"/>
        </w:rPr>
        <w:t>извлечения</w:t>
      </w:r>
      <w:r w:rsidRPr="00DA0238">
        <w:rPr>
          <w:lang w:val="ru-RU"/>
        </w:rPr>
        <w:t xml:space="preserve"> знаний. Обычные способы познания, основанные так или иначе на чувственном опыте, нам не представляются надежными, ибо имеют изъяны. Выводы из них неверны, ибо чувства и рассудок не способны установить верную связь с </w:t>
      </w:r>
      <w:r w:rsidR="000A082E" w:rsidRPr="00DA0238">
        <w:rPr>
          <w:lang w:val="ru-RU"/>
        </w:rPr>
        <w:t xml:space="preserve">той </w:t>
      </w:r>
      <w:r w:rsidRPr="00DA0238">
        <w:rPr>
          <w:lang w:val="ru-RU"/>
        </w:rPr>
        <w:t xml:space="preserve">действительностью, </w:t>
      </w:r>
      <w:r w:rsidR="000A082E" w:rsidRPr="00DA0238">
        <w:rPr>
          <w:lang w:val="ru-RU"/>
        </w:rPr>
        <w:t>что нед</w:t>
      </w:r>
      <w:r w:rsidRPr="00DA0238">
        <w:rPr>
          <w:lang w:val="ru-RU"/>
        </w:rPr>
        <w:t>оступн</w:t>
      </w:r>
      <w:r w:rsidR="000A082E" w:rsidRPr="00DA0238">
        <w:rPr>
          <w:lang w:val="ru-RU"/>
        </w:rPr>
        <w:t>а</w:t>
      </w:r>
      <w:r w:rsidRPr="00DA0238">
        <w:rPr>
          <w:lang w:val="ru-RU"/>
        </w:rPr>
        <w:t xml:space="preserve"> опыту и рассудку.</w:t>
      </w:r>
    </w:p>
    <w:p w14:paraId="0A26FC6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4AEF283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10</w:t>
      </w:r>
      <w:r w:rsidR="00145921" w:rsidRPr="00DA0238">
        <w:rPr>
          <w:b/>
          <w:lang w:val="ru-RU"/>
        </w:rPr>
        <w:t>.</w:t>
      </w:r>
    </w:p>
    <w:p w14:paraId="169A4A4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8216D7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Таким образом</w:t>
      </w:r>
      <w:r w:rsidR="00CE0F8B" w:rsidRPr="00DA0238">
        <w:rPr>
          <w:lang w:val="ru-RU"/>
        </w:rPr>
        <w:t>,</w:t>
      </w:r>
      <w:r w:rsidRPr="00DA0238">
        <w:rPr>
          <w:lang w:val="ru-RU"/>
        </w:rPr>
        <w:t xml:space="preserve"> непосредственное восприятие предметов не служит источником достоверного знания даже о познаваемых предметах. Если же речь заходит о предмете, всецело лежащ</w:t>
      </w:r>
      <w:r w:rsidR="008D01A8" w:rsidRPr="00DA0238">
        <w:rPr>
          <w:lang w:val="ru-RU"/>
        </w:rPr>
        <w:t>е</w:t>
      </w:r>
      <w:r w:rsidRPr="00DA0238">
        <w:rPr>
          <w:lang w:val="ru-RU"/>
        </w:rPr>
        <w:t xml:space="preserve">м за пределами сущего, в коем покоится все сущее и чья природа непостижима и невообразима, </w:t>
      </w:r>
      <w:r w:rsidR="00145921" w:rsidRPr="00DA0238">
        <w:rPr>
          <w:lang w:val="ru-RU"/>
        </w:rPr>
        <w:t xml:space="preserve">тем более не стоит полагаться </w:t>
      </w:r>
      <w:r w:rsidRPr="00DA0238">
        <w:rPr>
          <w:lang w:val="ru-RU"/>
        </w:rPr>
        <w:t xml:space="preserve">на опыт и рассудок. В этом случае надежным будет откровение свыше – </w:t>
      </w:r>
      <w:r w:rsidRPr="00DA0238">
        <w:rPr>
          <w:rStyle w:val="TextTranslationItalic"/>
          <w:lang w:val="ru-RU"/>
        </w:rPr>
        <w:t>Веда</w:t>
      </w:r>
      <w:r w:rsidRPr="00DA0238">
        <w:rPr>
          <w:lang w:val="ru-RU"/>
        </w:rPr>
        <w:t xml:space="preserve">. Таковое откровение </w:t>
      </w:r>
      <w:proofErr w:type="spellStart"/>
      <w:r w:rsidRPr="00DA0238">
        <w:rPr>
          <w:lang w:val="ru-RU"/>
        </w:rPr>
        <w:t>сошествует</w:t>
      </w:r>
      <w:proofErr w:type="spellEnd"/>
      <w:r w:rsidRPr="00DA0238">
        <w:rPr>
          <w:lang w:val="ru-RU"/>
        </w:rPr>
        <w:t xml:space="preserve"> через невещественный звук</w:t>
      </w:r>
      <w:r w:rsidR="00CE0F8B" w:rsidRPr="00DA0238">
        <w:rPr>
          <w:lang w:val="ru-RU"/>
        </w:rPr>
        <w:t>,</w:t>
      </w:r>
      <w:r w:rsidRPr="00DA0238">
        <w:rPr>
          <w:lang w:val="ru-RU"/>
        </w:rPr>
        <w:t xml:space="preserve"> и оно есть единственный достоверный способ познания во всех областях во всех школах мысли в человеческом обществе с незапамятных времен.</w:t>
      </w:r>
    </w:p>
    <w:p w14:paraId="7570A9D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E2FBD58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11</w:t>
      </w:r>
      <w:r w:rsidR="00145921" w:rsidRPr="00DA0238">
        <w:rPr>
          <w:b/>
          <w:lang w:val="ru-RU"/>
        </w:rPr>
        <w:t>.</w:t>
      </w:r>
    </w:p>
    <w:p w14:paraId="087FD3E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AF207C9" w14:textId="77777777" w:rsidR="003B67ED" w:rsidRPr="00DA0238" w:rsidRDefault="002B41BF" w:rsidP="004E41B6">
      <w:pPr>
        <w:pStyle w:val="TextTranslation"/>
        <w:ind w:firstLine="180"/>
        <w:outlineLvl w:val="0"/>
        <w:rPr>
          <w:lang w:val="ru-RU"/>
        </w:rPr>
      </w:pPr>
      <w:r w:rsidRPr="00DA0238">
        <w:rPr>
          <w:lang w:val="ru-RU"/>
        </w:rPr>
        <w:t xml:space="preserve">В подтверждение </w:t>
      </w:r>
      <w:r w:rsidR="00D67819" w:rsidRPr="00DA0238">
        <w:rPr>
          <w:lang w:val="ru-RU"/>
        </w:rPr>
        <w:t>текста</w:t>
      </w:r>
      <w:r w:rsidRPr="00DA0238">
        <w:rPr>
          <w:lang w:val="ru-RU"/>
        </w:rPr>
        <w:t xml:space="preserve"> 10 </w:t>
      </w:r>
      <w:r w:rsidR="00DA0238" w:rsidRPr="00DA0238">
        <w:rPr>
          <w:lang w:val="ru-RU"/>
        </w:rPr>
        <w:t xml:space="preserve">в Писаниях </w:t>
      </w:r>
      <w:r w:rsidRPr="00DA0238">
        <w:rPr>
          <w:lang w:val="ru-RU"/>
        </w:rPr>
        <w:t>говорится следующее:</w:t>
      </w:r>
    </w:p>
    <w:p w14:paraId="222177F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9035527" w14:textId="77777777" w:rsidR="003B67ED" w:rsidRPr="00DA0238" w:rsidRDefault="00B50058" w:rsidP="004E41B6">
      <w:pPr>
        <w:pStyle w:val="TextTranslation"/>
        <w:ind w:firstLine="180"/>
        <w:outlineLvl w:val="0"/>
        <w:rPr>
          <w:lang w:val="ru-RU"/>
        </w:rPr>
      </w:pPr>
      <w:r w:rsidRPr="00DA0238">
        <w:rPr>
          <w:lang w:val="ru-RU"/>
        </w:rPr>
        <w:t>"Рассудок ограничен"</w:t>
      </w:r>
      <w:r w:rsidR="002B41BF" w:rsidRPr="00DA0238">
        <w:rPr>
          <w:lang w:val="ru-RU"/>
        </w:rPr>
        <w:t xml:space="preserve"> (</w:t>
      </w:r>
      <w:r w:rsidR="002B41BF" w:rsidRPr="00DA0238">
        <w:rPr>
          <w:rStyle w:val="TextTranslationItalic"/>
          <w:lang w:val="ru-RU"/>
        </w:rPr>
        <w:t>Веданта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сутра</w:t>
      </w:r>
      <w:r w:rsidR="0040205E" w:rsidRPr="00DA0238">
        <w:rPr>
          <w:lang w:val="ru-RU"/>
        </w:rPr>
        <w:t xml:space="preserve"> 2.1.11)</w:t>
      </w:r>
      <w:r w:rsidRPr="00DA0238">
        <w:rPr>
          <w:lang w:val="ru-RU"/>
        </w:rPr>
        <w:t>.</w:t>
      </w:r>
    </w:p>
    <w:p w14:paraId="0FE6BBF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1C6DEA9" w14:textId="77777777" w:rsidR="003B67ED" w:rsidRPr="00DA0238" w:rsidRDefault="0040205E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r w:rsidR="002B41BF" w:rsidRPr="00DA0238">
        <w:rPr>
          <w:lang w:val="ru-RU"/>
        </w:rPr>
        <w:t>Рассудком не объяснит</w:t>
      </w:r>
      <w:r w:rsidR="00B50058" w:rsidRPr="00DA0238">
        <w:rPr>
          <w:lang w:val="ru-RU"/>
        </w:rPr>
        <w:t>ь то, что непостижимо"</w:t>
      </w:r>
      <w:r w:rsidR="002B41BF" w:rsidRPr="00DA0238">
        <w:rPr>
          <w:lang w:val="ru-RU"/>
        </w:rPr>
        <w:t xml:space="preserve"> (</w:t>
      </w:r>
      <w:r w:rsidR="002B41BF" w:rsidRPr="00DA0238">
        <w:rPr>
          <w:rStyle w:val="TextTranslationItalic"/>
          <w:lang w:val="ru-RU"/>
        </w:rPr>
        <w:t>Махабхарата</w:t>
      </w:r>
      <w:r w:rsidR="002B41BF" w:rsidRPr="00DA0238">
        <w:rPr>
          <w:lang w:val="ru-RU"/>
        </w:rPr>
        <w:t xml:space="preserve">, </w:t>
      </w:r>
      <w:proofErr w:type="spellStart"/>
      <w:r w:rsidR="002B41BF" w:rsidRPr="00DA0238">
        <w:rPr>
          <w:rStyle w:val="TextTranslationItalic"/>
          <w:lang w:val="ru-RU"/>
        </w:rPr>
        <w:t>Бхишма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парва</w:t>
      </w:r>
      <w:proofErr w:type="spellEnd"/>
      <w:r w:rsidRPr="00DA0238">
        <w:rPr>
          <w:lang w:val="ru-RU"/>
        </w:rPr>
        <w:t xml:space="preserve"> 5.22)</w:t>
      </w:r>
      <w:r w:rsidR="00B50058" w:rsidRPr="00DA0238">
        <w:rPr>
          <w:lang w:val="ru-RU"/>
        </w:rPr>
        <w:t>.</w:t>
      </w:r>
    </w:p>
    <w:p w14:paraId="6558B5A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73D098E" w14:textId="77777777" w:rsidR="003B67ED" w:rsidRPr="00DA0238" w:rsidRDefault="0040205E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r w:rsidR="002B41BF" w:rsidRPr="00DA0238">
        <w:rPr>
          <w:lang w:val="ru-RU"/>
        </w:rPr>
        <w:t>Откровение свыше (</w:t>
      </w:r>
      <w:r w:rsidR="002B41BF" w:rsidRPr="00DA0238">
        <w:rPr>
          <w:rStyle w:val="TextTranslationItalic"/>
          <w:lang w:val="ru-RU"/>
        </w:rPr>
        <w:t>Веда</w:t>
      </w:r>
      <w:r w:rsidR="002B41BF" w:rsidRPr="00DA0238">
        <w:rPr>
          <w:lang w:val="ru-RU"/>
        </w:rPr>
        <w:t>) есть источник</w:t>
      </w:r>
      <w:r w:rsidR="00B50058" w:rsidRPr="00DA0238">
        <w:rPr>
          <w:lang w:val="ru-RU"/>
        </w:rPr>
        <w:t xml:space="preserve"> знания о Безусловной Сущности"</w:t>
      </w:r>
      <w:r w:rsidR="002B41BF" w:rsidRPr="00DA0238">
        <w:rPr>
          <w:lang w:val="ru-RU"/>
        </w:rPr>
        <w:t xml:space="preserve"> (</w:t>
      </w:r>
      <w:r w:rsidR="002B41BF" w:rsidRPr="00DA0238">
        <w:rPr>
          <w:rStyle w:val="TextTranslationItalic"/>
          <w:lang w:val="ru-RU"/>
        </w:rPr>
        <w:t>Веданта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сутра</w:t>
      </w:r>
      <w:r w:rsidRPr="00DA0238">
        <w:rPr>
          <w:lang w:val="ru-RU"/>
        </w:rPr>
        <w:t xml:space="preserve"> 1.1.3)</w:t>
      </w:r>
      <w:r w:rsidR="00B50058" w:rsidRPr="00DA0238">
        <w:rPr>
          <w:lang w:val="ru-RU"/>
        </w:rPr>
        <w:t>.</w:t>
      </w:r>
    </w:p>
    <w:p w14:paraId="1BA4502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9A47BAF" w14:textId="77777777" w:rsidR="003B67ED" w:rsidRPr="00DA0238" w:rsidRDefault="0040205E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r w:rsidR="002B41BF" w:rsidRPr="00DA0238">
        <w:rPr>
          <w:lang w:val="ru-RU"/>
        </w:rPr>
        <w:t>Откровение свыше есть постижение через услышанное (</w:t>
      </w:r>
      <w:proofErr w:type="spellStart"/>
      <w:r w:rsidR="002B41BF" w:rsidRPr="00DA0238">
        <w:rPr>
          <w:rStyle w:val="TextTranslationItalic"/>
          <w:lang w:val="ru-RU"/>
        </w:rPr>
        <w:t>шабда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прамана</w:t>
      </w:r>
      <w:proofErr w:type="spellEnd"/>
      <w:r w:rsidR="00B50058" w:rsidRPr="00DA0238">
        <w:rPr>
          <w:lang w:val="ru-RU"/>
        </w:rPr>
        <w:t>)"</w:t>
      </w:r>
      <w:r w:rsidR="002B41BF" w:rsidRPr="00DA0238">
        <w:rPr>
          <w:lang w:val="ru-RU"/>
        </w:rPr>
        <w:t xml:space="preserve"> (</w:t>
      </w:r>
      <w:r w:rsidR="00DA0238" w:rsidRPr="00DA0238">
        <w:rPr>
          <w:i/>
          <w:lang w:val="ru-RU"/>
        </w:rPr>
        <w:t>Веданта</w:t>
      </w:r>
      <w:r w:rsidR="00DA0238" w:rsidRPr="00DA0238">
        <w:rPr>
          <w:lang w:val="ru-RU"/>
        </w:rPr>
        <w:t>-</w:t>
      </w:r>
      <w:r w:rsidR="00DA0238" w:rsidRPr="00DA0238">
        <w:rPr>
          <w:i/>
          <w:lang w:val="ru-RU"/>
        </w:rPr>
        <w:t>сутра</w:t>
      </w:r>
      <w:r w:rsidRPr="00DA0238">
        <w:rPr>
          <w:lang w:val="ru-RU"/>
        </w:rPr>
        <w:t xml:space="preserve"> 2.1.27)</w:t>
      </w:r>
      <w:r w:rsidR="00B50058" w:rsidRPr="00DA0238">
        <w:rPr>
          <w:lang w:val="ru-RU"/>
        </w:rPr>
        <w:t>.</w:t>
      </w:r>
    </w:p>
    <w:p w14:paraId="062997E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4B65783" w14:textId="77777777" w:rsidR="003B67ED" w:rsidRPr="00DA0238" w:rsidRDefault="0040205E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r w:rsidR="002B41BF" w:rsidRPr="00DA0238">
        <w:rPr>
          <w:lang w:val="ru-RU"/>
        </w:rPr>
        <w:t xml:space="preserve">Для праотцов, богов и людей, Господи, </w:t>
      </w:r>
      <w:r w:rsidR="002B41BF" w:rsidRPr="00DA0238">
        <w:rPr>
          <w:rStyle w:val="TextTranslationItalic"/>
          <w:lang w:val="ru-RU"/>
        </w:rPr>
        <w:t>Веда</w:t>
      </w:r>
      <w:r w:rsidR="002B41BF" w:rsidRPr="00DA0238">
        <w:rPr>
          <w:lang w:val="ru-RU"/>
        </w:rPr>
        <w:t xml:space="preserve"> – Твое совершенное око. </w:t>
      </w:r>
      <w:r w:rsidR="002B41BF" w:rsidRPr="00DA0238">
        <w:rPr>
          <w:rStyle w:val="TextTranslationItalic"/>
          <w:lang w:val="ru-RU"/>
        </w:rPr>
        <w:t>Ведой</w:t>
      </w:r>
      <w:r w:rsidR="002B41BF" w:rsidRPr="00DA0238">
        <w:rPr>
          <w:lang w:val="ru-RU"/>
        </w:rPr>
        <w:t xml:space="preserve"> зримо то, что недоступно чувствам и разуму.</w:t>
      </w:r>
      <w:r w:rsidR="00B50058" w:rsidRPr="00DA0238">
        <w:rPr>
          <w:lang w:val="ru-RU"/>
        </w:rPr>
        <w:t xml:space="preserve"> Она направляет к Высшему Благу"</w:t>
      </w:r>
      <w:r w:rsidR="002B41BF" w:rsidRPr="00DA0238">
        <w:rPr>
          <w:lang w:val="ru-RU"/>
        </w:rPr>
        <w:t xml:space="preserve"> </w:t>
      </w:r>
      <w:r w:rsidR="002B41BF" w:rsidRPr="00DA0238">
        <w:rPr>
          <w:rStyle w:val="TextTranslationItalic"/>
          <w:i w:val="0"/>
          <w:lang w:val="ru-RU"/>
        </w:rPr>
        <w:t>(</w:t>
      </w:r>
      <w:proofErr w:type="spellStart"/>
      <w:r w:rsidR="002B41BF" w:rsidRPr="00DA0238">
        <w:rPr>
          <w:rStyle w:val="TextTranslationItalic"/>
          <w:lang w:val="ru-RU"/>
        </w:rPr>
        <w:t>Бхагавата</w:t>
      </w:r>
      <w:proofErr w:type="spellEnd"/>
      <w:r w:rsidR="002B41BF" w:rsidRPr="00DA0238">
        <w:rPr>
          <w:rStyle w:val="TextTranslationItalic"/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Пурана</w:t>
      </w:r>
      <w:proofErr w:type="spellEnd"/>
      <w:r w:rsidR="002B41BF" w:rsidRPr="00DA0238">
        <w:rPr>
          <w:rStyle w:val="TextTranslationItalic"/>
          <w:lang w:val="ru-RU"/>
        </w:rPr>
        <w:t xml:space="preserve"> </w:t>
      </w:r>
      <w:r w:rsidRPr="00DA0238">
        <w:rPr>
          <w:lang w:val="ru-RU"/>
        </w:rPr>
        <w:t>11.20.4)</w:t>
      </w:r>
      <w:r w:rsidR="00B50058" w:rsidRPr="00DA0238">
        <w:rPr>
          <w:lang w:val="ru-RU"/>
        </w:rPr>
        <w:t>.</w:t>
      </w:r>
    </w:p>
    <w:p w14:paraId="6247EC1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C3934B3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12</w:t>
      </w:r>
      <w:r w:rsidR="00DA0238">
        <w:rPr>
          <w:b/>
          <w:lang w:val="ru-RU"/>
        </w:rPr>
        <w:t>.</w:t>
      </w:r>
    </w:p>
    <w:p w14:paraId="39A7AB0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058992F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Следует учесть, что высказ</w:t>
      </w:r>
      <w:r w:rsidR="000E6259" w:rsidRPr="00DA0238">
        <w:rPr>
          <w:lang w:val="ru-RU"/>
        </w:rPr>
        <w:t>ы</w:t>
      </w:r>
      <w:r w:rsidRPr="00DA0238">
        <w:rPr>
          <w:lang w:val="ru-RU"/>
        </w:rPr>
        <w:t xml:space="preserve">вания </w:t>
      </w:r>
      <w:r w:rsidRPr="00DA0238">
        <w:rPr>
          <w:rStyle w:val="TextTranslationItalic"/>
          <w:lang w:val="ru-RU"/>
        </w:rPr>
        <w:t>Веды</w:t>
      </w:r>
      <w:r w:rsidRPr="00DA0238">
        <w:rPr>
          <w:lang w:val="ru-RU"/>
        </w:rPr>
        <w:t xml:space="preserve"> невозможно постичь во всей полноте. Смысл их труден для </w:t>
      </w:r>
      <w:r w:rsidR="00DA0238">
        <w:rPr>
          <w:lang w:val="ru-RU"/>
        </w:rPr>
        <w:t xml:space="preserve">понимания и </w:t>
      </w:r>
      <w:r w:rsidRPr="00DA0238">
        <w:rPr>
          <w:lang w:val="ru-RU"/>
        </w:rPr>
        <w:t xml:space="preserve">толкования. Даже мудрые из мудрых, </w:t>
      </w:r>
      <w:proofErr w:type="gramStart"/>
      <w:r w:rsidRPr="00DA0238">
        <w:rPr>
          <w:lang w:val="ru-RU"/>
        </w:rPr>
        <w:t>поясняя</w:t>
      </w:r>
      <w:proofErr w:type="gram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, расходятся во мнении. Посему будет уместно </w:t>
      </w:r>
      <w:r w:rsidR="00DA0238">
        <w:rPr>
          <w:lang w:val="ru-RU"/>
        </w:rPr>
        <w:t xml:space="preserve">прибегать к помощи </w:t>
      </w:r>
      <w:proofErr w:type="spellStart"/>
      <w:r w:rsidRPr="00DA0238">
        <w:rPr>
          <w:rStyle w:val="TextTranslationItalic"/>
          <w:lang w:val="ru-RU"/>
        </w:rPr>
        <w:t>И</w:t>
      </w:r>
      <w:r w:rsidR="000E6259" w:rsidRPr="00DA0238">
        <w:rPr>
          <w:rStyle w:val="TextTranslationItalic"/>
          <w:lang w:val="ru-RU"/>
        </w:rPr>
        <w:t>т</w:t>
      </w:r>
      <w:r w:rsidRPr="00DA0238">
        <w:rPr>
          <w:rStyle w:val="TextTranslationItalic"/>
          <w:lang w:val="ru-RU"/>
        </w:rPr>
        <w:t>ихас</w:t>
      </w:r>
      <w:proofErr w:type="spellEnd"/>
      <w:r w:rsidRPr="00DA0238">
        <w:rPr>
          <w:lang w:val="ru-RU"/>
        </w:rPr>
        <w:t xml:space="preserve"> </w:t>
      </w:r>
      <w:r w:rsidRPr="00DA0238">
        <w:rPr>
          <w:lang w:val="ru-RU"/>
        </w:rPr>
        <w:lastRenderedPageBreak/>
        <w:t xml:space="preserve">[притчей] и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="008D01A8" w:rsidRPr="00DA0238">
        <w:rPr>
          <w:lang w:val="ru-RU"/>
        </w:rPr>
        <w:t xml:space="preserve"> [былин], кои в сущности не</w:t>
      </w:r>
      <w:r w:rsidRPr="00DA0238">
        <w:rPr>
          <w:lang w:val="ru-RU"/>
        </w:rPr>
        <w:t xml:space="preserve">отличны от </w:t>
      </w:r>
      <w:r w:rsidRPr="00DA0238">
        <w:rPr>
          <w:rStyle w:val="TextTranslationItalic"/>
          <w:lang w:val="ru-RU"/>
        </w:rPr>
        <w:t>Веды</w:t>
      </w:r>
      <w:r w:rsidR="008D01A8" w:rsidRPr="00DA0238">
        <w:rPr>
          <w:lang w:val="ru-RU"/>
        </w:rPr>
        <w:t xml:space="preserve"> и толкуют ее </w:t>
      </w:r>
      <w:r w:rsidRPr="00DA0238">
        <w:rPr>
          <w:lang w:val="ru-RU"/>
        </w:rPr>
        <w:t xml:space="preserve">определенно. Потому как в </w:t>
      </w:r>
      <w:proofErr w:type="spellStart"/>
      <w:r w:rsidRPr="00DA0238">
        <w:rPr>
          <w:rStyle w:val="TextTranslationItalic"/>
          <w:lang w:val="ru-RU"/>
        </w:rPr>
        <w:t>Итихасах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Пуранах</w:t>
      </w:r>
      <w:proofErr w:type="spellEnd"/>
      <w:r w:rsidRPr="00DA0238">
        <w:rPr>
          <w:lang w:val="ru-RU"/>
        </w:rPr>
        <w:t xml:space="preserve"> разгадывается смысл </w:t>
      </w:r>
      <w:r w:rsidRPr="00DA0238">
        <w:rPr>
          <w:i/>
          <w:lang w:val="ru-RU"/>
        </w:rPr>
        <w:t>ведических</w:t>
      </w:r>
      <w:r w:rsidRPr="00DA0238">
        <w:rPr>
          <w:lang w:val="ru-RU"/>
        </w:rPr>
        <w:t xml:space="preserve"> текстов с неочевидным значением, </w:t>
      </w:r>
      <w:proofErr w:type="spellStart"/>
      <w:r w:rsidRPr="00DA0238">
        <w:rPr>
          <w:rStyle w:val="TextTranslationItalic"/>
          <w:lang w:val="ru-RU"/>
        </w:rPr>
        <w:t>Итихасы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признаются надежным источником познания </w:t>
      </w:r>
      <w:r w:rsidR="00BB65DC">
        <w:rPr>
          <w:lang w:val="ru-RU"/>
        </w:rPr>
        <w:t xml:space="preserve">и ныне, что особенно важно, и </w:t>
      </w:r>
      <w:r w:rsidRPr="00DA0238">
        <w:rPr>
          <w:lang w:val="ru-RU"/>
        </w:rPr>
        <w:t>во все времена.</w:t>
      </w:r>
    </w:p>
    <w:p w14:paraId="11F98D0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DA3D6B4" w14:textId="77777777" w:rsidR="003B67ED" w:rsidRPr="00C66363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Так </w:t>
      </w:r>
      <w:r>
        <w:rPr>
          <w:rStyle w:val="TextTranslationItalic"/>
          <w:lang w:val="ru-RU"/>
        </w:rPr>
        <w:t>Махабхарата</w:t>
      </w:r>
      <w:r>
        <w:rPr>
          <w:lang w:val="ru-RU"/>
        </w:rPr>
        <w:t xml:space="preserve"> (</w:t>
      </w:r>
      <w:proofErr w:type="spellStart"/>
      <w:r>
        <w:rPr>
          <w:rStyle w:val="TextTranslationItalic"/>
          <w:lang w:val="ru-RU"/>
        </w:rPr>
        <w:t>Ади</w:t>
      </w:r>
      <w:r>
        <w:rPr>
          <w:lang w:val="ru-RU"/>
        </w:rPr>
        <w:t>-</w:t>
      </w:r>
      <w:r>
        <w:rPr>
          <w:rStyle w:val="TextTranslationItalic"/>
          <w:lang w:val="ru-RU"/>
        </w:rPr>
        <w:t>парва</w:t>
      </w:r>
      <w:proofErr w:type="spellEnd"/>
      <w:r>
        <w:rPr>
          <w:lang w:val="ru-RU"/>
        </w:rPr>
        <w:t xml:space="preserve"> 1.267) и </w:t>
      </w:r>
      <w:r>
        <w:rPr>
          <w:rStyle w:val="TextTranslationItalic"/>
          <w:lang w:val="ru-RU"/>
        </w:rPr>
        <w:t>Ману</w:t>
      </w:r>
      <w:r>
        <w:rPr>
          <w:lang w:val="ru-RU"/>
        </w:rPr>
        <w:t>-</w:t>
      </w:r>
      <w:proofErr w:type="spellStart"/>
      <w:r>
        <w:rPr>
          <w:rStyle w:val="TextTranslationItalic"/>
          <w:lang w:val="ru-RU"/>
        </w:rPr>
        <w:t>самхита</w:t>
      </w:r>
      <w:proofErr w:type="spellEnd"/>
      <w:r>
        <w:rPr>
          <w:lang w:val="ru-RU"/>
        </w:rPr>
        <w:t xml:space="preserve"> гласят: "</w:t>
      </w:r>
      <w:r>
        <w:rPr>
          <w:rStyle w:val="TextTranslationItalic"/>
          <w:lang w:val="ru-RU"/>
        </w:rPr>
        <w:t>Веда</w:t>
      </w:r>
      <w:r>
        <w:rPr>
          <w:lang w:val="ru-RU"/>
        </w:rPr>
        <w:t xml:space="preserve"> завершается </w:t>
      </w:r>
      <w:proofErr w:type="spellStart"/>
      <w:r>
        <w:rPr>
          <w:rStyle w:val="TextTranslationItalic"/>
          <w:lang w:val="ru-RU"/>
        </w:rPr>
        <w:t>Итихасами</w:t>
      </w:r>
      <w:proofErr w:type="spellEnd"/>
      <w:r>
        <w:rPr>
          <w:lang w:val="ru-RU"/>
        </w:rPr>
        <w:t xml:space="preserve"> и </w:t>
      </w:r>
      <w:proofErr w:type="spellStart"/>
      <w:r>
        <w:rPr>
          <w:rStyle w:val="TextTranslationItalic"/>
          <w:lang w:val="ru-RU"/>
        </w:rPr>
        <w:t>Пуранами</w:t>
      </w:r>
      <w:proofErr w:type="spellEnd"/>
      <w:r>
        <w:rPr>
          <w:lang w:val="ru-RU"/>
        </w:rPr>
        <w:t xml:space="preserve">". В ином месте говорится: "Слово </w:t>
      </w:r>
      <w:proofErr w:type="spellStart"/>
      <w:r>
        <w:rPr>
          <w:rStyle w:val="TextTranslationItalic"/>
          <w:lang w:val="ru-RU"/>
        </w:rPr>
        <w:t>Пурана</w:t>
      </w:r>
      <w:proofErr w:type="spellEnd"/>
      <w:r>
        <w:rPr>
          <w:lang w:val="ru-RU"/>
        </w:rPr>
        <w:t xml:space="preserve"> происходит от "</w:t>
      </w:r>
      <w:proofErr w:type="spellStart"/>
      <w:r w:rsidRPr="00C66363">
        <w:rPr>
          <w:rStyle w:val="TextTranslationItalic"/>
          <w:lang w:val="ru-RU"/>
        </w:rPr>
        <w:t>пура</w:t>
      </w:r>
      <w:proofErr w:type="spellEnd"/>
      <w:r w:rsidRPr="00C66363">
        <w:rPr>
          <w:lang w:val="ru-RU"/>
        </w:rPr>
        <w:t xml:space="preserve">" [законченность, завершение]. </w:t>
      </w:r>
      <w:r w:rsidRPr="00C66363">
        <w:rPr>
          <w:rStyle w:val="TextTranslationItalic"/>
          <w:lang w:val="ru-RU"/>
        </w:rPr>
        <w:t>Веду</w:t>
      </w:r>
      <w:r w:rsidRPr="00C66363">
        <w:rPr>
          <w:lang w:val="ru-RU"/>
        </w:rPr>
        <w:t xml:space="preserve"> нельзя завершить не </w:t>
      </w:r>
      <w:r w:rsidRPr="00C66363">
        <w:rPr>
          <w:rStyle w:val="TextTranslationItalic"/>
          <w:lang w:val="ru-RU"/>
        </w:rPr>
        <w:t>Ведой</w:t>
      </w:r>
      <w:r w:rsidRPr="00C66363">
        <w:rPr>
          <w:lang w:val="ru-RU"/>
        </w:rPr>
        <w:t>, так же, как нельзя завершить золотую цепочку дешевым железным кольцом".</w:t>
      </w:r>
    </w:p>
    <w:p w14:paraId="017081B9" w14:textId="77777777" w:rsidR="003B67ED" w:rsidRPr="00C66363" w:rsidRDefault="003B67ED" w:rsidP="004E41B6">
      <w:pPr>
        <w:ind w:firstLine="180"/>
        <w:rPr>
          <w:b/>
          <w:lang w:val="ru-RU"/>
        </w:rPr>
      </w:pPr>
    </w:p>
    <w:p w14:paraId="542D50E0" w14:textId="77777777" w:rsidR="003B67ED" w:rsidRPr="00C66363" w:rsidRDefault="00175FCC" w:rsidP="004E41B6">
      <w:pPr>
        <w:pStyle w:val="TextTranslation"/>
        <w:ind w:firstLine="180"/>
        <w:rPr>
          <w:lang w:val="ru-RU"/>
        </w:rPr>
      </w:pPr>
      <w:r w:rsidRPr="00C66363">
        <w:rPr>
          <w:lang w:val="ru-RU"/>
        </w:rPr>
        <w:t xml:space="preserve">Этому </w:t>
      </w:r>
      <w:r w:rsidR="002B41BF" w:rsidRPr="00C66363">
        <w:rPr>
          <w:lang w:val="ru-RU"/>
        </w:rPr>
        <w:t xml:space="preserve">можно возразить: если </w:t>
      </w:r>
      <w:r w:rsidR="002B41BF" w:rsidRPr="00C66363">
        <w:rPr>
          <w:i/>
          <w:lang w:val="ru-RU"/>
        </w:rPr>
        <w:t>Веда</w:t>
      </w:r>
      <w:r w:rsidR="002B41BF" w:rsidRPr="00C66363">
        <w:rPr>
          <w:lang w:val="ru-RU"/>
        </w:rPr>
        <w:t xml:space="preserve"> заключает в себе </w:t>
      </w:r>
      <w:proofErr w:type="spellStart"/>
      <w:r w:rsidR="002B41BF" w:rsidRPr="00C66363">
        <w:rPr>
          <w:rStyle w:val="TextTranslationItalic"/>
          <w:lang w:val="ru-RU"/>
        </w:rPr>
        <w:t>Пураны</w:t>
      </w:r>
      <w:proofErr w:type="spellEnd"/>
      <w:r w:rsidR="002B41BF" w:rsidRPr="00C66363">
        <w:rPr>
          <w:lang w:val="ru-RU"/>
        </w:rPr>
        <w:t xml:space="preserve"> и </w:t>
      </w:r>
      <w:proofErr w:type="spellStart"/>
      <w:r w:rsidR="002B41BF" w:rsidRPr="00C66363">
        <w:rPr>
          <w:rStyle w:val="TextTranslationItalic"/>
          <w:lang w:val="ru-RU"/>
        </w:rPr>
        <w:t>Итихасы</w:t>
      </w:r>
      <w:proofErr w:type="spellEnd"/>
      <w:r w:rsidR="002B41BF" w:rsidRPr="00C66363">
        <w:rPr>
          <w:lang w:val="ru-RU"/>
        </w:rPr>
        <w:t xml:space="preserve">, приходится обозначать </w:t>
      </w:r>
      <w:proofErr w:type="spellStart"/>
      <w:r w:rsidR="002B41BF" w:rsidRPr="00C66363">
        <w:rPr>
          <w:rStyle w:val="TextTranslationItalic"/>
          <w:lang w:val="ru-RU"/>
        </w:rPr>
        <w:t>Пуранами</w:t>
      </w:r>
      <w:proofErr w:type="spellEnd"/>
      <w:r w:rsidR="002B41BF" w:rsidRPr="00C66363">
        <w:rPr>
          <w:lang w:val="ru-RU"/>
        </w:rPr>
        <w:t xml:space="preserve"> нечто отличное от того, что это слово привычно означает. Иначе </w:t>
      </w:r>
      <w:proofErr w:type="spellStart"/>
      <w:r w:rsidR="002B41BF" w:rsidRPr="00C66363">
        <w:rPr>
          <w:rStyle w:val="TextTranslationItalic"/>
          <w:lang w:val="ru-RU"/>
        </w:rPr>
        <w:t>Итихасы</w:t>
      </w:r>
      <w:proofErr w:type="spellEnd"/>
      <w:r w:rsidR="002B41BF" w:rsidRPr="00C66363">
        <w:rPr>
          <w:lang w:val="ru-RU"/>
        </w:rPr>
        <w:t xml:space="preserve"> и </w:t>
      </w:r>
      <w:proofErr w:type="spellStart"/>
      <w:r w:rsidR="002B41BF" w:rsidRPr="00C66363">
        <w:rPr>
          <w:rStyle w:val="TextTranslationItalic"/>
          <w:lang w:val="ru-RU"/>
        </w:rPr>
        <w:t>Пураны</w:t>
      </w:r>
      <w:proofErr w:type="spellEnd"/>
      <w:r w:rsidR="002B41BF" w:rsidRPr="00C66363">
        <w:rPr>
          <w:lang w:val="ru-RU"/>
        </w:rPr>
        <w:t xml:space="preserve"> не будут не отличны от </w:t>
      </w:r>
      <w:r w:rsidR="002B41BF" w:rsidRPr="00C66363">
        <w:rPr>
          <w:rStyle w:val="TextTranslationItalic"/>
          <w:lang w:val="ru-RU"/>
        </w:rPr>
        <w:t>Веды</w:t>
      </w:r>
      <w:r w:rsidR="002B41BF" w:rsidRPr="00C66363">
        <w:rPr>
          <w:lang w:val="ru-RU"/>
        </w:rPr>
        <w:t>.</w:t>
      </w:r>
    </w:p>
    <w:p w14:paraId="698483D4" w14:textId="77777777" w:rsidR="003B67ED" w:rsidRPr="00C66363" w:rsidRDefault="003B67ED" w:rsidP="004E41B6">
      <w:pPr>
        <w:ind w:firstLine="180"/>
        <w:rPr>
          <w:b/>
          <w:lang w:val="ru-RU"/>
        </w:rPr>
      </w:pPr>
    </w:p>
    <w:p w14:paraId="1BC25B3F" w14:textId="77777777" w:rsidR="003B67ED" w:rsidRPr="00C66363" w:rsidRDefault="002B41BF" w:rsidP="004E41B6">
      <w:pPr>
        <w:pStyle w:val="TextTranslation"/>
        <w:ind w:firstLine="180"/>
        <w:rPr>
          <w:lang w:val="ru-RU"/>
        </w:rPr>
      </w:pPr>
      <w:r w:rsidRPr="00C66363">
        <w:rPr>
          <w:lang w:val="ru-RU"/>
        </w:rPr>
        <w:t xml:space="preserve">Ответ </w:t>
      </w:r>
      <w:r w:rsidR="00175FCC" w:rsidRPr="00C66363">
        <w:rPr>
          <w:lang w:val="ru-RU"/>
        </w:rPr>
        <w:t>возражению</w:t>
      </w:r>
      <w:r w:rsidRPr="00C66363">
        <w:rPr>
          <w:lang w:val="ru-RU"/>
        </w:rPr>
        <w:t xml:space="preserve"> таков: </w:t>
      </w:r>
      <w:proofErr w:type="spellStart"/>
      <w:r w:rsidRPr="00C66363">
        <w:rPr>
          <w:rStyle w:val="TextTranslationItalic"/>
          <w:lang w:val="ru-RU"/>
        </w:rPr>
        <w:t>Пураны</w:t>
      </w:r>
      <w:proofErr w:type="spellEnd"/>
      <w:r w:rsidRPr="00C66363">
        <w:rPr>
          <w:lang w:val="ru-RU"/>
        </w:rPr>
        <w:t xml:space="preserve"> и </w:t>
      </w:r>
      <w:proofErr w:type="spellStart"/>
      <w:r w:rsidRPr="00C66363">
        <w:rPr>
          <w:rStyle w:val="TextTranslationItalic"/>
          <w:lang w:val="ru-RU"/>
        </w:rPr>
        <w:t>Итихасы</w:t>
      </w:r>
      <w:proofErr w:type="spellEnd"/>
      <w:r w:rsidRPr="00C66363">
        <w:rPr>
          <w:lang w:val="ru-RU"/>
        </w:rPr>
        <w:t xml:space="preserve"> действительно не отличны, ибо разные слова, выражающие единый смысл, име</w:t>
      </w:r>
      <w:r w:rsidR="000E6259" w:rsidRPr="00C66363">
        <w:rPr>
          <w:lang w:val="ru-RU"/>
        </w:rPr>
        <w:t xml:space="preserve">ют единый, в данном случае — </w:t>
      </w:r>
      <w:r w:rsidRPr="00C66363">
        <w:rPr>
          <w:lang w:val="ru-RU"/>
        </w:rPr>
        <w:t>над</w:t>
      </w:r>
      <w:r w:rsidR="000E6259" w:rsidRPr="00C66363">
        <w:rPr>
          <w:lang w:val="ru-RU"/>
        </w:rPr>
        <w:t xml:space="preserve">мирный, </w:t>
      </w:r>
      <w:r w:rsidRPr="00C66363">
        <w:rPr>
          <w:lang w:val="ru-RU"/>
        </w:rPr>
        <w:t>авторитет. Данные тексты несут единый смысл, отличаясь при этом звучанием и последовательностью изложения предмета.</w:t>
      </w:r>
    </w:p>
    <w:p w14:paraId="0A3343B3" w14:textId="77777777" w:rsidR="003B67ED" w:rsidRPr="00C66363" w:rsidRDefault="003B67ED" w:rsidP="004E41B6">
      <w:pPr>
        <w:ind w:firstLine="180"/>
        <w:rPr>
          <w:b/>
          <w:lang w:val="ru-RU"/>
        </w:rPr>
      </w:pPr>
    </w:p>
    <w:p w14:paraId="6BB8EC43" w14:textId="77777777" w:rsidR="003B67ED" w:rsidRPr="00C66363" w:rsidRDefault="002B41BF" w:rsidP="004E41B6">
      <w:pPr>
        <w:pStyle w:val="TextTranslation"/>
        <w:ind w:firstLine="180"/>
        <w:rPr>
          <w:lang w:val="ru-RU"/>
        </w:rPr>
      </w:pPr>
      <w:r w:rsidRPr="00C66363">
        <w:rPr>
          <w:lang w:val="ru-RU"/>
        </w:rPr>
        <w:t xml:space="preserve">Факт </w:t>
      </w:r>
      <w:proofErr w:type="spellStart"/>
      <w:r w:rsidRPr="00C66363">
        <w:rPr>
          <w:lang w:val="ru-RU"/>
        </w:rPr>
        <w:t>неотличия</w:t>
      </w:r>
      <w:proofErr w:type="spellEnd"/>
      <w:r w:rsidRPr="00C66363">
        <w:rPr>
          <w:lang w:val="ru-RU"/>
        </w:rPr>
        <w:t xml:space="preserve"> </w:t>
      </w:r>
      <w:r w:rsidRPr="00C66363">
        <w:rPr>
          <w:rStyle w:val="TextTranslationItalic"/>
          <w:lang w:val="ru-RU"/>
        </w:rPr>
        <w:t>Вед</w:t>
      </w:r>
      <w:r w:rsidRPr="00C66363">
        <w:rPr>
          <w:lang w:val="ru-RU"/>
        </w:rPr>
        <w:t xml:space="preserve"> от </w:t>
      </w:r>
      <w:proofErr w:type="spellStart"/>
      <w:r w:rsidRPr="00C66363">
        <w:rPr>
          <w:rStyle w:val="TextTranslationItalic"/>
          <w:lang w:val="ru-RU"/>
        </w:rPr>
        <w:t>Итихас</w:t>
      </w:r>
      <w:proofErr w:type="spellEnd"/>
      <w:r w:rsidRPr="00C66363">
        <w:rPr>
          <w:lang w:val="ru-RU"/>
        </w:rPr>
        <w:t xml:space="preserve"> и </w:t>
      </w:r>
      <w:proofErr w:type="spellStart"/>
      <w:r w:rsidRPr="00C66363">
        <w:rPr>
          <w:rStyle w:val="TextTranslationItalic"/>
          <w:lang w:val="ru-RU"/>
        </w:rPr>
        <w:t>Пуран</w:t>
      </w:r>
      <w:proofErr w:type="spellEnd"/>
      <w:r w:rsidRPr="00C66363">
        <w:rPr>
          <w:rStyle w:val="TextTranslationItalic"/>
          <w:lang w:val="ru-RU"/>
        </w:rPr>
        <w:t xml:space="preserve">, </w:t>
      </w:r>
      <w:r w:rsidRPr="00C66363">
        <w:rPr>
          <w:lang w:val="ru-RU"/>
        </w:rPr>
        <w:t xml:space="preserve">в том смысле, что и </w:t>
      </w:r>
      <w:proofErr w:type="spellStart"/>
      <w:r w:rsidRPr="00C66363">
        <w:rPr>
          <w:rStyle w:val="TextTranslationItalic"/>
          <w:lang w:val="ru-RU"/>
        </w:rPr>
        <w:t>Итихасы</w:t>
      </w:r>
      <w:proofErr w:type="spellEnd"/>
      <w:r w:rsidRPr="00C66363">
        <w:rPr>
          <w:lang w:val="ru-RU"/>
        </w:rPr>
        <w:t xml:space="preserve">, и </w:t>
      </w:r>
      <w:proofErr w:type="spellStart"/>
      <w:r w:rsidRPr="00C66363">
        <w:rPr>
          <w:rStyle w:val="TextTranslationItalic"/>
          <w:lang w:val="ru-RU"/>
        </w:rPr>
        <w:t>Пураны</w:t>
      </w:r>
      <w:proofErr w:type="spellEnd"/>
      <w:r w:rsidRPr="00C66363">
        <w:rPr>
          <w:lang w:val="ru-RU"/>
        </w:rPr>
        <w:t xml:space="preserve"> имеют такую же надмирную природу, как и </w:t>
      </w:r>
      <w:r w:rsidRPr="00C66363">
        <w:rPr>
          <w:rStyle w:val="TextTranslationItalic"/>
          <w:lang w:val="ru-RU"/>
        </w:rPr>
        <w:t>Риг</w:t>
      </w:r>
      <w:r w:rsidRPr="00C66363">
        <w:rPr>
          <w:lang w:val="ru-RU"/>
        </w:rPr>
        <w:t xml:space="preserve"> </w:t>
      </w:r>
      <w:r w:rsidRPr="00C66363">
        <w:rPr>
          <w:rStyle w:val="TextTranslationItalic"/>
          <w:lang w:val="ru-RU"/>
        </w:rPr>
        <w:t>Веда</w:t>
      </w:r>
      <w:r w:rsidRPr="00C66363">
        <w:rPr>
          <w:rStyle w:val="TextTranslationItalic"/>
          <w:i w:val="0"/>
          <w:lang w:val="ru-RU"/>
        </w:rPr>
        <w:t>,</w:t>
      </w:r>
      <w:r w:rsidRPr="00C66363">
        <w:rPr>
          <w:lang w:val="ru-RU"/>
        </w:rPr>
        <w:t xml:space="preserve"> и прочие </w:t>
      </w:r>
      <w:r w:rsidRPr="00C66363">
        <w:rPr>
          <w:rStyle w:val="TextTranslationItalic"/>
          <w:lang w:val="ru-RU"/>
        </w:rPr>
        <w:t>Веды</w:t>
      </w:r>
      <w:r w:rsidRPr="00C66363">
        <w:rPr>
          <w:lang w:val="ru-RU"/>
        </w:rPr>
        <w:t>, п</w:t>
      </w:r>
      <w:r>
        <w:rPr>
          <w:lang w:val="ru-RU"/>
        </w:rPr>
        <w:t xml:space="preserve">одтверждается в </w:t>
      </w:r>
      <w:proofErr w:type="spellStart"/>
      <w:r>
        <w:rPr>
          <w:rStyle w:val="TextTranslationItalic"/>
          <w:lang w:val="ru-RU"/>
        </w:rPr>
        <w:t>Мадхьяндине</w:t>
      </w:r>
      <w:proofErr w:type="spellEnd"/>
      <w:r>
        <w:rPr>
          <w:lang w:val="ru-RU"/>
        </w:rPr>
        <w:t>-</w:t>
      </w:r>
      <w:r>
        <w:rPr>
          <w:rStyle w:val="TextTranslationItalic"/>
          <w:lang w:val="ru-RU"/>
        </w:rPr>
        <w:t>шрути</w:t>
      </w:r>
      <w:r>
        <w:rPr>
          <w:lang w:val="ru-RU"/>
        </w:rPr>
        <w:t>, где говорится: "Дыхание Высшего Существа составляют</w:t>
      </w:r>
      <w:r w:rsidRPr="00C66363">
        <w:rPr>
          <w:lang w:val="ru-RU"/>
        </w:rPr>
        <w:t xml:space="preserve"> </w:t>
      </w:r>
      <w:r w:rsidRPr="00C66363">
        <w:rPr>
          <w:rStyle w:val="TextTranslationItalic"/>
          <w:lang w:val="ru-RU"/>
        </w:rPr>
        <w:t>Риг</w:t>
      </w:r>
      <w:r w:rsidRPr="00C66363">
        <w:rPr>
          <w:lang w:val="ru-RU"/>
        </w:rPr>
        <w:t xml:space="preserve"> </w:t>
      </w:r>
      <w:r w:rsidRPr="00C66363">
        <w:rPr>
          <w:rStyle w:val="TextTranslationItalic"/>
          <w:lang w:val="ru-RU"/>
        </w:rPr>
        <w:t>Веда</w:t>
      </w:r>
      <w:r w:rsidRPr="00C66363">
        <w:rPr>
          <w:lang w:val="ru-RU"/>
        </w:rPr>
        <w:t xml:space="preserve">, </w:t>
      </w:r>
      <w:proofErr w:type="spellStart"/>
      <w:r w:rsidRPr="00C66363">
        <w:rPr>
          <w:rStyle w:val="TextTranslationItalic"/>
          <w:lang w:val="ru-RU"/>
        </w:rPr>
        <w:t>Яджур</w:t>
      </w:r>
      <w:proofErr w:type="spellEnd"/>
      <w:r w:rsidRPr="00C66363">
        <w:rPr>
          <w:lang w:val="ru-RU"/>
        </w:rPr>
        <w:t xml:space="preserve"> </w:t>
      </w:r>
      <w:r w:rsidRPr="00C66363">
        <w:rPr>
          <w:rStyle w:val="TextTranslationItalic"/>
          <w:lang w:val="ru-RU"/>
        </w:rPr>
        <w:t>Веда</w:t>
      </w:r>
      <w:r w:rsidRPr="00C66363">
        <w:rPr>
          <w:lang w:val="ru-RU"/>
        </w:rPr>
        <w:t xml:space="preserve">, </w:t>
      </w:r>
      <w:r w:rsidRPr="00C66363">
        <w:rPr>
          <w:rStyle w:val="TextTranslationItalic"/>
          <w:lang w:val="ru-RU"/>
        </w:rPr>
        <w:t>Сама</w:t>
      </w:r>
      <w:r w:rsidRPr="00C66363">
        <w:rPr>
          <w:lang w:val="ru-RU"/>
        </w:rPr>
        <w:t xml:space="preserve"> </w:t>
      </w:r>
      <w:r w:rsidRPr="00C66363">
        <w:rPr>
          <w:rStyle w:val="TextTranslationItalic"/>
          <w:lang w:val="ru-RU"/>
        </w:rPr>
        <w:t>Веда</w:t>
      </w:r>
      <w:r w:rsidRPr="00C66363">
        <w:rPr>
          <w:lang w:val="ru-RU"/>
        </w:rPr>
        <w:t xml:space="preserve">, </w:t>
      </w:r>
      <w:proofErr w:type="spellStart"/>
      <w:r w:rsidRPr="00C66363">
        <w:rPr>
          <w:rStyle w:val="TextTranslationItalic"/>
          <w:lang w:val="ru-RU"/>
        </w:rPr>
        <w:t>Атхарва</w:t>
      </w:r>
      <w:proofErr w:type="spellEnd"/>
      <w:r w:rsidRPr="00C66363">
        <w:rPr>
          <w:lang w:val="ru-RU"/>
        </w:rPr>
        <w:t xml:space="preserve"> </w:t>
      </w:r>
      <w:r w:rsidRPr="00C66363">
        <w:rPr>
          <w:rStyle w:val="TextTranslationItalic"/>
          <w:lang w:val="ru-RU"/>
        </w:rPr>
        <w:t>Веда</w:t>
      </w:r>
      <w:r w:rsidRPr="00C66363">
        <w:rPr>
          <w:lang w:val="ru-RU"/>
        </w:rPr>
        <w:t xml:space="preserve">, </w:t>
      </w:r>
      <w:proofErr w:type="spellStart"/>
      <w:r w:rsidRPr="00C66363">
        <w:rPr>
          <w:rStyle w:val="TextTranslationItalic"/>
          <w:lang w:val="ru-RU"/>
        </w:rPr>
        <w:t>Итихаса</w:t>
      </w:r>
      <w:proofErr w:type="spellEnd"/>
      <w:r w:rsidRPr="00C66363">
        <w:rPr>
          <w:lang w:val="ru-RU"/>
        </w:rPr>
        <w:t xml:space="preserve"> и </w:t>
      </w:r>
      <w:proofErr w:type="spellStart"/>
      <w:r w:rsidRPr="00C66363">
        <w:rPr>
          <w:rStyle w:val="TextTranslationItalic"/>
          <w:lang w:val="ru-RU"/>
        </w:rPr>
        <w:t>Пурана</w:t>
      </w:r>
      <w:proofErr w:type="spellEnd"/>
      <w:r w:rsidRPr="00C66363">
        <w:rPr>
          <w:lang w:val="ru-RU"/>
        </w:rPr>
        <w:t>" (</w:t>
      </w:r>
      <w:proofErr w:type="spellStart"/>
      <w:r w:rsidRPr="00C66363">
        <w:rPr>
          <w:rStyle w:val="TextTranslationItalic"/>
          <w:lang w:val="ru-RU"/>
        </w:rPr>
        <w:t>Брихад</w:t>
      </w:r>
      <w:proofErr w:type="spellEnd"/>
      <w:r w:rsidRPr="00C66363">
        <w:rPr>
          <w:lang w:val="ru-RU"/>
        </w:rPr>
        <w:t>-</w:t>
      </w:r>
      <w:r w:rsidRPr="00C66363">
        <w:rPr>
          <w:rStyle w:val="TextTranslationItalic"/>
          <w:lang w:val="ru-RU"/>
        </w:rPr>
        <w:t>араньяка</w:t>
      </w:r>
      <w:r w:rsidRPr="00C66363">
        <w:rPr>
          <w:lang w:val="ru-RU"/>
        </w:rPr>
        <w:t xml:space="preserve"> </w:t>
      </w:r>
      <w:r w:rsidRPr="00C66363">
        <w:rPr>
          <w:rStyle w:val="TextTranslationItalic"/>
          <w:lang w:val="ru-RU"/>
        </w:rPr>
        <w:t>Упанишада</w:t>
      </w:r>
      <w:r w:rsidRPr="00C66363">
        <w:rPr>
          <w:lang w:val="ru-RU"/>
        </w:rPr>
        <w:t xml:space="preserve"> 2.4.10).</w:t>
      </w:r>
    </w:p>
    <w:p w14:paraId="304CB60F" w14:textId="77777777" w:rsidR="003B67ED" w:rsidRPr="00C66363" w:rsidRDefault="003B67ED" w:rsidP="004E41B6">
      <w:pPr>
        <w:ind w:firstLine="180"/>
        <w:rPr>
          <w:b/>
          <w:lang w:val="ru-RU"/>
        </w:rPr>
      </w:pPr>
    </w:p>
    <w:p w14:paraId="09F130B3" w14:textId="77777777" w:rsidR="003B67ED" w:rsidRPr="00C66363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C66363">
        <w:rPr>
          <w:b/>
          <w:lang w:val="ru-RU"/>
        </w:rPr>
        <w:t xml:space="preserve"> 13</w:t>
      </w:r>
    </w:p>
    <w:p w14:paraId="04E5EEF0" w14:textId="77777777" w:rsidR="003B67ED" w:rsidRPr="00C66363" w:rsidRDefault="003B67ED" w:rsidP="004E41B6">
      <w:pPr>
        <w:ind w:firstLine="180"/>
        <w:rPr>
          <w:b/>
          <w:lang w:val="ru-RU"/>
        </w:rPr>
      </w:pPr>
    </w:p>
    <w:p w14:paraId="040C319A" w14:textId="77777777" w:rsidR="003B67ED" w:rsidRPr="00C66363" w:rsidRDefault="002B41BF" w:rsidP="004E41B6">
      <w:pPr>
        <w:pStyle w:val="TextTranslation"/>
        <w:ind w:firstLine="180"/>
        <w:rPr>
          <w:lang w:val="ru-RU"/>
        </w:rPr>
      </w:pPr>
      <w:r w:rsidRPr="00C66363">
        <w:rPr>
          <w:lang w:val="ru-RU"/>
        </w:rPr>
        <w:t xml:space="preserve">В </w:t>
      </w:r>
      <w:proofErr w:type="spellStart"/>
      <w:r w:rsidRPr="00C66363">
        <w:rPr>
          <w:rStyle w:val="TextTranslationItalic"/>
          <w:lang w:val="ru-RU"/>
        </w:rPr>
        <w:t>Прабхаса</w:t>
      </w:r>
      <w:r w:rsidRPr="00C66363">
        <w:rPr>
          <w:lang w:val="ru-RU"/>
        </w:rPr>
        <w:t>-</w:t>
      </w:r>
      <w:r w:rsidRPr="00C66363">
        <w:rPr>
          <w:rStyle w:val="TextTranslationItalic"/>
          <w:lang w:val="ru-RU"/>
        </w:rPr>
        <w:t>кханде</w:t>
      </w:r>
      <w:proofErr w:type="spellEnd"/>
      <w:r w:rsidRPr="00C66363">
        <w:rPr>
          <w:lang w:val="ru-RU"/>
        </w:rPr>
        <w:t xml:space="preserve"> </w:t>
      </w:r>
      <w:proofErr w:type="spellStart"/>
      <w:r w:rsidRPr="00C66363">
        <w:rPr>
          <w:rStyle w:val="TextTranslationItalic"/>
          <w:lang w:val="ru-RU"/>
        </w:rPr>
        <w:t>Сканд</w:t>
      </w:r>
      <w:r w:rsidR="007547ED" w:rsidRPr="00C66363">
        <w:rPr>
          <w:rStyle w:val="TextTranslationItalic"/>
          <w:lang w:val="ru-RU"/>
        </w:rPr>
        <w:t>а</w:t>
      </w:r>
      <w:proofErr w:type="spellEnd"/>
      <w:r w:rsidRPr="00C66363">
        <w:rPr>
          <w:lang w:val="ru-RU"/>
        </w:rPr>
        <w:t xml:space="preserve"> </w:t>
      </w:r>
      <w:proofErr w:type="spellStart"/>
      <w:r w:rsidRPr="00C66363">
        <w:rPr>
          <w:rStyle w:val="TextTranslationItalic"/>
          <w:lang w:val="ru-RU"/>
        </w:rPr>
        <w:t>Пураны</w:t>
      </w:r>
      <w:proofErr w:type="spellEnd"/>
      <w:r w:rsidRPr="00C66363">
        <w:rPr>
          <w:lang w:val="ru-RU"/>
        </w:rPr>
        <w:t xml:space="preserve"> говорится: "В древности дед бессмертных богов вершил суровые обеты, вследствие чего на свет проявились </w:t>
      </w:r>
      <w:r w:rsidRPr="00C66363">
        <w:rPr>
          <w:rStyle w:val="TextTranslationItalic"/>
          <w:lang w:val="ru-RU"/>
        </w:rPr>
        <w:t>Веды</w:t>
      </w:r>
      <w:r w:rsidRPr="00C66363">
        <w:rPr>
          <w:lang w:val="ru-RU"/>
        </w:rPr>
        <w:t xml:space="preserve"> вместе с их шестью дополнениями, с дословным именованием значений и переупорядоченным текстом. Потом явлена была вся </w:t>
      </w:r>
      <w:proofErr w:type="spellStart"/>
      <w:r w:rsidRPr="00C66363">
        <w:rPr>
          <w:rStyle w:val="TextTranslationItalic"/>
          <w:lang w:val="ru-RU"/>
        </w:rPr>
        <w:t>Пурана</w:t>
      </w:r>
      <w:proofErr w:type="spellEnd"/>
      <w:r w:rsidRPr="00C66363">
        <w:rPr>
          <w:lang w:val="ru-RU"/>
        </w:rPr>
        <w:t xml:space="preserve">, заключившая в себя все предания. </w:t>
      </w:r>
      <w:proofErr w:type="spellStart"/>
      <w:r w:rsidRPr="00C66363">
        <w:rPr>
          <w:rStyle w:val="TextTranslationItalic"/>
          <w:lang w:val="ru-RU"/>
        </w:rPr>
        <w:t>Пурана</w:t>
      </w:r>
      <w:proofErr w:type="spellEnd"/>
      <w:r w:rsidRPr="00C66363">
        <w:rPr>
          <w:lang w:val="ru-RU"/>
        </w:rPr>
        <w:t xml:space="preserve"> неизменна, состо</w:t>
      </w:r>
      <w:r w:rsidR="000E6259" w:rsidRPr="00C66363">
        <w:rPr>
          <w:lang w:val="ru-RU"/>
        </w:rPr>
        <w:t>ит из вечного звука, благодатна</w:t>
      </w:r>
      <w:r w:rsidRPr="00C66363">
        <w:rPr>
          <w:lang w:val="ru-RU"/>
        </w:rPr>
        <w:t xml:space="preserve"> и содержит в себе миллиард стихов. Она изошла из уст Брахмы. Услышь же поименование и описание ее разделов: Первой следует </w:t>
      </w:r>
      <w:r w:rsidRPr="00C66363">
        <w:rPr>
          <w:rStyle w:val="TextTranslationItalic"/>
          <w:lang w:val="ru-RU"/>
        </w:rPr>
        <w:t>Брахма</w:t>
      </w:r>
      <w:r w:rsidRPr="00C66363">
        <w:rPr>
          <w:lang w:val="ru-RU"/>
        </w:rPr>
        <w:t xml:space="preserve"> </w:t>
      </w:r>
      <w:proofErr w:type="spellStart"/>
      <w:r w:rsidRPr="00C66363">
        <w:rPr>
          <w:rStyle w:val="TextTranslationItalic"/>
          <w:lang w:val="ru-RU"/>
        </w:rPr>
        <w:t>Пурана</w:t>
      </w:r>
      <w:proofErr w:type="spellEnd"/>
      <w:r w:rsidRPr="00C66363">
        <w:rPr>
          <w:lang w:val="ru-RU"/>
        </w:rPr>
        <w:t>".</w:t>
      </w:r>
    </w:p>
    <w:p w14:paraId="62D78E33" w14:textId="77777777" w:rsidR="003B67ED" w:rsidRPr="00181B7C" w:rsidRDefault="003B67ED" w:rsidP="004E41B6">
      <w:pPr>
        <w:ind w:firstLine="180"/>
        <w:rPr>
          <w:b/>
          <w:lang w:val="ru-RU"/>
        </w:rPr>
      </w:pPr>
    </w:p>
    <w:p w14:paraId="02772FA5" w14:textId="77777777" w:rsidR="00D87B9D" w:rsidRPr="00181B7C" w:rsidRDefault="002B41BF" w:rsidP="004E41B6">
      <w:pPr>
        <w:pStyle w:val="TextTranslation"/>
        <w:ind w:firstLine="180"/>
        <w:rPr>
          <w:lang w:val="ru-RU"/>
        </w:rPr>
      </w:pPr>
      <w:r w:rsidRPr="00181B7C">
        <w:rPr>
          <w:lang w:val="ru-RU"/>
        </w:rPr>
        <w:t xml:space="preserve">Число "миллиард" относится к количеству стихов, </w:t>
      </w:r>
      <w:proofErr w:type="spellStart"/>
      <w:r w:rsidRPr="00181B7C">
        <w:rPr>
          <w:lang w:val="ru-RU"/>
        </w:rPr>
        <w:t>пребудущих</w:t>
      </w:r>
      <w:proofErr w:type="spellEnd"/>
      <w:r w:rsidRPr="00181B7C">
        <w:rPr>
          <w:lang w:val="ru-RU"/>
        </w:rPr>
        <w:t xml:space="preserve"> в обители Брахмы. Утверждение, подобное этому стиху из </w:t>
      </w:r>
      <w:proofErr w:type="spellStart"/>
      <w:r w:rsidRPr="00181B7C">
        <w:rPr>
          <w:i/>
          <w:lang w:val="ru-RU"/>
        </w:rPr>
        <w:t>Сканда</w:t>
      </w:r>
      <w:proofErr w:type="spellEnd"/>
      <w:r w:rsidRPr="00181B7C">
        <w:rPr>
          <w:lang w:val="ru-RU"/>
        </w:rPr>
        <w:t xml:space="preserve"> </w:t>
      </w:r>
      <w:proofErr w:type="spellStart"/>
      <w:r w:rsidRPr="00181B7C">
        <w:rPr>
          <w:i/>
          <w:lang w:val="ru-RU"/>
        </w:rPr>
        <w:t>Пураны</w:t>
      </w:r>
      <w:proofErr w:type="spellEnd"/>
      <w:r w:rsidRPr="00181B7C">
        <w:rPr>
          <w:lang w:val="ru-RU"/>
        </w:rPr>
        <w:t xml:space="preserve">, обнаруживается в Третьей Книге </w:t>
      </w:r>
      <w:proofErr w:type="spellStart"/>
      <w:r w:rsidRPr="00181B7C">
        <w:rPr>
          <w:i/>
          <w:lang w:val="ru-RU"/>
        </w:rPr>
        <w:t>Шримад</w:t>
      </w:r>
      <w:r w:rsidRPr="00181B7C">
        <w:rPr>
          <w:lang w:val="ru-RU"/>
        </w:rPr>
        <w:t>-</w:t>
      </w:r>
      <w:r w:rsidRPr="00181B7C">
        <w:rPr>
          <w:i/>
          <w:lang w:val="ru-RU"/>
        </w:rPr>
        <w:t>Бхагаватам</w:t>
      </w:r>
      <w:proofErr w:type="spellEnd"/>
      <w:r w:rsidRPr="00181B7C">
        <w:rPr>
          <w:lang w:val="ru-RU"/>
        </w:rPr>
        <w:t xml:space="preserve"> и звучит так: </w:t>
      </w:r>
    </w:p>
    <w:p w14:paraId="316B7CBF" w14:textId="77777777" w:rsidR="00D87B9D" w:rsidRPr="00181B7C" w:rsidRDefault="00D87B9D" w:rsidP="004E41B6">
      <w:pPr>
        <w:pStyle w:val="TextTranslation"/>
        <w:ind w:firstLine="180"/>
        <w:rPr>
          <w:lang w:val="ru-RU"/>
        </w:rPr>
      </w:pPr>
    </w:p>
    <w:p w14:paraId="039D80E3" w14:textId="77777777" w:rsidR="00DE04BD" w:rsidRPr="00DE04BD" w:rsidRDefault="00DE04BD" w:rsidP="00DE04BD">
      <w:pPr>
        <w:pStyle w:val="TextTranslation"/>
        <w:ind w:firstLine="180"/>
        <w:rPr>
          <w:i/>
          <w:lang w:val="ru-RU"/>
        </w:rPr>
      </w:pPr>
      <w:r w:rsidRPr="00DE04BD">
        <w:rPr>
          <w:i/>
          <w:lang w:val="ru-RU"/>
        </w:rPr>
        <w:t>риг-</w:t>
      </w:r>
      <w:proofErr w:type="spellStart"/>
      <w:r w:rsidRPr="00DE04BD">
        <w:rPr>
          <w:i/>
          <w:lang w:val="ru-RU"/>
        </w:rPr>
        <w:t>йаджух</w:t>
      </w:r>
      <w:proofErr w:type="spellEnd"/>
      <w:r w:rsidRPr="00DE04BD">
        <w:rPr>
          <w:i/>
          <w:lang w:val="ru-RU"/>
        </w:rPr>
        <w:t>-</w:t>
      </w:r>
      <w:proofErr w:type="spellStart"/>
      <w:r w:rsidRPr="00DE04BD">
        <w:rPr>
          <w:i/>
          <w:lang w:val="ru-RU"/>
        </w:rPr>
        <w:t>саматхарвакхйан</w:t>
      </w:r>
      <w:proofErr w:type="spellEnd"/>
    </w:p>
    <w:p w14:paraId="4C66323F" w14:textId="77777777" w:rsidR="00DE04BD" w:rsidRPr="00DE04BD" w:rsidRDefault="00DE04BD" w:rsidP="00DE04BD">
      <w:pPr>
        <w:pStyle w:val="TextTranslation"/>
        <w:ind w:firstLine="180"/>
        <w:rPr>
          <w:i/>
          <w:lang w:val="ru-RU"/>
        </w:rPr>
      </w:pPr>
      <w:r w:rsidRPr="00DE04BD">
        <w:rPr>
          <w:i/>
          <w:lang w:val="ru-RU"/>
        </w:rPr>
        <w:t xml:space="preserve">ведан </w:t>
      </w:r>
      <w:proofErr w:type="spellStart"/>
      <w:r w:rsidRPr="00DE04BD">
        <w:rPr>
          <w:i/>
          <w:lang w:val="ru-RU"/>
        </w:rPr>
        <w:t>пурвадибхир</w:t>
      </w:r>
      <w:proofErr w:type="spellEnd"/>
      <w:r w:rsidRPr="00DE04BD">
        <w:rPr>
          <w:i/>
          <w:lang w:val="ru-RU"/>
        </w:rPr>
        <w:t xml:space="preserve"> </w:t>
      </w:r>
      <w:proofErr w:type="spellStart"/>
      <w:r w:rsidRPr="00DE04BD">
        <w:rPr>
          <w:i/>
          <w:lang w:val="ru-RU"/>
        </w:rPr>
        <w:t>мукхаих</w:t>
      </w:r>
      <w:proofErr w:type="spellEnd"/>
    </w:p>
    <w:p w14:paraId="07A2740E" w14:textId="77777777" w:rsidR="00DE04BD" w:rsidRPr="00DE04BD" w:rsidRDefault="00DE04BD" w:rsidP="00DE04BD">
      <w:pPr>
        <w:pStyle w:val="TextTranslation"/>
        <w:ind w:firstLine="180"/>
        <w:rPr>
          <w:i/>
          <w:lang w:val="ru-RU"/>
        </w:rPr>
      </w:pPr>
      <w:proofErr w:type="spellStart"/>
      <w:r w:rsidRPr="00DE04BD">
        <w:rPr>
          <w:i/>
          <w:lang w:val="ru-RU"/>
        </w:rPr>
        <w:t>шастрам</w:t>
      </w:r>
      <w:proofErr w:type="spellEnd"/>
      <w:r w:rsidRPr="00DE04BD">
        <w:rPr>
          <w:i/>
          <w:lang w:val="ru-RU"/>
        </w:rPr>
        <w:t xml:space="preserve"> </w:t>
      </w:r>
      <w:proofErr w:type="spellStart"/>
      <w:r w:rsidRPr="00DE04BD">
        <w:rPr>
          <w:i/>
          <w:lang w:val="ru-RU"/>
        </w:rPr>
        <w:t>иджйам</w:t>
      </w:r>
      <w:proofErr w:type="spellEnd"/>
      <w:r w:rsidRPr="00DE04BD">
        <w:rPr>
          <w:i/>
          <w:lang w:val="ru-RU"/>
        </w:rPr>
        <w:t xml:space="preserve"> </w:t>
      </w:r>
      <w:proofErr w:type="spellStart"/>
      <w:r w:rsidRPr="00DE04BD">
        <w:rPr>
          <w:i/>
          <w:lang w:val="ru-RU"/>
        </w:rPr>
        <w:t>стути</w:t>
      </w:r>
      <w:proofErr w:type="spellEnd"/>
      <w:r w:rsidRPr="00DE04BD">
        <w:rPr>
          <w:i/>
          <w:lang w:val="ru-RU"/>
        </w:rPr>
        <w:t>-стомам</w:t>
      </w:r>
    </w:p>
    <w:p w14:paraId="7E4AF667" w14:textId="77777777" w:rsidR="00DE04BD" w:rsidRPr="00DE04BD" w:rsidRDefault="00DE04BD" w:rsidP="00DE04BD">
      <w:pPr>
        <w:pStyle w:val="TextTranslation"/>
        <w:ind w:firstLine="180"/>
        <w:rPr>
          <w:i/>
          <w:lang w:val="ru-RU"/>
        </w:rPr>
      </w:pPr>
      <w:proofErr w:type="spellStart"/>
      <w:r w:rsidRPr="00DE04BD">
        <w:rPr>
          <w:i/>
          <w:lang w:val="ru-RU"/>
        </w:rPr>
        <w:t>прайашчиттам</w:t>
      </w:r>
      <w:proofErr w:type="spellEnd"/>
      <w:r w:rsidRPr="00DE04BD">
        <w:rPr>
          <w:i/>
          <w:lang w:val="ru-RU"/>
        </w:rPr>
        <w:t xml:space="preserve"> </w:t>
      </w:r>
      <w:proofErr w:type="spellStart"/>
      <w:r w:rsidRPr="00DE04BD">
        <w:rPr>
          <w:i/>
          <w:lang w:val="ru-RU"/>
        </w:rPr>
        <w:t>вйадхат</w:t>
      </w:r>
      <w:proofErr w:type="spellEnd"/>
      <w:r w:rsidRPr="00DE04BD">
        <w:rPr>
          <w:i/>
          <w:lang w:val="ru-RU"/>
        </w:rPr>
        <w:t xml:space="preserve"> </w:t>
      </w:r>
      <w:proofErr w:type="spellStart"/>
      <w:r w:rsidRPr="00DE04BD">
        <w:rPr>
          <w:i/>
          <w:lang w:val="ru-RU"/>
        </w:rPr>
        <w:t>крамат</w:t>
      </w:r>
      <w:proofErr w:type="spellEnd"/>
    </w:p>
    <w:p w14:paraId="1CDBCBE6" w14:textId="77777777" w:rsidR="00D87B9D" w:rsidRDefault="00D87B9D" w:rsidP="004E41B6">
      <w:pPr>
        <w:pStyle w:val="TextTranslation"/>
        <w:ind w:firstLine="180"/>
        <w:rPr>
          <w:lang w:val="ru-RU"/>
        </w:rPr>
      </w:pPr>
    </w:p>
    <w:p w14:paraId="372A0169" w14:textId="77777777" w:rsidR="00DE04BD" w:rsidRPr="00181B7C" w:rsidRDefault="002B41BF" w:rsidP="004E41B6">
      <w:pPr>
        <w:pStyle w:val="TextTranslation"/>
        <w:ind w:firstLine="180"/>
        <w:rPr>
          <w:lang w:val="ru-RU"/>
        </w:rPr>
      </w:pPr>
      <w:r w:rsidRPr="00181B7C">
        <w:rPr>
          <w:lang w:val="ru-RU"/>
        </w:rPr>
        <w:t xml:space="preserve">"Начав от переднего лика Брахмы, по очереди изошли в мир четыре </w:t>
      </w:r>
      <w:r w:rsidRPr="00181B7C">
        <w:rPr>
          <w:rStyle w:val="TextTranslationItalic"/>
          <w:lang w:val="ru-RU"/>
        </w:rPr>
        <w:t>Веды</w:t>
      </w:r>
      <w:r w:rsidRPr="00181B7C">
        <w:rPr>
          <w:lang w:val="ru-RU"/>
        </w:rPr>
        <w:t xml:space="preserve">, затем пятая —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 и </w:t>
      </w:r>
      <w:proofErr w:type="spellStart"/>
      <w:r w:rsidRPr="00181B7C">
        <w:rPr>
          <w:rStyle w:val="TextTranslationItalic"/>
          <w:lang w:val="ru-RU"/>
        </w:rPr>
        <w:t>Итихасы</w:t>
      </w:r>
      <w:proofErr w:type="spellEnd"/>
      <w:r w:rsidRPr="00181B7C">
        <w:rPr>
          <w:lang w:val="ru-RU"/>
        </w:rPr>
        <w:t>". (</w:t>
      </w:r>
      <w:proofErr w:type="spellStart"/>
      <w:r w:rsidRPr="00181B7C">
        <w:rPr>
          <w:rStyle w:val="TextTranslationItalic"/>
          <w:lang w:val="ru-RU"/>
        </w:rPr>
        <w:t>Шримад</w:t>
      </w:r>
      <w:r w:rsidRPr="00181B7C">
        <w:rPr>
          <w:lang w:val="ru-RU"/>
        </w:rPr>
        <w:t>-</w:t>
      </w:r>
      <w:r w:rsidRPr="00181B7C">
        <w:rPr>
          <w:rStyle w:val="TextTranslationItalic"/>
          <w:lang w:val="ru-RU"/>
        </w:rPr>
        <w:t>Бхагаватам</w:t>
      </w:r>
      <w:proofErr w:type="spellEnd"/>
      <w:r w:rsidRPr="00181B7C">
        <w:rPr>
          <w:lang w:val="ru-RU"/>
        </w:rPr>
        <w:t xml:space="preserve"> 3.12.37). </w:t>
      </w:r>
    </w:p>
    <w:p w14:paraId="6184DE3A" w14:textId="77777777" w:rsidR="00DE04BD" w:rsidRPr="00181B7C" w:rsidRDefault="00DE04BD" w:rsidP="004E41B6">
      <w:pPr>
        <w:pStyle w:val="TextTranslation"/>
        <w:ind w:firstLine="180"/>
        <w:rPr>
          <w:lang w:val="ru-RU"/>
        </w:rPr>
      </w:pPr>
    </w:p>
    <w:p w14:paraId="414E430B" w14:textId="77777777" w:rsidR="00DE04BD" w:rsidRPr="00181B7C" w:rsidRDefault="002B41BF" w:rsidP="004E41B6">
      <w:pPr>
        <w:pStyle w:val="TextTranslation"/>
        <w:ind w:firstLine="180"/>
        <w:rPr>
          <w:lang w:val="ru-RU"/>
        </w:rPr>
      </w:pPr>
      <w:r w:rsidRPr="00181B7C">
        <w:rPr>
          <w:lang w:val="ru-RU"/>
        </w:rPr>
        <w:t>Следом говорится</w:t>
      </w:r>
      <w:r w:rsidR="00FD0B62" w:rsidRPr="00181B7C">
        <w:rPr>
          <w:lang w:val="ru-RU"/>
        </w:rPr>
        <w:t>:</w:t>
      </w:r>
      <w:r w:rsidRPr="00181B7C">
        <w:rPr>
          <w:lang w:val="ru-RU"/>
        </w:rPr>
        <w:t xml:space="preserve"> </w:t>
      </w:r>
    </w:p>
    <w:p w14:paraId="726ECD04" w14:textId="77777777" w:rsidR="00DE04BD" w:rsidRPr="00181B7C" w:rsidRDefault="00DE04BD" w:rsidP="004E41B6">
      <w:pPr>
        <w:pStyle w:val="TextTranslation"/>
        <w:ind w:firstLine="180"/>
        <w:rPr>
          <w:lang w:val="ru-RU"/>
        </w:rPr>
      </w:pPr>
    </w:p>
    <w:p w14:paraId="1FBC125C" w14:textId="77777777" w:rsidR="00DE04BD" w:rsidRPr="00181B7C" w:rsidRDefault="00DE04BD" w:rsidP="00DE04BD">
      <w:pPr>
        <w:pStyle w:val="TextTranslation"/>
        <w:ind w:firstLine="180"/>
        <w:rPr>
          <w:i/>
          <w:lang w:val="ru-RU"/>
        </w:rPr>
      </w:pPr>
      <w:proofErr w:type="spellStart"/>
      <w:r w:rsidRPr="00181B7C">
        <w:rPr>
          <w:i/>
          <w:lang w:val="ru-RU"/>
        </w:rPr>
        <w:t>итихаса-пуранами</w:t>
      </w:r>
      <w:proofErr w:type="spellEnd"/>
      <w:r w:rsidRPr="00181B7C">
        <w:rPr>
          <w:i/>
          <w:lang w:val="ru-RU"/>
        </w:rPr>
        <w:t xml:space="preserve"> </w:t>
      </w:r>
      <w:proofErr w:type="spellStart"/>
      <w:r w:rsidRPr="00181B7C">
        <w:rPr>
          <w:i/>
          <w:lang w:val="ru-RU"/>
        </w:rPr>
        <w:t>паньчамам</w:t>
      </w:r>
      <w:proofErr w:type="spellEnd"/>
      <w:r w:rsidRPr="00181B7C">
        <w:rPr>
          <w:i/>
          <w:lang w:val="ru-RU"/>
        </w:rPr>
        <w:t xml:space="preserve"> ведам </w:t>
      </w:r>
      <w:proofErr w:type="spellStart"/>
      <w:r w:rsidRPr="00181B7C">
        <w:rPr>
          <w:i/>
          <w:lang w:val="ru-RU"/>
        </w:rPr>
        <w:t>ишварах</w:t>
      </w:r>
      <w:proofErr w:type="spellEnd"/>
    </w:p>
    <w:p w14:paraId="0D19094C" w14:textId="77777777" w:rsidR="00DE04BD" w:rsidRPr="00181B7C" w:rsidRDefault="00DE04BD" w:rsidP="00DE04BD">
      <w:pPr>
        <w:pStyle w:val="TextTranslation"/>
        <w:ind w:firstLine="180"/>
        <w:rPr>
          <w:i/>
          <w:lang w:val="ru-RU"/>
        </w:rPr>
      </w:pPr>
      <w:proofErr w:type="spellStart"/>
      <w:r w:rsidRPr="00181B7C">
        <w:rPr>
          <w:i/>
          <w:lang w:val="ru-RU"/>
        </w:rPr>
        <w:t>сарвебхйа</w:t>
      </w:r>
      <w:proofErr w:type="spellEnd"/>
      <w:r w:rsidRPr="00181B7C">
        <w:rPr>
          <w:i/>
          <w:lang w:val="ru-RU"/>
        </w:rPr>
        <w:t xml:space="preserve"> эва </w:t>
      </w:r>
      <w:proofErr w:type="spellStart"/>
      <w:r w:rsidRPr="00181B7C">
        <w:rPr>
          <w:i/>
          <w:lang w:val="ru-RU"/>
        </w:rPr>
        <w:t>вактребхйах</w:t>
      </w:r>
      <w:proofErr w:type="spellEnd"/>
      <w:r w:rsidRPr="00181B7C">
        <w:rPr>
          <w:i/>
          <w:lang w:val="ru-RU"/>
        </w:rPr>
        <w:t xml:space="preserve"> </w:t>
      </w:r>
      <w:proofErr w:type="spellStart"/>
      <w:r w:rsidRPr="00181B7C">
        <w:rPr>
          <w:i/>
          <w:lang w:val="ru-RU"/>
        </w:rPr>
        <w:t>сасридже</w:t>
      </w:r>
      <w:proofErr w:type="spellEnd"/>
      <w:r w:rsidRPr="00181B7C">
        <w:rPr>
          <w:i/>
          <w:lang w:val="ru-RU"/>
        </w:rPr>
        <w:t xml:space="preserve"> </w:t>
      </w:r>
      <w:proofErr w:type="spellStart"/>
      <w:r w:rsidRPr="00181B7C">
        <w:rPr>
          <w:i/>
          <w:lang w:val="ru-RU"/>
        </w:rPr>
        <w:t>сарва-даршанах</w:t>
      </w:r>
      <w:proofErr w:type="spellEnd"/>
    </w:p>
    <w:p w14:paraId="14867317" w14:textId="77777777" w:rsidR="00DE04BD" w:rsidRPr="00181B7C" w:rsidRDefault="00DE04BD" w:rsidP="004E41B6">
      <w:pPr>
        <w:pStyle w:val="TextTranslation"/>
        <w:ind w:firstLine="180"/>
        <w:rPr>
          <w:lang w:val="ru-RU"/>
        </w:rPr>
      </w:pPr>
    </w:p>
    <w:p w14:paraId="04FA01F7" w14:textId="77777777" w:rsidR="00DE04BD" w:rsidRPr="00181B7C" w:rsidRDefault="00DE04BD" w:rsidP="004E41B6">
      <w:pPr>
        <w:pStyle w:val="TextTranslation"/>
        <w:ind w:firstLine="180"/>
        <w:rPr>
          <w:lang w:val="ru-RU"/>
        </w:rPr>
      </w:pPr>
    </w:p>
    <w:p w14:paraId="062A1496" w14:textId="77777777" w:rsidR="00DE04BD" w:rsidRPr="00181B7C" w:rsidRDefault="00DE04BD" w:rsidP="004E41B6">
      <w:pPr>
        <w:pStyle w:val="TextTranslation"/>
        <w:ind w:firstLine="180"/>
        <w:rPr>
          <w:lang w:val="ru-RU"/>
        </w:rPr>
      </w:pPr>
      <w:r w:rsidRPr="00181B7C">
        <w:rPr>
          <w:lang w:val="ru-RU"/>
        </w:rPr>
        <w:t xml:space="preserve">"Брахма произвел на свет пятую </w:t>
      </w:r>
      <w:r w:rsidRPr="00181B7C">
        <w:rPr>
          <w:rStyle w:val="TextTranslationItalic"/>
          <w:lang w:val="ru-RU"/>
        </w:rPr>
        <w:t>Веду</w:t>
      </w:r>
      <w:r w:rsidRPr="00181B7C">
        <w:rPr>
          <w:lang w:val="ru-RU"/>
        </w:rPr>
        <w:t xml:space="preserve"> —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 и </w:t>
      </w:r>
      <w:proofErr w:type="spellStart"/>
      <w:r w:rsidRPr="00181B7C">
        <w:rPr>
          <w:rStyle w:val="TextTranslationItalic"/>
          <w:lang w:val="ru-RU"/>
        </w:rPr>
        <w:t>Итихасы</w:t>
      </w:r>
      <w:proofErr w:type="spellEnd"/>
      <w:r w:rsidRPr="00181B7C">
        <w:rPr>
          <w:lang w:val="ru-RU"/>
        </w:rPr>
        <w:t xml:space="preserve"> изо всех уст его, ибо умеет видеть прошлое, настоящее и будущее"</w:t>
      </w:r>
      <w:r w:rsidR="00181B7C" w:rsidRPr="00181B7C">
        <w:rPr>
          <w:lang w:val="ru-RU"/>
        </w:rPr>
        <w:t>.</w:t>
      </w:r>
      <w:r w:rsidRPr="00181B7C">
        <w:rPr>
          <w:lang w:val="ru-RU"/>
        </w:rPr>
        <w:t xml:space="preserve"> (</w:t>
      </w:r>
      <w:proofErr w:type="spellStart"/>
      <w:r w:rsidRPr="00181B7C">
        <w:rPr>
          <w:i/>
          <w:lang w:val="ru-RU"/>
        </w:rPr>
        <w:t>Шримад</w:t>
      </w:r>
      <w:r w:rsidRPr="00181B7C">
        <w:rPr>
          <w:lang w:val="ru-RU"/>
        </w:rPr>
        <w:t>-</w:t>
      </w:r>
      <w:r w:rsidRPr="00181B7C">
        <w:rPr>
          <w:i/>
          <w:lang w:val="ru-RU"/>
        </w:rPr>
        <w:t>Бхагаватам</w:t>
      </w:r>
      <w:proofErr w:type="spellEnd"/>
      <w:r w:rsidRPr="00181B7C">
        <w:rPr>
          <w:lang w:val="ru-RU"/>
        </w:rPr>
        <w:t xml:space="preserve"> 3.12.39). </w:t>
      </w:r>
    </w:p>
    <w:p w14:paraId="17646648" w14:textId="77777777" w:rsidR="00DE04BD" w:rsidRPr="00181B7C" w:rsidRDefault="00DE04BD" w:rsidP="004E41B6">
      <w:pPr>
        <w:pStyle w:val="TextTranslation"/>
        <w:ind w:firstLine="180"/>
        <w:rPr>
          <w:lang w:val="ru-RU"/>
        </w:rPr>
      </w:pPr>
    </w:p>
    <w:p w14:paraId="01B49CF2" w14:textId="77777777" w:rsidR="00FD0B62" w:rsidRPr="00181B7C" w:rsidRDefault="002B41BF" w:rsidP="004E41B6">
      <w:pPr>
        <w:pStyle w:val="TextTranslation"/>
        <w:ind w:firstLine="180"/>
        <w:rPr>
          <w:lang w:val="ru-RU"/>
        </w:rPr>
      </w:pPr>
      <w:r w:rsidRPr="00181B7C">
        <w:rPr>
          <w:rStyle w:val="TextTranslationItalic"/>
          <w:lang w:val="ru-RU"/>
        </w:rPr>
        <w:t>Веда</w:t>
      </w:r>
      <w:r w:rsidRPr="00181B7C">
        <w:rPr>
          <w:lang w:val="ru-RU"/>
        </w:rPr>
        <w:t xml:space="preserve"> здесь означает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 и </w:t>
      </w:r>
      <w:proofErr w:type="spellStart"/>
      <w:r w:rsidRPr="00181B7C">
        <w:rPr>
          <w:rStyle w:val="TextTranslationItalic"/>
          <w:lang w:val="ru-RU"/>
        </w:rPr>
        <w:t>Итихасы</w:t>
      </w:r>
      <w:proofErr w:type="spellEnd"/>
      <w:r w:rsidRPr="00181B7C">
        <w:rPr>
          <w:lang w:val="ru-RU"/>
        </w:rPr>
        <w:t>.</w:t>
      </w:r>
    </w:p>
    <w:p w14:paraId="08F599A7" w14:textId="77777777" w:rsidR="008D01A8" w:rsidRPr="00181B7C" w:rsidRDefault="008D01A8" w:rsidP="004E41B6">
      <w:pPr>
        <w:pStyle w:val="TextTranslation"/>
        <w:ind w:firstLine="180"/>
        <w:rPr>
          <w:highlight w:val="yellow"/>
          <w:lang w:val="ru-RU"/>
        </w:rPr>
      </w:pPr>
    </w:p>
    <w:p w14:paraId="511455D0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Утверждения о том, что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="00FD0B62" w:rsidRPr="00DA0238">
        <w:rPr>
          <w:lang w:val="ru-RU"/>
        </w:rPr>
        <w:t xml:space="preserve"> — </w:t>
      </w:r>
      <w:r w:rsidRPr="00DA0238">
        <w:rPr>
          <w:lang w:val="ru-RU"/>
        </w:rPr>
        <w:t xml:space="preserve">суть пятая </w:t>
      </w:r>
      <w:r w:rsidRPr="00DA0238">
        <w:rPr>
          <w:rStyle w:val="TextTranslationItalic"/>
          <w:lang w:val="ru-RU"/>
        </w:rPr>
        <w:t>Веда</w:t>
      </w:r>
      <w:r w:rsidR="00FD0B62" w:rsidRPr="00DA0238">
        <w:rPr>
          <w:lang w:val="ru-RU"/>
        </w:rPr>
        <w:t xml:space="preserve"> — </w:t>
      </w:r>
      <w:r w:rsidRPr="00DA0238">
        <w:rPr>
          <w:lang w:val="ru-RU"/>
        </w:rPr>
        <w:t>встреча</w:t>
      </w:r>
      <w:r w:rsidR="008D01A8" w:rsidRPr="00DA0238">
        <w:rPr>
          <w:lang w:val="ru-RU"/>
        </w:rPr>
        <w:t>ю</w:t>
      </w:r>
      <w:r w:rsidRPr="00DA0238">
        <w:rPr>
          <w:lang w:val="ru-RU"/>
        </w:rPr>
        <w:t xml:space="preserve">тся и в других местах священного Слова. "Притчи и Былины именуются пятой </w:t>
      </w:r>
      <w:r w:rsidRPr="00DA0238">
        <w:rPr>
          <w:rStyle w:val="TextTranslationItalic"/>
          <w:lang w:val="ru-RU"/>
        </w:rPr>
        <w:t>Ведой</w:t>
      </w:r>
      <w:r w:rsidR="00FD0B62" w:rsidRPr="00DA0238">
        <w:rPr>
          <w:lang w:val="ru-RU"/>
        </w:rPr>
        <w:t>"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1.4.20). "Он поучал </w:t>
      </w:r>
      <w:r w:rsidRPr="00DA0238">
        <w:rPr>
          <w:rStyle w:val="TextTranslationItalic"/>
          <w:lang w:val="ru-RU"/>
        </w:rPr>
        <w:t>Ведам</w:t>
      </w:r>
      <w:r w:rsidRPr="00DA0238">
        <w:rPr>
          <w:lang w:val="ru-RU"/>
        </w:rPr>
        <w:t xml:space="preserve"> вместе с пятой из них, </w:t>
      </w:r>
      <w:r w:rsidRPr="00DA0238">
        <w:rPr>
          <w:rStyle w:val="TextTranslationItalic"/>
          <w:lang w:val="ru-RU"/>
        </w:rPr>
        <w:t>Махабхарате</w:t>
      </w:r>
      <w:r w:rsidR="00FD0B62" w:rsidRPr="00DA0238">
        <w:rPr>
          <w:lang w:val="ru-RU"/>
        </w:rPr>
        <w:t>"</w:t>
      </w:r>
      <w:r w:rsidRPr="00DA0238">
        <w:rPr>
          <w:lang w:val="ru-RU"/>
        </w:rPr>
        <w:t xml:space="preserve"> (</w:t>
      </w:r>
      <w:r w:rsidRPr="00DA0238">
        <w:rPr>
          <w:rStyle w:val="TextTranslationItalic"/>
          <w:lang w:val="ru-RU"/>
        </w:rPr>
        <w:t>Махабхарата</w:t>
      </w:r>
      <w:r w:rsidRPr="00DA0238">
        <w:rPr>
          <w:lang w:val="ru-RU"/>
        </w:rPr>
        <w:t xml:space="preserve">, </w:t>
      </w:r>
      <w:r w:rsidRPr="00DA0238">
        <w:rPr>
          <w:rStyle w:val="TextTranslationItalic"/>
          <w:lang w:val="ru-RU"/>
        </w:rPr>
        <w:t>Мокша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дхарма</w:t>
      </w:r>
      <w:r w:rsidRPr="00DA0238">
        <w:rPr>
          <w:lang w:val="ru-RU"/>
        </w:rPr>
        <w:t xml:space="preserve"> 340.21).</w:t>
      </w:r>
    </w:p>
    <w:p w14:paraId="142CFB9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CBCEE7B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Не будь </w:t>
      </w:r>
      <w:proofErr w:type="spellStart"/>
      <w:r w:rsidRPr="00DA0238">
        <w:rPr>
          <w:rStyle w:val="TextTranslationItalic"/>
          <w:lang w:val="ru-RU"/>
        </w:rPr>
        <w:t>Итихасы</w:t>
      </w:r>
      <w:proofErr w:type="spellEnd"/>
      <w:r w:rsidRPr="00DA0238">
        <w:rPr>
          <w:lang w:val="ru-RU"/>
        </w:rPr>
        <w:t xml:space="preserve"> с </w:t>
      </w:r>
      <w:proofErr w:type="spellStart"/>
      <w:r w:rsidRPr="00DA0238">
        <w:rPr>
          <w:rStyle w:val="TextTranslationItalic"/>
          <w:lang w:val="ru-RU"/>
        </w:rPr>
        <w:t>Пуранами</w:t>
      </w:r>
      <w:proofErr w:type="spell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Ведою</w:t>
      </w:r>
      <w:r w:rsidRPr="00DA0238">
        <w:rPr>
          <w:lang w:val="ru-RU"/>
        </w:rPr>
        <w:t xml:space="preserve">, они не обозначались бы как Пятая из </w:t>
      </w:r>
      <w:r w:rsidRPr="00DA0238">
        <w:rPr>
          <w:rStyle w:val="TextTranslationItalic"/>
          <w:lang w:val="ru-RU"/>
        </w:rPr>
        <w:t>Вед,</w:t>
      </w:r>
      <w:r w:rsidRPr="00DA0238">
        <w:rPr>
          <w:lang w:val="ru-RU"/>
        </w:rPr>
        <w:t xml:space="preserve"> ибо счет ведется </w:t>
      </w:r>
      <w:proofErr w:type="spellStart"/>
      <w:r w:rsidRPr="00DA0238">
        <w:rPr>
          <w:lang w:val="ru-RU"/>
        </w:rPr>
        <w:t>рядоположенным</w:t>
      </w:r>
      <w:proofErr w:type="spellEnd"/>
      <w:r w:rsidRPr="00DA0238">
        <w:rPr>
          <w:lang w:val="ru-RU"/>
        </w:rPr>
        <w:t xml:space="preserve"> вещам.</w:t>
      </w:r>
    </w:p>
    <w:p w14:paraId="1715AC9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58BEB4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Кроме того</w:t>
      </w:r>
      <w:r w:rsidR="00FD0B62" w:rsidRPr="00DA0238">
        <w:rPr>
          <w:lang w:val="ru-RU"/>
        </w:rPr>
        <w:t>,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Бхавишья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гласит: "</w:t>
      </w:r>
      <w:r w:rsidRPr="00DA0238">
        <w:rPr>
          <w:rStyle w:val="TextTranslationItalic"/>
          <w:lang w:val="ru-RU"/>
        </w:rPr>
        <w:t>Веда</w:t>
      </w:r>
      <w:r w:rsidRPr="00DA0238">
        <w:rPr>
          <w:lang w:val="ru-RU"/>
        </w:rPr>
        <w:t>, писаная Кришной (</w:t>
      </w:r>
      <w:proofErr w:type="spellStart"/>
      <w:r w:rsidRPr="00DA0238">
        <w:rPr>
          <w:lang w:val="ru-RU"/>
        </w:rPr>
        <w:t>Двайпаяной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lang w:val="ru-RU"/>
        </w:rPr>
        <w:t>Вьясой</w:t>
      </w:r>
      <w:proofErr w:type="spellEnd"/>
      <w:r w:rsidRPr="00DA0238">
        <w:rPr>
          <w:lang w:val="ru-RU"/>
        </w:rPr>
        <w:t xml:space="preserve">), есть пятая </w:t>
      </w:r>
      <w:r w:rsidRPr="00DA0238">
        <w:rPr>
          <w:rStyle w:val="TextTranslationItalic"/>
          <w:lang w:val="ru-RU"/>
        </w:rPr>
        <w:t>Веда</w:t>
      </w:r>
      <w:r w:rsidR="00FD0B62" w:rsidRPr="00DA0238">
        <w:rPr>
          <w:rStyle w:val="TextTranslationItalic"/>
          <w:i w:val="0"/>
          <w:lang w:val="ru-RU"/>
        </w:rPr>
        <w:t>,</w:t>
      </w:r>
      <w:r w:rsidRPr="00DA0238">
        <w:rPr>
          <w:lang w:val="ru-RU"/>
        </w:rPr>
        <w:t xml:space="preserve"> и именована она </w:t>
      </w:r>
      <w:r w:rsidRPr="00DA0238">
        <w:rPr>
          <w:rStyle w:val="TextTranslationItalic"/>
          <w:lang w:val="ru-RU"/>
        </w:rPr>
        <w:t>Махабхаратою</w:t>
      </w:r>
      <w:r w:rsidRPr="00DA0238">
        <w:rPr>
          <w:lang w:val="ru-RU"/>
        </w:rPr>
        <w:t xml:space="preserve">". В </w:t>
      </w:r>
      <w:proofErr w:type="spellStart"/>
      <w:r w:rsidRPr="00DA0238">
        <w:rPr>
          <w:rStyle w:val="TextTranslationItalic"/>
          <w:lang w:val="ru-RU"/>
        </w:rPr>
        <w:t>Чхандо</w:t>
      </w:r>
      <w:r w:rsidR="00FD0B62" w:rsidRPr="00DA0238">
        <w:rPr>
          <w:rStyle w:val="TextTranslationItalic"/>
          <w:lang w:val="ru-RU"/>
        </w:rPr>
        <w:t>г</w:t>
      </w:r>
      <w:r w:rsidRPr="00DA0238">
        <w:rPr>
          <w:rStyle w:val="TextTranslationItalic"/>
          <w:lang w:val="ru-RU"/>
        </w:rPr>
        <w:t>ья</w:t>
      </w:r>
      <w:proofErr w:type="spell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Упанишаде</w:t>
      </w:r>
      <w:r w:rsidRPr="00DA0238">
        <w:rPr>
          <w:lang w:val="ru-RU"/>
        </w:rPr>
        <w:t xml:space="preserve">, относящейся к разделу </w:t>
      </w:r>
      <w:proofErr w:type="spellStart"/>
      <w:r w:rsidRPr="00DA0238">
        <w:rPr>
          <w:rStyle w:val="TextTranslationItalic"/>
          <w:lang w:val="ru-RU"/>
        </w:rPr>
        <w:t>Каутхумлья</w:t>
      </w:r>
      <w:proofErr w:type="spell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Сама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Веды</w:t>
      </w:r>
      <w:r w:rsidR="00176AAA" w:rsidRPr="00DA0238">
        <w:rPr>
          <w:rStyle w:val="TextTranslationItalic"/>
          <w:i w:val="0"/>
          <w:lang w:val="ru-RU"/>
        </w:rPr>
        <w:t>,</w:t>
      </w:r>
      <w:r w:rsidRPr="00DA0238">
        <w:rPr>
          <w:lang w:val="ru-RU"/>
        </w:rPr>
        <w:t xml:space="preserve"> есть такие слова: </w:t>
      </w:r>
      <w:r w:rsidR="00CB7D2A">
        <w:rPr>
          <w:lang w:val="ru-RU"/>
        </w:rPr>
        <w:t>"</w:t>
      </w:r>
      <w:r w:rsidRPr="00DA0238">
        <w:rPr>
          <w:lang w:val="ru-RU"/>
        </w:rPr>
        <w:t xml:space="preserve">О </w:t>
      </w:r>
      <w:r w:rsidR="00FD0B62" w:rsidRPr="00DA0238">
        <w:rPr>
          <w:lang w:val="ru-RU"/>
        </w:rPr>
        <w:t>почтенный</w:t>
      </w:r>
      <w:r w:rsidRPr="00DA0238">
        <w:rPr>
          <w:lang w:val="ru-RU"/>
        </w:rPr>
        <w:t xml:space="preserve">, я изучил </w:t>
      </w:r>
      <w:r w:rsidRPr="00DA0238">
        <w:rPr>
          <w:rStyle w:val="TextTranslationItalic"/>
          <w:lang w:val="ru-RU"/>
        </w:rPr>
        <w:t>Риг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Яджур</w:t>
      </w:r>
      <w:proofErr w:type="spell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, </w:t>
      </w:r>
      <w:r w:rsidRPr="00DA0238">
        <w:rPr>
          <w:rStyle w:val="TextTranslationItalic"/>
          <w:lang w:val="ru-RU"/>
        </w:rPr>
        <w:t>Сама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>, четвертую (</w:t>
      </w:r>
      <w:proofErr w:type="spellStart"/>
      <w:r w:rsidRPr="00DA0238">
        <w:rPr>
          <w:rStyle w:val="TextTranslationItalic"/>
          <w:lang w:val="ru-RU"/>
        </w:rPr>
        <w:t>Атхарва</w:t>
      </w:r>
      <w:proofErr w:type="spellEnd"/>
      <w:r w:rsidRPr="00DA0238">
        <w:rPr>
          <w:lang w:val="ru-RU"/>
        </w:rPr>
        <w:t xml:space="preserve">)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с </w:t>
      </w:r>
      <w:proofErr w:type="spellStart"/>
      <w:r w:rsidRPr="00DA0238">
        <w:rPr>
          <w:rStyle w:val="TextTranslationItalic"/>
          <w:lang w:val="ru-RU"/>
        </w:rPr>
        <w:t>Итихасами</w:t>
      </w:r>
      <w:proofErr w:type="spellEnd"/>
      <w:r w:rsidRPr="00DA0238">
        <w:rPr>
          <w:lang w:val="ru-RU"/>
        </w:rPr>
        <w:t xml:space="preserve">, кои суть </w:t>
      </w:r>
      <w:r w:rsidRPr="00DA0238">
        <w:rPr>
          <w:rStyle w:val="TextTranslationItalic"/>
          <w:lang w:val="ru-RU"/>
        </w:rPr>
        <w:t>Веда</w:t>
      </w:r>
      <w:r w:rsidRPr="00DA0238">
        <w:rPr>
          <w:lang w:val="ru-RU"/>
        </w:rPr>
        <w:t xml:space="preserve"> пятая". </w:t>
      </w:r>
      <w:r w:rsidR="00CB7D2A">
        <w:rPr>
          <w:lang w:val="ru-RU"/>
        </w:rPr>
        <w:t>П</w:t>
      </w:r>
      <w:r w:rsidRPr="00DA0238">
        <w:rPr>
          <w:lang w:val="ru-RU"/>
        </w:rPr>
        <w:t>одобных тому утверждений множество.</w:t>
      </w:r>
    </w:p>
    <w:p w14:paraId="53CD363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2A5C3C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Этим развеиваются сомнени</w:t>
      </w:r>
      <w:r w:rsidR="00056F78" w:rsidRPr="00DA0238">
        <w:rPr>
          <w:lang w:val="ru-RU"/>
        </w:rPr>
        <w:t>я</w:t>
      </w:r>
      <w:r w:rsidRPr="00DA0238">
        <w:rPr>
          <w:lang w:val="ru-RU"/>
        </w:rPr>
        <w:t xml:space="preserve"> в авторитетности </w:t>
      </w:r>
      <w:proofErr w:type="spellStart"/>
      <w:r w:rsidRPr="00DA0238">
        <w:rPr>
          <w:rStyle w:val="TextTranslationItalic"/>
          <w:lang w:val="ru-RU"/>
        </w:rPr>
        <w:t>Итихас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 xml:space="preserve">, упомянутых в </w:t>
      </w:r>
      <w:proofErr w:type="spellStart"/>
      <w:r w:rsidRPr="00DA0238">
        <w:rPr>
          <w:rStyle w:val="TextTranslationItalic"/>
          <w:lang w:val="ru-RU"/>
        </w:rPr>
        <w:t>Брихад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араньяке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Упанишаде</w:t>
      </w:r>
      <w:r w:rsidRPr="00DA0238">
        <w:rPr>
          <w:lang w:val="ru-RU"/>
        </w:rPr>
        <w:t>, – тех, о коих сказано, что они суть "дыхание Высшего Существа" и н</w:t>
      </w:r>
      <w:r w:rsidR="00FD0B62" w:rsidRPr="00DA0238">
        <w:rPr>
          <w:lang w:val="ru-RU"/>
        </w:rPr>
        <w:t xml:space="preserve">е </w:t>
      </w:r>
      <w:r w:rsidRPr="00DA0238">
        <w:rPr>
          <w:lang w:val="ru-RU"/>
        </w:rPr>
        <w:t>что иное</w:t>
      </w:r>
      <w:r w:rsidR="00FD0B62" w:rsidRPr="00DA0238">
        <w:rPr>
          <w:lang w:val="ru-RU"/>
        </w:rPr>
        <w:t>,</w:t>
      </w:r>
      <w:r w:rsidRPr="00DA0238">
        <w:rPr>
          <w:lang w:val="ru-RU"/>
        </w:rPr>
        <w:t xml:space="preserve"> как обособленная часть четырех </w:t>
      </w:r>
      <w:r w:rsidRPr="00DA0238">
        <w:rPr>
          <w:rStyle w:val="TextTranslationItalic"/>
          <w:lang w:val="ru-RU"/>
        </w:rPr>
        <w:t>Вед</w:t>
      </w:r>
      <w:r w:rsidRPr="00DA0238">
        <w:rPr>
          <w:lang w:val="ru-RU"/>
        </w:rPr>
        <w:t xml:space="preserve">. На это указывает и стих, начинающийся со слов "Первой изошла </w:t>
      </w:r>
      <w:r w:rsidRPr="00DA0238">
        <w:rPr>
          <w:rStyle w:val="TextTranslationItalic"/>
          <w:lang w:val="ru-RU"/>
        </w:rPr>
        <w:t>Брахма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="00FD0B62" w:rsidRPr="00DA0238">
        <w:rPr>
          <w:lang w:val="ru-RU"/>
        </w:rPr>
        <w:t>..."</w:t>
      </w:r>
    </w:p>
    <w:p w14:paraId="2C53B2E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203486D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 xml:space="preserve"> 14</w:t>
      </w:r>
    </w:p>
    <w:p w14:paraId="72FE356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D54301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Ниже приводятся слов</w:t>
      </w:r>
      <w:r w:rsidR="00121AA9" w:rsidRPr="00DA0238">
        <w:rPr>
          <w:lang w:val="ru-RU"/>
        </w:rPr>
        <w:t>а</w:t>
      </w:r>
      <w:r w:rsidRPr="00DA0238">
        <w:rPr>
          <w:lang w:val="ru-RU"/>
        </w:rPr>
        <w:t xml:space="preserve"> ученого </w:t>
      </w:r>
      <w:proofErr w:type="spellStart"/>
      <w:r w:rsidRPr="00DA0238">
        <w:rPr>
          <w:lang w:val="ru-RU"/>
        </w:rPr>
        <w:t>Суты</w:t>
      </w:r>
      <w:proofErr w:type="spellEnd"/>
      <w:r w:rsidRPr="00DA0238">
        <w:rPr>
          <w:lang w:val="ru-RU"/>
        </w:rPr>
        <w:t xml:space="preserve"> из </w:t>
      </w:r>
      <w:r w:rsidRPr="00DA0238">
        <w:rPr>
          <w:rStyle w:val="TextTranslationItalic"/>
          <w:lang w:val="ru-RU"/>
        </w:rPr>
        <w:t>Вайю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(60.16-18, 21-22)</w:t>
      </w:r>
      <w:r w:rsidR="00FD0B62" w:rsidRPr="00DA0238">
        <w:rPr>
          <w:lang w:val="ru-RU"/>
        </w:rPr>
        <w:t>,</w:t>
      </w:r>
      <w:r w:rsidRPr="00DA0238">
        <w:rPr>
          <w:lang w:val="ru-RU"/>
        </w:rPr>
        <w:t xml:space="preserve"> сказанные им в </w:t>
      </w:r>
      <w:r w:rsidR="00FD0B62" w:rsidRPr="00DA0238">
        <w:rPr>
          <w:lang w:val="ru-RU"/>
        </w:rPr>
        <w:t>подтверждение</w:t>
      </w:r>
      <w:r w:rsidRPr="00DA0238">
        <w:rPr>
          <w:lang w:val="ru-RU"/>
        </w:rPr>
        <w:t xml:space="preserve"> того, что </w:t>
      </w:r>
      <w:proofErr w:type="spellStart"/>
      <w:r w:rsidRPr="00DA0238">
        <w:rPr>
          <w:rStyle w:val="TextTranslationItalic"/>
          <w:lang w:val="ru-RU"/>
        </w:rPr>
        <w:t>Итихасы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являются Пятой </w:t>
      </w:r>
      <w:r w:rsidRPr="00DA0238">
        <w:rPr>
          <w:i/>
          <w:lang w:val="ru-RU"/>
        </w:rPr>
        <w:t>Ведой</w:t>
      </w:r>
      <w:r w:rsidRPr="00DA0238">
        <w:rPr>
          <w:lang w:val="ru-RU"/>
        </w:rPr>
        <w:t>:</w:t>
      </w:r>
    </w:p>
    <w:p w14:paraId="41C5197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16E34BB" w14:textId="77777777" w:rsidR="003B67ED" w:rsidRPr="00181B7C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"Владыка (Вьяса) избрал меня глашатаем </w:t>
      </w:r>
      <w:proofErr w:type="spellStart"/>
      <w:r>
        <w:rPr>
          <w:rStyle w:val="TextTranslationItalic"/>
          <w:lang w:val="ru-RU"/>
        </w:rPr>
        <w:t>Итихас</w:t>
      </w:r>
      <w:proofErr w:type="spellEnd"/>
      <w:r>
        <w:rPr>
          <w:lang w:val="ru-RU"/>
        </w:rPr>
        <w:t xml:space="preserve"> и </w:t>
      </w:r>
      <w:proofErr w:type="spellStart"/>
      <w:r>
        <w:rPr>
          <w:rStyle w:val="TextTranslationItalic"/>
          <w:lang w:val="ru-RU"/>
        </w:rPr>
        <w:t>Пуран</w:t>
      </w:r>
      <w:proofErr w:type="spellEnd"/>
      <w:r>
        <w:rPr>
          <w:lang w:val="ru-RU"/>
        </w:rPr>
        <w:t xml:space="preserve">. Изначально была одна </w:t>
      </w:r>
      <w:r>
        <w:rPr>
          <w:rStyle w:val="TextTranslationItalic"/>
          <w:lang w:val="ru-RU"/>
        </w:rPr>
        <w:t>Веда</w:t>
      </w:r>
      <w:r>
        <w:rPr>
          <w:lang w:val="ru-RU"/>
        </w:rPr>
        <w:t xml:space="preserve"> именем </w:t>
      </w:r>
      <w:proofErr w:type="spellStart"/>
      <w:r>
        <w:rPr>
          <w:rStyle w:val="TextTranslationItalic"/>
          <w:lang w:val="ru-RU"/>
        </w:rPr>
        <w:t>Яджур</w:t>
      </w:r>
      <w:proofErr w:type="spellEnd"/>
      <w:r>
        <w:rPr>
          <w:lang w:val="ru-RU"/>
        </w:rPr>
        <w:t xml:space="preserve"> </w:t>
      </w:r>
      <w:r>
        <w:rPr>
          <w:rStyle w:val="TextTranslationItalic"/>
          <w:lang w:val="ru-RU"/>
        </w:rPr>
        <w:t>Веда</w:t>
      </w:r>
      <w:r>
        <w:rPr>
          <w:lang w:val="ru-RU"/>
        </w:rPr>
        <w:t xml:space="preserve">. Вьяса поделил ее на четыре. В них приводятся обряды для четырех жрецов. На их основании строится всякое жертвоприношение. Жрецов </w:t>
      </w:r>
      <w:proofErr w:type="spellStart"/>
      <w:r>
        <w:rPr>
          <w:rStyle w:val="TextTranslationItalic"/>
          <w:lang w:val="ru-RU"/>
        </w:rPr>
        <w:t>адхварьев</w:t>
      </w:r>
      <w:proofErr w:type="spellEnd"/>
      <w:r>
        <w:rPr>
          <w:lang w:val="ru-RU"/>
        </w:rPr>
        <w:t xml:space="preserve"> он снабдил </w:t>
      </w:r>
      <w:proofErr w:type="spellStart"/>
      <w:r>
        <w:rPr>
          <w:rStyle w:val="TextTranslationItalic"/>
          <w:lang w:val="ru-RU"/>
        </w:rPr>
        <w:t>яджур</w:t>
      </w:r>
      <w:proofErr w:type="spellEnd"/>
      <w:r>
        <w:rPr>
          <w:lang w:val="ru-RU"/>
        </w:rPr>
        <w:t>-</w:t>
      </w:r>
      <w:r>
        <w:rPr>
          <w:rStyle w:val="TextTranslationItalic"/>
          <w:lang w:val="ru-RU"/>
        </w:rPr>
        <w:t>мантрами</w:t>
      </w:r>
      <w:r>
        <w:rPr>
          <w:lang w:val="ru-RU"/>
        </w:rPr>
        <w:t xml:space="preserve">; жрецов </w:t>
      </w:r>
      <w:proofErr w:type="spellStart"/>
      <w:r>
        <w:rPr>
          <w:rStyle w:val="TextTranslationItalic"/>
          <w:lang w:val="ru-RU"/>
        </w:rPr>
        <w:t>хотов</w:t>
      </w:r>
      <w:proofErr w:type="spellEnd"/>
      <w:r>
        <w:rPr>
          <w:lang w:val="ru-RU"/>
        </w:rPr>
        <w:t xml:space="preserve"> – </w:t>
      </w:r>
      <w:r>
        <w:rPr>
          <w:rStyle w:val="TextTranslationItalic"/>
          <w:lang w:val="ru-RU"/>
        </w:rPr>
        <w:t>риг</w:t>
      </w:r>
      <w:r>
        <w:rPr>
          <w:lang w:val="ru-RU"/>
        </w:rPr>
        <w:t>-</w:t>
      </w:r>
      <w:r>
        <w:rPr>
          <w:rStyle w:val="TextTranslationItalic"/>
          <w:lang w:val="ru-RU"/>
        </w:rPr>
        <w:t>мантрами</w:t>
      </w:r>
      <w:r>
        <w:rPr>
          <w:lang w:val="ru-RU"/>
        </w:rPr>
        <w:t xml:space="preserve">; </w:t>
      </w:r>
      <w:proofErr w:type="spellStart"/>
      <w:r>
        <w:rPr>
          <w:rStyle w:val="TextTranslationItalic"/>
          <w:lang w:val="ru-RU"/>
        </w:rPr>
        <w:t>удгатов</w:t>
      </w:r>
      <w:proofErr w:type="spellEnd"/>
      <w:r>
        <w:rPr>
          <w:lang w:val="ru-RU"/>
        </w:rPr>
        <w:t xml:space="preserve"> – </w:t>
      </w:r>
      <w:r>
        <w:rPr>
          <w:rStyle w:val="TextTranslationItalic"/>
          <w:lang w:val="ru-RU"/>
        </w:rPr>
        <w:t>сама</w:t>
      </w:r>
      <w:r>
        <w:rPr>
          <w:lang w:val="ru-RU"/>
        </w:rPr>
        <w:t>-</w:t>
      </w:r>
      <w:r>
        <w:rPr>
          <w:rStyle w:val="TextTranslationItalic"/>
          <w:lang w:val="ru-RU"/>
        </w:rPr>
        <w:t>мантрами</w:t>
      </w:r>
      <w:r>
        <w:rPr>
          <w:lang w:val="ru-RU"/>
        </w:rPr>
        <w:t xml:space="preserve">; </w:t>
      </w:r>
      <w:r>
        <w:rPr>
          <w:rStyle w:val="TextTranslationItalic"/>
          <w:lang w:val="ru-RU"/>
        </w:rPr>
        <w:t>брахманов</w:t>
      </w:r>
      <w:r>
        <w:rPr>
          <w:lang w:val="ru-RU"/>
        </w:rPr>
        <w:t xml:space="preserve"> — </w:t>
      </w:r>
      <w:proofErr w:type="spellStart"/>
      <w:r>
        <w:rPr>
          <w:rStyle w:val="TextTranslationItalic"/>
          <w:lang w:val="ru-RU"/>
        </w:rPr>
        <w:t>атхарва</w:t>
      </w:r>
      <w:proofErr w:type="spellEnd"/>
      <w:r>
        <w:rPr>
          <w:lang w:val="ru-RU"/>
        </w:rPr>
        <w:t>-</w:t>
      </w:r>
      <w:r>
        <w:rPr>
          <w:rStyle w:val="TextTranslationItalic"/>
          <w:lang w:val="ru-RU"/>
        </w:rPr>
        <w:t>мантрами</w:t>
      </w:r>
      <w:r>
        <w:rPr>
          <w:lang w:val="ru-RU"/>
        </w:rPr>
        <w:t xml:space="preserve">... О лучший из </w:t>
      </w:r>
      <w:r>
        <w:rPr>
          <w:rStyle w:val="TextTranslationItalic"/>
          <w:lang w:val="ru-RU"/>
        </w:rPr>
        <w:t>брахманов</w:t>
      </w:r>
      <w:r>
        <w:rPr>
          <w:lang w:val="ru-RU"/>
        </w:rPr>
        <w:t xml:space="preserve">, зная смысл </w:t>
      </w:r>
      <w:proofErr w:type="spellStart"/>
      <w:r>
        <w:rPr>
          <w:rStyle w:val="TextTranslationItalic"/>
          <w:lang w:val="ru-RU"/>
        </w:rPr>
        <w:t>Пуран</w:t>
      </w:r>
      <w:proofErr w:type="spellEnd"/>
      <w:r>
        <w:rPr>
          <w:lang w:val="ru-RU"/>
        </w:rPr>
        <w:t xml:space="preserve">, Вьяса сложил из </w:t>
      </w:r>
      <w:proofErr w:type="spellStart"/>
      <w:r>
        <w:rPr>
          <w:rStyle w:val="TextTranslationItalic"/>
          <w:lang w:val="ru-RU"/>
        </w:rPr>
        <w:t>акхьян</w:t>
      </w:r>
      <w:proofErr w:type="spellEnd"/>
      <w:r>
        <w:rPr>
          <w:rStyle w:val="TextTranslationItalic"/>
          <w:i w:val="0"/>
          <w:lang w:val="ru-RU"/>
        </w:rPr>
        <w:t xml:space="preserve"> [сказаний]</w:t>
      </w:r>
      <w:r>
        <w:rPr>
          <w:lang w:val="ru-RU"/>
        </w:rPr>
        <w:t xml:space="preserve">, </w:t>
      </w:r>
      <w:proofErr w:type="spellStart"/>
      <w:r>
        <w:rPr>
          <w:rStyle w:val="TextTranslationItalic"/>
          <w:lang w:val="ru-RU"/>
        </w:rPr>
        <w:t>упакхьян</w:t>
      </w:r>
      <w:proofErr w:type="spellEnd"/>
      <w:r>
        <w:rPr>
          <w:lang w:val="ru-RU"/>
        </w:rPr>
        <w:t xml:space="preserve"> [вставных сказаний] и </w:t>
      </w:r>
      <w:proofErr w:type="spellStart"/>
      <w:r>
        <w:rPr>
          <w:rStyle w:val="TextTranslationItalic"/>
          <w:lang w:val="ru-RU"/>
        </w:rPr>
        <w:t>гатх</w:t>
      </w:r>
      <w:proofErr w:type="spellEnd"/>
      <w:r>
        <w:rPr>
          <w:lang w:val="ru-RU"/>
        </w:rPr>
        <w:t xml:space="preserve"> [песней] три Веды — </w:t>
      </w:r>
      <w:r>
        <w:rPr>
          <w:i/>
          <w:lang w:val="ru-RU"/>
        </w:rPr>
        <w:t>Саму</w:t>
      </w:r>
      <w:r>
        <w:rPr>
          <w:lang w:val="ru-RU"/>
        </w:rPr>
        <w:t xml:space="preserve">, </w:t>
      </w:r>
      <w:r>
        <w:rPr>
          <w:i/>
          <w:lang w:val="ru-RU"/>
        </w:rPr>
        <w:t>Риг</w:t>
      </w:r>
      <w:r>
        <w:rPr>
          <w:lang w:val="ru-RU"/>
        </w:rPr>
        <w:t xml:space="preserve"> и</w:t>
      </w:r>
      <w:r w:rsidRPr="00181B7C">
        <w:rPr>
          <w:lang w:val="ru-RU"/>
        </w:rPr>
        <w:t xml:space="preserve"> </w:t>
      </w:r>
      <w:proofErr w:type="spellStart"/>
      <w:r w:rsidRPr="00181B7C">
        <w:rPr>
          <w:i/>
          <w:lang w:val="ru-RU"/>
        </w:rPr>
        <w:t>Атхарву</w:t>
      </w:r>
      <w:proofErr w:type="spellEnd"/>
      <w:r w:rsidRPr="00181B7C">
        <w:rPr>
          <w:lang w:val="ru-RU"/>
        </w:rPr>
        <w:t xml:space="preserve">. Все, что осталось, он определил как </w:t>
      </w:r>
      <w:proofErr w:type="spellStart"/>
      <w:r w:rsidRPr="00181B7C">
        <w:rPr>
          <w:i/>
          <w:lang w:val="ru-RU"/>
        </w:rPr>
        <w:t>Яджур</w:t>
      </w:r>
      <w:proofErr w:type="spellEnd"/>
      <w:r w:rsidRPr="00181B7C">
        <w:rPr>
          <w:lang w:val="ru-RU"/>
        </w:rPr>
        <w:t xml:space="preserve"> </w:t>
      </w:r>
      <w:r w:rsidRPr="00181B7C">
        <w:rPr>
          <w:i/>
          <w:lang w:val="ru-RU"/>
        </w:rPr>
        <w:t>Веду</w:t>
      </w:r>
      <w:r w:rsidRPr="00181B7C">
        <w:rPr>
          <w:rStyle w:val="TextTranslationItalic"/>
          <w:lang w:val="ru-RU"/>
        </w:rPr>
        <w:t>.</w:t>
      </w:r>
      <w:r w:rsidRPr="00181B7C">
        <w:rPr>
          <w:lang w:val="ru-RU"/>
        </w:rPr>
        <w:t xml:space="preserve"> Таков путь проделало Откровение [</w:t>
      </w:r>
      <w:r w:rsidRPr="00181B7C">
        <w:rPr>
          <w:rStyle w:val="TextTranslationItalic"/>
          <w:lang w:val="ru-RU"/>
        </w:rPr>
        <w:t>Веда</w:t>
      </w:r>
      <w:r w:rsidRPr="00181B7C">
        <w:rPr>
          <w:lang w:val="ru-RU"/>
        </w:rPr>
        <w:t>] в мир здешний!"</w:t>
      </w:r>
    </w:p>
    <w:p w14:paraId="3BE9CF9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3CE802C" w14:textId="77777777" w:rsidR="003B67ED" w:rsidRPr="00DA0238" w:rsidRDefault="002B41BF" w:rsidP="00D20C7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Стихи из </w:t>
      </w:r>
      <w:proofErr w:type="spellStart"/>
      <w:r w:rsidRPr="00DA0238">
        <w:rPr>
          <w:rStyle w:val="TextTranslationItalic"/>
          <w:lang w:val="ru-RU"/>
        </w:rPr>
        <w:t>Итихас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 xml:space="preserve"> используются для сопровождения жертвоприношения </w:t>
      </w:r>
      <w:r w:rsidRPr="00D20C76">
        <w:rPr>
          <w:i/>
          <w:lang w:val="ru-RU"/>
        </w:rPr>
        <w:t>Брахмы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брахма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ягьи</w:t>
      </w:r>
      <w:proofErr w:type="spellEnd"/>
      <w:r w:rsidRPr="00DA0238">
        <w:rPr>
          <w:lang w:val="ru-RU"/>
        </w:rPr>
        <w:t xml:space="preserve">), как то велено: пусть звучат </w:t>
      </w:r>
      <w:r w:rsidR="00187405" w:rsidRPr="00DA0238">
        <w:rPr>
          <w:rStyle w:val="TextTranslationItalic"/>
          <w:lang w:val="ru-RU"/>
        </w:rPr>
        <w:t>Брахман</w:t>
      </w:r>
      <w:r w:rsidRPr="00DA0238">
        <w:rPr>
          <w:rStyle w:val="TextTranslationItalic"/>
          <w:lang w:val="ru-RU"/>
        </w:rPr>
        <w:t>ы</w:t>
      </w:r>
      <w:r w:rsidRPr="00DA0238">
        <w:rPr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Итихасы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Тайтирья</w:t>
      </w:r>
      <w:proofErr w:type="spell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Араньяка</w:t>
      </w:r>
      <w:r w:rsidRPr="00DA0238">
        <w:rPr>
          <w:lang w:val="ru-RU"/>
        </w:rPr>
        <w:t xml:space="preserve"> 2.9). Таков наказ не появился бы, не относись </w:t>
      </w:r>
      <w:proofErr w:type="spellStart"/>
      <w:r w:rsidRPr="00DA0238">
        <w:rPr>
          <w:rStyle w:val="TextTranslationItalic"/>
          <w:lang w:val="ru-RU"/>
        </w:rPr>
        <w:t>Итихасы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к </w:t>
      </w:r>
      <w:r w:rsidRPr="00DA0238">
        <w:rPr>
          <w:rStyle w:val="TextTranslationItalic"/>
          <w:lang w:val="ru-RU"/>
        </w:rPr>
        <w:t>Веде</w:t>
      </w:r>
      <w:r w:rsidRPr="00DA0238">
        <w:rPr>
          <w:lang w:val="ru-RU"/>
        </w:rPr>
        <w:t xml:space="preserve">. В </w:t>
      </w:r>
      <w:proofErr w:type="spellStart"/>
      <w:r w:rsidR="000046B1" w:rsidRPr="00DA0238">
        <w:rPr>
          <w:rStyle w:val="TextTranslationItalic"/>
          <w:lang w:val="ru-RU"/>
        </w:rPr>
        <w:t>Матсья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 (5.38) Всевышний говорит: "О лучший из </w:t>
      </w:r>
      <w:r w:rsidR="00187405" w:rsidRPr="00DA0238">
        <w:rPr>
          <w:rStyle w:val="TextTranslationItalic"/>
          <w:lang w:val="ru-RU"/>
        </w:rPr>
        <w:t>брахман</w:t>
      </w:r>
      <w:r w:rsidRPr="00DA0238">
        <w:rPr>
          <w:rStyle w:val="TextTranslationItalic"/>
          <w:lang w:val="ru-RU"/>
        </w:rPr>
        <w:t>ов</w:t>
      </w:r>
      <w:r w:rsidRPr="00DA0238">
        <w:rPr>
          <w:lang w:val="ru-RU"/>
        </w:rPr>
        <w:t xml:space="preserve">, предвидя забвение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 xml:space="preserve">, Я являюсь в облике </w:t>
      </w:r>
      <w:proofErr w:type="spellStart"/>
      <w:r w:rsidRPr="00DA0238">
        <w:rPr>
          <w:lang w:val="ru-RU"/>
        </w:rPr>
        <w:t>Вьясы</w:t>
      </w:r>
      <w:proofErr w:type="spellEnd"/>
      <w:r w:rsidRPr="00DA0238">
        <w:rPr>
          <w:lang w:val="ru-RU"/>
        </w:rPr>
        <w:t xml:space="preserve"> </w:t>
      </w:r>
      <w:r w:rsidR="007D45EF">
        <w:rPr>
          <w:lang w:val="ru-RU"/>
        </w:rPr>
        <w:t>всякий</w:t>
      </w:r>
      <w:r w:rsidRPr="00DA0238">
        <w:rPr>
          <w:lang w:val="ru-RU"/>
        </w:rPr>
        <w:t xml:space="preserve"> век и </w:t>
      </w:r>
      <w:proofErr w:type="spellStart"/>
      <w:r w:rsidRPr="00DA0238">
        <w:rPr>
          <w:lang w:val="ru-RU"/>
        </w:rPr>
        <w:t>переслагаю</w:t>
      </w:r>
      <w:proofErr w:type="spellEnd"/>
      <w:r w:rsidRPr="00DA0238">
        <w:rPr>
          <w:lang w:val="ru-RU"/>
        </w:rPr>
        <w:t xml:space="preserve"> их". </w:t>
      </w:r>
      <w:r w:rsidR="007D45EF">
        <w:rPr>
          <w:lang w:val="ru-RU"/>
        </w:rPr>
        <w:t>Иными словами</w:t>
      </w:r>
      <w:r w:rsidRPr="00DA0238">
        <w:rPr>
          <w:lang w:val="ru-RU"/>
        </w:rPr>
        <w:t>: "Я приспосабливаю имеющиеся Былины для лучшего понимания внем</w:t>
      </w:r>
      <w:r w:rsidR="003327D3" w:rsidRPr="00DA0238">
        <w:rPr>
          <w:lang w:val="ru-RU"/>
        </w:rPr>
        <w:t>лющих</w:t>
      </w:r>
      <w:r w:rsidRPr="00DA0238">
        <w:rPr>
          <w:lang w:val="ru-RU"/>
        </w:rPr>
        <w:t>".</w:t>
      </w:r>
    </w:p>
    <w:p w14:paraId="7417CC0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FFC3E81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Тут же сказано: "В каждую </w:t>
      </w:r>
      <w:proofErr w:type="spellStart"/>
      <w:r w:rsidRPr="00DA0238">
        <w:rPr>
          <w:rStyle w:val="TextTranslationItalic"/>
          <w:lang w:val="ru-RU"/>
        </w:rPr>
        <w:t>Двапара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югу</w:t>
      </w:r>
      <w:r w:rsidRPr="00DA0238">
        <w:rPr>
          <w:lang w:val="ru-RU"/>
        </w:rPr>
        <w:t xml:space="preserve"> Я делю </w:t>
      </w:r>
      <w:proofErr w:type="spellStart"/>
      <w:r w:rsidRPr="00DA0238">
        <w:rPr>
          <w:rStyle w:val="TextTranslationItalic"/>
          <w:lang w:val="ru-RU"/>
        </w:rPr>
        <w:t>Пурану</w:t>
      </w:r>
      <w:proofErr w:type="spellEnd"/>
      <w:r w:rsidR="000046B1" w:rsidRPr="00DA0238">
        <w:rPr>
          <w:lang w:val="ru-RU"/>
        </w:rPr>
        <w:t xml:space="preserve"> на восем</w:t>
      </w:r>
      <w:r w:rsidRPr="00DA0238">
        <w:rPr>
          <w:lang w:val="ru-RU"/>
        </w:rPr>
        <w:t xml:space="preserve">надцать сказаний, в совокупности заключающих в себя четыреста тысяч стихов, кои </w:t>
      </w:r>
      <w:proofErr w:type="spellStart"/>
      <w:r w:rsidRPr="00DA0238">
        <w:rPr>
          <w:lang w:val="ru-RU"/>
        </w:rPr>
        <w:t>сошествуют</w:t>
      </w:r>
      <w:proofErr w:type="spellEnd"/>
      <w:r w:rsidRPr="00DA0238">
        <w:rPr>
          <w:lang w:val="ru-RU"/>
        </w:rPr>
        <w:t xml:space="preserve"> на Землю. В мире богов сии насчитываются числом в один миллиард. </w:t>
      </w:r>
      <w:r w:rsidRPr="00DA0238">
        <w:rPr>
          <w:lang w:val="ru-RU"/>
        </w:rPr>
        <w:lastRenderedPageBreak/>
        <w:t xml:space="preserve">Для человека изначальная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сокращается до четырехсот тысяч стихов</w:t>
      </w:r>
      <w:r w:rsidR="005238DB" w:rsidRPr="00DA0238">
        <w:rPr>
          <w:lang w:val="ru-RU"/>
        </w:rPr>
        <w:t>"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Матсья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53.9-11).</w:t>
      </w:r>
    </w:p>
    <w:p w14:paraId="1AF6B9A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63CE68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Потому из сказанного выше</w:t>
      </w:r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 xml:space="preserve">"оставшиеся суть </w:t>
      </w:r>
      <w:proofErr w:type="spellStart"/>
      <w:r w:rsidRPr="00DA0238">
        <w:rPr>
          <w:rStyle w:val="TextTranslationItalic"/>
          <w:lang w:val="ru-RU"/>
        </w:rPr>
        <w:t>Яджур</w:t>
      </w:r>
      <w:proofErr w:type="spell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Веда</w:t>
      </w:r>
      <w:r w:rsidRPr="00DA0238">
        <w:rPr>
          <w:lang w:val="ru-RU"/>
        </w:rPr>
        <w:t>"</w:t>
      </w:r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>следует заключить, что четыреста эти тысяч стихов не сочинены заново, но составляют важную часть изначального повествования, усеченного для понимания смертных в их мире.</w:t>
      </w:r>
    </w:p>
    <w:p w14:paraId="69649EF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434107F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15</w:t>
      </w:r>
      <w:r w:rsidR="00D20C76">
        <w:rPr>
          <w:b/>
          <w:lang w:val="ru-RU"/>
        </w:rPr>
        <w:t>.</w:t>
      </w:r>
    </w:p>
    <w:p w14:paraId="6C69C801" w14:textId="77777777" w:rsidR="003B67ED" w:rsidRPr="00181B7C" w:rsidRDefault="003B67ED" w:rsidP="004E41B6">
      <w:pPr>
        <w:ind w:firstLine="180"/>
        <w:rPr>
          <w:b/>
          <w:lang w:val="ru-RU"/>
        </w:rPr>
      </w:pPr>
    </w:p>
    <w:p w14:paraId="312AAF7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181B7C">
        <w:rPr>
          <w:lang w:val="ru-RU"/>
        </w:rPr>
        <w:t xml:space="preserve">В главе </w:t>
      </w:r>
      <w:proofErr w:type="spellStart"/>
      <w:r w:rsidR="00D20C76" w:rsidRPr="00181B7C">
        <w:rPr>
          <w:rStyle w:val="TextTranslationItalic"/>
          <w:lang w:val="ru-RU"/>
        </w:rPr>
        <w:t>Вая</w:t>
      </w:r>
      <w:r w:rsidRPr="00181B7C">
        <w:rPr>
          <w:rStyle w:val="TextTranslationItalic"/>
          <w:lang w:val="ru-RU"/>
        </w:rPr>
        <w:t>ав</w:t>
      </w:r>
      <w:r w:rsidR="00D20C76" w:rsidRPr="00181B7C">
        <w:rPr>
          <w:rStyle w:val="TextTranslationItalic"/>
          <w:lang w:val="ru-RU"/>
        </w:rPr>
        <w:t>и</w:t>
      </w:r>
      <w:r w:rsidRPr="00181B7C">
        <w:rPr>
          <w:rStyle w:val="TextTranslationItalic"/>
          <w:lang w:val="ru-RU"/>
        </w:rPr>
        <w:t>я</w:t>
      </w:r>
      <w:r w:rsidRPr="00181B7C">
        <w:rPr>
          <w:lang w:val="ru-RU"/>
        </w:rPr>
        <w:t>-</w:t>
      </w:r>
      <w:r w:rsidRPr="00181B7C">
        <w:rPr>
          <w:rStyle w:val="TextTranslationItalic"/>
          <w:lang w:val="ru-RU"/>
        </w:rPr>
        <w:t>самхита</w:t>
      </w:r>
      <w:proofErr w:type="spellEnd"/>
      <w:r w:rsidRPr="00181B7C">
        <w:rPr>
          <w:lang w:val="ru-RU"/>
        </w:rPr>
        <w:t xml:space="preserve"> </w:t>
      </w:r>
      <w:r w:rsidRPr="00181B7C">
        <w:rPr>
          <w:rStyle w:val="TextTranslationItalic"/>
          <w:lang w:val="ru-RU"/>
        </w:rPr>
        <w:t>Шив</w:t>
      </w:r>
      <w:r w:rsidR="005238DB" w:rsidRPr="00181B7C">
        <w:rPr>
          <w:rStyle w:val="TextTranslationItalic"/>
          <w:lang w:val="ru-RU"/>
        </w:rPr>
        <w:t>а</w:t>
      </w:r>
      <w:r w:rsidRPr="00181B7C">
        <w:rPr>
          <w:lang w:val="ru-RU"/>
        </w:rPr>
        <w:t xml:space="preserve">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 (1.1.37-38) получается та же картина при определении места </w:t>
      </w:r>
      <w:proofErr w:type="spellStart"/>
      <w:r w:rsidRPr="00181B7C">
        <w:rPr>
          <w:rStyle w:val="TextTranslationItalic"/>
          <w:lang w:val="ru-RU"/>
        </w:rPr>
        <w:t>Пуран</w:t>
      </w:r>
      <w:proofErr w:type="spellEnd"/>
      <w:r w:rsidRPr="00181B7C">
        <w:rPr>
          <w:lang w:val="ru-RU"/>
        </w:rPr>
        <w:t xml:space="preserve"> в отношении </w:t>
      </w:r>
      <w:r w:rsidRPr="00181B7C">
        <w:rPr>
          <w:rStyle w:val="TextTranslationItalic"/>
          <w:lang w:val="ru-RU"/>
        </w:rPr>
        <w:t>Веды</w:t>
      </w:r>
      <w:r w:rsidRPr="00181B7C">
        <w:rPr>
          <w:lang w:val="ru-RU"/>
        </w:rPr>
        <w:t>: "</w:t>
      </w:r>
      <w:r w:rsidRPr="00DA0238">
        <w:rPr>
          <w:lang w:val="ru-RU"/>
        </w:rPr>
        <w:t xml:space="preserve">Великий учитель усек четыре </w:t>
      </w:r>
      <w:r w:rsidRPr="00DA0238">
        <w:rPr>
          <w:rStyle w:val="TextTranslationItalic"/>
          <w:lang w:val="ru-RU"/>
        </w:rPr>
        <w:t>Веды</w:t>
      </w:r>
      <w:r w:rsidR="005238DB" w:rsidRPr="00DA0238">
        <w:rPr>
          <w:lang w:val="ru-RU"/>
        </w:rPr>
        <w:t xml:space="preserve"> и поделил их на чет</w:t>
      </w:r>
      <w:r w:rsidRPr="00DA0238">
        <w:rPr>
          <w:lang w:val="ru-RU"/>
        </w:rPr>
        <w:t>ыре части. Имя учите</w:t>
      </w:r>
      <w:r w:rsidR="005238DB" w:rsidRPr="00DA0238">
        <w:rPr>
          <w:lang w:val="ru-RU"/>
        </w:rPr>
        <w:t>лю Веда-</w:t>
      </w:r>
      <w:proofErr w:type="spellStart"/>
      <w:r w:rsidR="005238DB" w:rsidRPr="00DA0238">
        <w:rPr>
          <w:lang w:val="ru-RU"/>
        </w:rPr>
        <w:t>вьяса</w:t>
      </w:r>
      <w:proofErr w:type="spellEnd"/>
      <w:r w:rsidR="00394AE4" w:rsidRPr="00DA0238">
        <w:rPr>
          <w:lang w:val="ru-RU"/>
        </w:rPr>
        <w:t>,</w:t>
      </w:r>
      <w:r w:rsidR="005238DB" w:rsidRPr="00DA0238">
        <w:rPr>
          <w:lang w:val="ru-RU"/>
        </w:rPr>
        <w:t xml:space="preserve"> ибо рассек он</w:t>
      </w:r>
      <w:r w:rsidR="001A4ED4" w:rsidRPr="00DA0238">
        <w:rPr>
          <w:lang w:val="ru-RU"/>
        </w:rPr>
        <w:t>,</w:t>
      </w:r>
      <w:r w:rsidR="005238DB" w:rsidRPr="00DA0238">
        <w:rPr>
          <w:lang w:val="ru-RU"/>
        </w:rPr>
        <w:t xml:space="preserve"> буд</w:t>
      </w:r>
      <w:r w:rsidRPr="00DA0238">
        <w:rPr>
          <w:lang w:val="ru-RU"/>
        </w:rPr>
        <w:t>то ножом</w:t>
      </w:r>
      <w:r w:rsidR="001A4ED4" w:rsidRPr="00DA0238">
        <w:rPr>
          <w:lang w:val="ru-RU"/>
        </w:rPr>
        <w:t>,</w:t>
      </w:r>
      <w:r w:rsidRPr="00DA0238">
        <w:rPr>
          <w:lang w:val="ru-RU"/>
        </w:rPr>
        <w:t xml:space="preserve"> единую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. Он же разделил насчитывающую в мире бессмертных миллиард стихов </w:t>
      </w:r>
      <w:proofErr w:type="spellStart"/>
      <w:r w:rsidRPr="00DA0238">
        <w:rPr>
          <w:rStyle w:val="TextTranslationItalic"/>
          <w:lang w:val="ru-RU"/>
        </w:rPr>
        <w:t>Пурану</w:t>
      </w:r>
      <w:proofErr w:type="spellEnd"/>
      <w:r w:rsidRPr="00DA0238">
        <w:rPr>
          <w:lang w:val="ru-RU"/>
        </w:rPr>
        <w:t xml:space="preserve"> на четыреста тысяч стихов".</w:t>
      </w:r>
    </w:p>
    <w:p w14:paraId="4D9A780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9FB211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Слова "он усек" в данном стихе име</w:t>
      </w:r>
      <w:r w:rsidR="005238DB" w:rsidRPr="00DA0238">
        <w:rPr>
          <w:lang w:val="ru-RU"/>
        </w:rPr>
        <w:t>ю</w:t>
      </w:r>
      <w:r w:rsidRPr="00DA0238">
        <w:rPr>
          <w:lang w:val="ru-RU"/>
        </w:rPr>
        <w:t>т важное значение для понимания предмета.</w:t>
      </w:r>
    </w:p>
    <w:p w14:paraId="72318848" w14:textId="77777777" w:rsidR="003B67ED" w:rsidRPr="00181B7C" w:rsidRDefault="003B67ED" w:rsidP="004E41B6">
      <w:pPr>
        <w:ind w:firstLine="180"/>
        <w:rPr>
          <w:b/>
          <w:lang w:val="ru-RU"/>
        </w:rPr>
      </w:pPr>
    </w:p>
    <w:p w14:paraId="714627F1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181B7C">
        <w:rPr>
          <w:lang w:val="ru-RU"/>
        </w:rPr>
        <w:t xml:space="preserve">Некоторые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 носят названия лиц, их огласивших: такие, как </w:t>
      </w:r>
      <w:proofErr w:type="spellStart"/>
      <w:r w:rsidRPr="00181B7C">
        <w:rPr>
          <w:lang w:val="ru-RU"/>
        </w:rPr>
        <w:t>Сканда</w:t>
      </w:r>
      <w:proofErr w:type="spellEnd"/>
      <w:r w:rsidRPr="00181B7C">
        <w:rPr>
          <w:lang w:val="ru-RU"/>
        </w:rPr>
        <w:t xml:space="preserve"> и Агни, или </w:t>
      </w:r>
      <w:r w:rsidRPr="00181B7C">
        <w:rPr>
          <w:rStyle w:val="TextTranslationItalic"/>
          <w:lang w:val="ru-RU"/>
        </w:rPr>
        <w:t>Катхака</w:t>
      </w:r>
      <w:r w:rsidRPr="00181B7C">
        <w:rPr>
          <w:lang w:val="ru-RU"/>
        </w:rPr>
        <w:t xml:space="preserve">. Иным приписаны имена в последовательности их появления. Потому порой можно слышать, что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 н</w:t>
      </w:r>
      <w:r>
        <w:rPr>
          <w:lang w:val="ru-RU"/>
        </w:rPr>
        <w:t>е вечны, однако эта "</w:t>
      </w:r>
      <w:proofErr w:type="spellStart"/>
      <w:r>
        <w:rPr>
          <w:lang w:val="ru-RU"/>
        </w:rPr>
        <w:t>невечность</w:t>
      </w:r>
      <w:proofErr w:type="spellEnd"/>
      <w:r>
        <w:rPr>
          <w:lang w:val="ru-RU"/>
        </w:rPr>
        <w:t>" относится лишь к видимой, проявленной их части, проявленной на время и должной исчезнуть в положенный срок.</w:t>
      </w:r>
    </w:p>
    <w:p w14:paraId="2B77371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788846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Так (в </w:t>
      </w:r>
      <w:r w:rsidR="006B2C0D">
        <w:rPr>
          <w:lang w:val="ru-RU"/>
        </w:rPr>
        <w:t>текстах</w:t>
      </w:r>
      <w:r w:rsidRPr="00DA0238">
        <w:rPr>
          <w:lang w:val="ru-RU"/>
        </w:rPr>
        <w:t xml:space="preserve"> </w:t>
      </w:r>
      <w:r w:rsidRPr="006B2C0D">
        <w:rPr>
          <w:lang w:val="ru-RU"/>
        </w:rPr>
        <w:t>13-15</w:t>
      </w:r>
      <w:r w:rsidRPr="00DA0238">
        <w:rPr>
          <w:lang w:val="ru-RU"/>
        </w:rPr>
        <w:t xml:space="preserve">) обосновывается утверждение, что </w:t>
      </w:r>
      <w:proofErr w:type="spellStart"/>
      <w:r w:rsidRPr="00DA0238">
        <w:rPr>
          <w:rStyle w:val="TextTranslationItalic"/>
          <w:lang w:val="ru-RU"/>
        </w:rPr>
        <w:t>Итихасы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[Притчи и Былины] представляют собою ту же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 [откровение свыше].</w:t>
      </w:r>
    </w:p>
    <w:p w14:paraId="6B4B6B15" w14:textId="77777777" w:rsidR="00F2412D" w:rsidRPr="00DA0238" w:rsidRDefault="00F2412D" w:rsidP="004E41B6">
      <w:pPr>
        <w:ind w:firstLine="180"/>
        <w:rPr>
          <w:b/>
          <w:lang w:val="ru-RU"/>
        </w:rPr>
      </w:pPr>
    </w:p>
    <w:p w14:paraId="4757E968" w14:textId="77777777" w:rsidR="003B67ED" w:rsidRPr="00DA0238" w:rsidRDefault="0085627B" w:rsidP="004E41B6">
      <w:pPr>
        <w:pStyle w:val="TextTranslation"/>
        <w:ind w:firstLine="180"/>
        <w:rPr>
          <w:lang w:val="ru-RU"/>
        </w:rPr>
      </w:pPr>
      <w:r w:rsidRPr="0085627B">
        <w:rPr>
          <w:lang w:val="ru-RU"/>
        </w:rPr>
        <w:t xml:space="preserve">Право таких людей, как </w:t>
      </w:r>
      <w:proofErr w:type="spellStart"/>
      <w:r w:rsidRPr="0085627B">
        <w:rPr>
          <w:lang w:val="ru-RU"/>
        </w:rPr>
        <w:t>Сута</w:t>
      </w:r>
      <w:proofErr w:type="spellEnd"/>
      <w:r w:rsidRPr="0085627B">
        <w:rPr>
          <w:lang w:val="ru-RU"/>
        </w:rPr>
        <w:t xml:space="preserve">, возвещать </w:t>
      </w:r>
      <w:proofErr w:type="spellStart"/>
      <w:r w:rsidRPr="0085627B">
        <w:rPr>
          <w:lang w:val="ru-RU"/>
        </w:rPr>
        <w:t>Итихасы</w:t>
      </w:r>
      <w:proofErr w:type="spellEnd"/>
      <w:r w:rsidRPr="0085627B">
        <w:rPr>
          <w:lang w:val="ru-RU"/>
        </w:rPr>
        <w:t xml:space="preserve"> и </w:t>
      </w:r>
      <w:proofErr w:type="spellStart"/>
      <w:r w:rsidRPr="0085627B">
        <w:rPr>
          <w:lang w:val="ru-RU"/>
        </w:rPr>
        <w:t>Пураны</w:t>
      </w:r>
      <w:proofErr w:type="spellEnd"/>
      <w:r w:rsidRPr="0085627B">
        <w:rPr>
          <w:lang w:val="ru-RU"/>
        </w:rPr>
        <w:t xml:space="preserve"> следует понимать по тому же правилу, по которому всякому доступно Имя Шри Кришны</w:t>
      </w:r>
      <w:r>
        <w:rPr>
          <w:lang w:val="ru-RU"/>
        </w:rPr>
        <w:t xml:space="preserve">. </w:t>
      </w:r>
      <w:r w:rsidR="002B41BF" w:rsidRPr="00DA0238">
        <w:rPr>
          <w:lang w:val="ru-RU"/>
        </w:rPr>
        <w:t>Имя Его</w:t>
      </w:r>
      <w:r w:rsidR="00322519" w:rsidRPr="00DA0238">
        <w:rPr>
          <w:lang w:val="ru-RU"/>
        </w:rPr>
        <w:t xml:space="preserve"> — </w:t>
      </w:r>
      <w:r w:rsidR="002B41BF" w:rsidRPr="00DA0238">
        <w:rPr>
          <w:lang w:val="ru-RU"/>
        </w:rPr>
        <w:t xml:space="preserve">зрелый плод всей изреченной </w:t>
      </w:r>
      <w:r w:rsidR="002B41BF" w:rsidRPr="00DA0238">
        <w:rPr>
          <w:rStyle w:val="TextTranslationItalic"/>
          <w:lang w:val="ru-RU"/>
        </w:rPr>
        <w:t>Веды.</w:t>
      </w:r>
      <w:r w:rsidR="002B41BF" w:rsidRPr="00DA0238">
        <w:rPr>
          <w:lang w:val="ru-RU"/>
        </w:rPr>
        <w:t xml:space="preserve"> Как гласит </w:t>
      </w:r>
      <w:proofErr w:type="spellStart"/>
      <w:r w:rsidR="002B41BF" w:rsidRPr="00DA0238">
        <w:rPr>
          <w:rStyle w:val="TextTranslationItalic"/>
          <w:lang w:val="ru-RU"/>
        </w:rPr>
        <w:t>Прабхаса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кханда</w:t>
      </w:r>
      <w:proofErr w:type="spellEnd"/>
      <w:r w:rsidR="002B41BF" w:rsidRPr="00DA0238">
        <w:rPr>
          <w:rStyle w:val="TextTranslationItalic"/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Сканда</w:t>
      </w:r>
      <w:proofErr w:type="spellEnd"/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Пураны</w:t>
      </w:r>
      <w:proofErr w:type="spellEnd"/>
      <w:r w:rsidR="002B41BF" w:rsidRPr="00DA0238">
        <w:rPr>
          <w:lang w:val="ru-RU"/>
        </w:rPr>
        <w:t>: "Имя Кришны</w:t>
      </w:r>
      <w:r w:rsidR="00322519" w:rsidRPr="00DA0238">
        <w:rPr>
          <w:lang w:val="ru-RU"/>
        </w:rPr>
        <w:t xml:space="preserve"> — </w:t>
      </w:r>
      <w:r w:rsidR="002B41BF" w:rsidRPr="00DA0238">
        <w:rPr>
          <w:lang w:val="ru-RU"/>
        </w:rPr>
        <w:t xml:space="preserve">сладчайшее из сладких, самое благое из всех благ. Оно совершенный плод всех </w:t>
      </w:r>
      <w:r w:rsidR="002B41BF" w:rsidRPr="00DA0238">
        <w:rPr>
          <w:rStyle w:val="TextTranslationItalic"/>
          <w:lang w:val="ru-RU"/>
        </w:rPr>
        <w:t>Вед</w:t>
      </w:r>
      <w:r w:rsidR="002B41BF" w:rsidRPr="00DA0238">
        <w:rPr>
          <w:lang w:val="ru-RU"/>
        </w:rPr>
        <w:t xml:space="preserve">. Оно в сути своей – чистота. Оно живой дух. О лучший из потомков </w:t>
      </w:r>
      <w:proofErr w:type="spellStart"/>
      <w:r w:rsidR="002B41BF" w:rsidRPr="00DA0238">
        <w:rPr>
          <w:lang w:val="ru-RU"/>
        </w:rPr>
        <w:t>Бхригу</w:t>
      </w:r>
      <w:proofErr w:type="spellEnd"/>
      <w:r w:rsidR="002B41BF" w:rsidRPr="00DA0238">
        <w:rPr>
          <w:lang w:val="ru-RU"/>
        </w:rPr>
        <w:t>, всякий чело</w:t>
      </w:r>
      <w:r w:rsidR="00322519" w:rsidRPr="00DA0238">
        <w:rPr>
          <w:lang w:val="ru-RU"/>
        </w:rPr>
        <w:t>век, единожды воспевший сие Имя</w:t>
      </w:r>
      <w:r w:rsidR="002B41BF" w:rsidRPr="00DA0238">
        <w:rPr>
          <w:lang w:val="ru-RU"/>
        </w:rPr>
        <w:t xml:space="preserve"> с верой или без оной, обретет вожделенную свободу".</w:t>
      </w:r>
    </w:p>
    <w:p w14:paraId="12A2207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0C414FF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В </w:t>
      </w:r>
      <w:r w:rsidRPr="00DA0238">
        <w:rPr>
          <w:rStyle w:val="TextTranslationItalic"/>
          <w:lang w:val="ru-RU"/>
        </w:rPr>
        <w:t>Вишну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дхарме</w:t>
      </w:r>
      <w:r w:rsidRPr="00DA0238">
        <w:rPr>
          <w:lang w:val="ru-RU"/>
        </w:rPr>
        <w:t xml:space="preserve"> сказано: "Тот изучил </w:t>
      </w:r>
      <w:r w:rsidRPr="00DA0238">
        <w:rPr>
          <w:rStyle w:val="TextTranslationItalic"/>
          <w:lang w:val="ru-RU"/>
        </w:rPr>
        <w:t>Риг</w:t>
      </w:r>
      <w:r w:rsidRPr="00DA0238">
        <w:rPr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Яджур</w:t>
      </w:r>
      <w:proofErr w:type="spellEnd"/>
      <w:r w:rsidRPr="00DA0238">
        <w:rPr>
          <w:lang w:val="ru-RU"/>
        </w:rPr>
        <w:t xml:space="preserve">, </w:t>
      </w:r>
      <w:r w:rsidRPr="00DA0238">
        <w:rPr>
          <w:rStyle w:val="TextTranslationItalic"/>
          <w:lang w:val="ru-RU"/>
        </w:rPr>
        <w:t>Сам</w:t>
      </w:r>
      <w:r w:rsidR="00322519" w:rsidRPr="00DA0238">
        <w:rPr>
          <w:rStyle w:val="TextTranslationItalic"/>
          <w:lang w:val="ru-RU"/>
        </w:rPr>
        <w:t>а</w:t>
      </w:r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Атхарв</w:t>
      </w:r>
      <w:r w:rsidR="00322519" w:rsidRPr="00DA0238">
        <w:rPr>
          <w:rStyle w:val="TextTranslationItalic"/>
          <w:lang w:val="ru-RU"/>
        </w:rPr>
        <w:t>а</w:t>
      </w:r>
      <w:proofErr w:type="spell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Веды</w:t>
      </w:r>
      <w:r w:rsidRPr="00DA0238">
        <w:rPr>
          <w:lang w:val="ru-RU"/>
        </w:rPr>
        <w:t xml:space="preserve">, кто произнес два слога </w:t>
      </w:r>
      <w:r w:rsidR="000D0A04">
        <w:rPr>
          <w:lang w:val="ru-RU"/>
        </w:rPr>
        <w:t>"</w:t>
      </w:r>
      <w:r w:rsidRPr="00DA0238">
        <w:rPr>
          <w:rStyle w:val="TextTranslationItalic"/>
          <w:lang w:val="ru-RU"/>
        </w:rPr>
        <w:t>ха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ри</w:t>
      </w:r>
      <w:r w:rsidR="000D0A04" w:rsidRPr="000D0A04">
        <w:rPr>
          <w:rStyle w:val="TextTranslationItalic"/>
          <w:i w:val="0"/>
          <w:lang w:val="ru-RU"/>
        </w:rPr>
        <w:t>"</w:t>
      </w:r>
      <w:r w:rsidR="000D0A04">
        <w:rPr>
          <w:rStyle w:val="TextTranslationItalic"/>
          <w:i w:val="0"/>
          <w:lang w:val="ru-RU"/>
        </w:rPr>
        <w:t>"</w:t>
      </w:r>
      <w:r w:rsidRPr="00DA0238">
        <w:rPr>
          <w:lang w:val="ru-RU"/>
        </w:rPr>
        <w:t xml:space="preserve">. В </w:t>
      </w:r>
      <w:r w:rsidRPr="00DA0238">
        <w:rPr>
          <w:rStyle w:val="TextTranslationItalic"/>
          <w:lang w:val="ru-RU"/>
        </w:rPr>
        <w:t>Вишну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 определенно утверждается, что смысл </w:t>
      </w:r>
      <w:r w:rsidRPr="00DA0238">
        <w:rPr>
          <w:rStyle w:val="TextTranslationItalic"/>
          <w:lang w:val="ru-RU"/>
        </w:rPr>
        <w:t>Вед</w:t>
      </w:r>
      <w:r w:rsidRPr="00DA0238">
        <w:rPr>
          <w:lang w:val="ru-RU"/>
        </w:rPr>
        <w:t xml:space="preserve"> разъяснен целиком в </w:t>
      </w:r>
      <w:proofErr w:type="spellStart"/>
      <w:r w:rsidRPr="00DA0238">
        <w:rPr>
          <w:rStyle w:val="TextTranslationItalic"/>
          <w:lang w:val="ru-RU"/>
        </w:rPr>
        <w:t>Итихасах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Пуранах</w:t>
      </w:r>
      <w:proofErr w:type="spellEnd"/>
      <w:r w:rsidRPr="00DA0238">
        <w:rPr>
          <w:lang w:val="ru-RU"/>
        </w:rPr>
        <w:t xml:space="preserve">. "Под видом </w:t>
      </w:r>
      <w:r w:rsidRPr="00DA0238">
        <w:rPr>
          <w:rStyle w:val="TextTranslationItalic"/>
          <w:lang w:val="ru-RU"/>
        </w:rPr>
        <w:t>Махабхараты</w:t>
      </w:r>
      <w:r w:rsidRPr="00DA0238">
        <w:rPr>
          <w:lang w:val="ru-RU"/>
        </w:rPr>
        <w:t xml:space="preserve"> Вьяса </w:t>
      </w:r>
      <w:proofErr w:type="gramStart"/>
      <w:r w:rsidRPr="00DA0238">
        <w:rPr>
          <w:lang w:val="ru-RU"/>
        </w:rPr>
        <w:t xml:space="preserve">изложил </w:t>
      </w:r>
      <w:r w:rsidRPr="00DA0238">
        <w:rPr>
          <w:rStyle w:val="TextTranslationItalic"/>
          <w:lang w:val="ru-RU"/>
        </w:rPr>
        <w:t>Веду</w:t>
      </w:r>
      <w:proofErr w:type="gramEnd"/>
      <w:r w:rsidRPr="00DA0238">
        <w:rPr>
          <w:lang w:val="ru-RU"/>
        </w:rPr>
        <w:t xml:space="preserve"> и разъяснил ее смысл. Несомненно</w:t>
      </w:r>
      <w:r w:rsidR="00322519" w:rsidRPr="00DA0238">
        <w:rPr>
          <w:lang w:val="ru-RU"/>
        </w:rPr>
        <w:t>,</w:t>
      </w:r>
      <w:r w:rsidRPr="00DA0238">
        <w:rPr>
          <w:lang w:val="ru-RU"/>
        </w:rPr>
        <w:t xml:space="preserve"> в </w:t>
      </w:r>
      <w:proofErr w:type="spellStart"/>
      <w:r w:rsidRPr="00DA0238">
        <w:rPr>
          <w:rStyle w:val="TextTranslationItalic"/>
          <w:lang w:val="ru-RU"/>
        </w:rPr>
        <w:t>Пуранах</w:t>
      </w:r>
      <w:proofErr w:type="spellEnd"/>
      <w:r w:rsidRPr="00DA0238">
        <w:rPr>
          <w:lang w:val="ru-RU"/>
        </w:rPr>
        <w:t xml:space="preserve"> </w:t>
      </w:r>
      <w:r w:rsidR="00176AAA" w:rsidRPr="00DA0238">
        <w:rPr>
          <w:lang w:val="ru-RU"/>
        </w:rPr>
        <w:t>дано</w:t>
      </w:r>
      <w:r w:rsidRPr="00DA0238">
        <w:rPr>
          <w:lang w:val="ru-RU"/>
        </w:rPr>
        <w:t xml:space="preserve"> обоснование всем </w:t>
      </w:r>
      <w:r w:rsidRPr="00DA0238">
        <w:rPr>
          <w:rStyle w:val="TextTranslationItalic"/>
          <w:lang w:val="ru-RU"/>
        </w:rPr>
        <w:t>Ведам</w:t>
      </w:r>
      <w:r w:rsidRPr="00DA0238">
        <w:rPr>
          <w:lang w:val="ru-RU"/>
        </w:rPr>
        <w:t>".</w:t>
      </w:r>
    </w:p>
    <w:p w14:paraId="2D667B7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F9A5AD1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Понимая</w:t>
      </w:r>
      <w:r w:rsidR="00322519" w:rsidRPr="00DA0238">
        <w:rPr>
          <w:lang w:val="ru-RU"/>
        </w:rPr>
        <w:t>,</w:t>
      </w:r>
      <w:r w:rsidRPr="00DA0238">
        <w:rPr>
          <w:lang w:val="ru-RU"/>
        </w:rPr>
        <w:t xml:space="preserve"> что </w:t>
      </w:r>
      <w:proofErr w:type="spellStart"/>
      <w:r w:rsidRPr="00DA0238">
        <w:rPr>
          <w:rStyle w:val="TextTranslationItalic"/>
          <w:lang w:val="ru-RU"/>
        </w:rPr>
        <w:t>Итихасы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="000E74CB" w:rsidRPr="00DA0238">
        <w:rPr>
          <w:lang w:val="ru-RU"/>
        </w:rPr>
        <w:t xml:space="preserve"> — </w:t>
      </w:r>
      <w:r w:rsidRPr="00DA0238">
        <w:rPr>
          <w:lang w:val="ru-RU"/>
        </w:rPr>
        <w:t xml:space="preserve">лишь два проявления одного Священного Слова среди множества подобных и призваны прояснить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, мы все же отводим им особое место в ряду, </w:t>
      </w:r>
      <w:r w:rsidR="0085627B">
        <w:rPr>
          <w:lang w:val="ru-RU"/>
        </w:rPr>
        <w:t xml:space="preserve">ибо </w:t>
      </w:r>
      <w:r w:rsidR="0085627B" w:rsidRPr="0085627B">
        <w:rPr>
          <w:lang w:val="ru-RU"/>
        </w:rPr>
        <w:t>им всё же принадлежит особое место благодаря исключительному достоинству того, кто явил их миру</w:t>
      </w:r>
      <w:r w:rsidRPr="00DA0238">
        <w:rPr>
          <w:lang w:val="ru-RU"/>
        </w:rPr>
        <w:t xml:space="preserve">. </w:t>
      </w:r>
      <w:r w:rsidR="0085627B">
        <w:rPr>
          <w:lang w:val="ru-RU"/>
        </w:rPr>
        <w:t>С</w:t>
      </w:r>
      <w:r w:rsidRPr="00DA0238">
        <w:rPr>
          <w:lang w:val="ru-RU"/>
        </w:rPr>
        <w:t xml:space="preserve">казано в </w:t>
      </w:r>
      <w:r w:rsidRPr="00DA0238">
        <w:rPr>
          <w:rStyle w:val="TextTranslationItalic"/>
          <w:lang w:val="ru-RU"/>
        </w:rPr>
        <w:t>Падма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: "Даже Брахма и бессмертные боги не ведают того, что ведает </w:t>
      </w:r>
      <w:proofErr w:type="spellStart"/>
      <w:r w:rsidRPr="00DA0238">
        <w:rPr>
          <w:lang w:val="ru-RU"/>
        </w:rPr>
        <w:t>Двайпаяна</w:t>
      </w:r>
      <w:proofErr w:type="spellEnd"/>
      <w:r w:rsidRPr="00DA0238">
        <w:rPr>
          <w:lang w:val="ru-RU"/>
        </w:rPr>
        <w:t xml:space="preserve"> Вьяса. Он знает </w:t>
      </w:r>
      <w:r w:rsidR="000D0A04">
        <w:rPr>
          <w:lang w:val="ru-RU"/>
        </w:rPr>
        <w:t>все, что знают иные, но знает</w:t>
      </w:r>
      <w:r w:rsidRPr="00DA0238">
        <w:rPr>
          <w:lang w:val="ru-RU"/>
        </w:rPr>
        <w:t xml:space="preserve"> и кое-что, что иные не способны себе помыслить".</w:t>
      </w:r>
    </w:p>
    <w:p w14:paraId="6F9AE9A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5038550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16</w:t>
      </w:r>
      <w:r w:rsidR="000D0A04">
        <w:rPr>
          <w:b/>
          <w:lang w:val="ru-RU"/>
        </w:rPr>
        <w:t>.</w:t>
      </w:r>
    </w:p>
    <w:p w14:paraId="131E247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669608B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lastRenderedPageBreak/>
        <w:t xml:space="preserve">В </w:t>
      </w:r>
      <w:proofErr w:type="spellStart"/>
      <w:r w:rsidRPr="00DA0238">
        <w:rPr>
          <w:rStyle w:val="TextTranslationItalic"/>
          <w:lang w:val="ru-RU"/>
        </w:rPr>
        <w:t>Сканд</w:t>
      </w:r>
      <w:r w:rsidR="000E74CB" w:rsidRPr="00DA0238">
        <w:rPr>
          <w:rStyle w:val="TextTranslationItalic"/>
          <w:lang w:val="ru-RU"/>
        </w:rPr>
        <w:t>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 сказано: "Эти иные пользуются небольшой россыпью мыслей, что высветил</w:t>
      </w:r>
      <w:r w:rsidR="00F2412D" w:rsidRPr="00DA0238">
        <w:rPr>
          <w:lang w:val="ru-RU"/>
        </w:rPr>
        <w:t>а</w:t>
      </w:r>
      <w:r w:rsidRPr="00DA0238">
        <w:rPr>
          <w:lang w:val="ru-RU"/>
        </w:rPr>
        <w:t xml:space="preserve">сь им в бескрайнем небе </w:t>
      </w:r>
      <w:proofErr w:type="spellStart"/>
      <w:r w:rsidRPr="00DA0238">
        <w:rPr>
          <w:lang w:val="ru-RU"/>
        </w:rPr>
        <w:t>Вьясова</w:t>
      </w:r>
      <w:proofErr w:type="spellEnd"/>
      <w:r w:rsidRPr="00DA0238">
        <w:rPr>
          <w:lang w:val="ru-RU"/>
        </w:rPr>
        <w:t xml:space="preserve"> ума. Они подобрали его мысли</w:t>
      </w:r>
      <w:r w:rsidR="000E74CB" w:rsidRPr="00DA0238">
        <w:rPr>
          <w:lang w:val="ru-RU"/>
        </w:rPr>
        <w:t>,</w:t>
      </w:r>
      <w:r w:rsidRPr="00DA0238">
        <w:rPr>
          <w:lang w:val="ru-RU"/>
        </w:rPr>
        <w:t xml:space="preserve"> как нищие подбирают вещи на пути </w:t>
      </w:r>
      <w:proofErr w:type="spellStart"/>
      <w:r w:rsidRPr="00DA0238">
        <w:rPr>
          <w:lang w:val="ru-RU"/>
        </w:rPr>
        <w:t>прошествующего</w:t>
      </w:r>
      <w:proofErr w:type="spellEnd"/>
      <w:r w:rsidRPr="00DA0238">
        <w:rPr>
          <w:lang w:val="ru-RU"/>
        </w:rPr>
        <w:t xml:space="preserve"> богатого каравана". Сему вторит </w:t>
      </w:r>
      <w:proofErr w:type="spellStart"/>
      <w:r w:rsidRPr="00DA0238">
        <w:rPr>
          <w:lang w:val="ru-RU"/>
        </w:rPr>
        <w:t>Парашара</w:t>
      </w:r>
      <w:proofErr w:type="spellEnd"/>
      <w:r w:rsidRPr="00DA0238">
        <w:rPr>
          <w:lang w:val="ru-RU"/>
        </w:rPr>
        <w:t xml:space="preserve"> Муни в </w:t>
      </w:r>
      <w:r w:rsidRPr="00DA0238">
        <w:rPr>
          <w:rStyle w:val="TextTranslationItalic"/>
          <w:lang w:val="ru-RU"/>
        </w:rPr>
        <w:t>Шри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Вишну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 (3.4.2-5): "Во время царствия двадцать восьмого Ману великий учитель, сын мой Вьяса</w:t>
      </w:r>
      <w:r w:rsidR="000E74CB" w:rsidRPr="00DA0238">
        <w:rPr>
          <w:lang w:val="ru-RU"/>
        </w:rPr>
        <w:t>,</w:t>
      </w:r>
      <w:r w:rsidRPr="00DA0238">
        <w:rPr>
          <w:lang w:val="ru-RU"/>
        </w:rPr>
        <w:t xml:space="preserve"> поделил единую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 на четыре части. Подобно сему слагателю муд</w:t>
      </w:r>
      <w:r w:rsidR="000E74CB" w:rsidRPr="00DA0238">
        <w:rPr>
          <w:lang w:val="ru-RU"/>
        </w:rPr>
        <w:t>р</w:t>
      </w:r>
      <w:r w:rsidRPr="00DA0238">
        <w:rPr>
          <w:lang w:val="ru-RU"/>
        </w:rPr>
        <w:t xml:space="preserve">ости, иные </w:t>
      </w:r>
      <w:proofErr w:type="spellStart"/>
      <w:r w:rsidRPr="00DA0238">
        <w:rPr>
          <w:lang w:val="ru-RU"/>
        </w:rPr>
        <w:t>Вьясы</w:t>
      </w:r>
      <w:proofErr w:type="spellEnd"/>
      <w:r w:rsidRPr="00DA0238">
        <w:rPr>
          <w:lang w:val="ru-RU"/>
        </w:rPr>
        <w:t xml:space="preserve"> ушед</w:t>
      </w:r>
      <w:r w:rsidR="000E74CB" w:rsidRPr="00DA0238">
        <w:rPr>
          <w:lang w:val="ru-RU"/>
        </w:rPr>
        <w:t>ш</w:t>
      </w:r>
      <w:r w:rsidRPr="00DA0238">
        <w:rPr>
          <w:lang w:val="ru-RU"/>
        </w:rPr>
        <w:t xml:space="preserve">их эпох, включая меня, делили и толковали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 по разумению. О лучший из </w:t>
      </w:r>
      <w:r w:rsidR="00187405" w:rsidRPr="00DA0238">
        <w:rPr>
          <w:i/>
          <w:lang w:val="ru-RU"/>
        </w:rPr>
        <w:t>брахман</w:t>
      </w:r>
      <w:r w:rsidRPr="00DA0238">
        <w:rPr>
          <w:i/>
          <w:lang w:val="ru-RU"/>
        </w:rPr>
        <w:t>ов</w:t>
      </w:r>
      <w:r w:rsidRPr="00DA0238">
        <w:rPr>
          <w:lang w:val="ru-RU"/>
        </w:rPr>
        <w:t>, знай же</w:t>
      </w:r>
      <w:r w:rsidR="000E74CB" w:rsidRPr="00DA0238">
        <w:rPr>
          <w:lang w:val="ru-RU"/>
        </w:rPr>
        <w:t>:</w:t>
      </w:r>
      <w:r w:rsidRPr="00DA0238">
        <w:rPr>
          <w:lang w:val="ru-RU"/>
        </w:rPr>
        <w:t xml:space="preserve"> в каждом </w:t>
      </w:r>
      <w:proofErr w:type="spellStart"/>
      <w:r w:rsidRPr="00DA0238">
        <w:rPr>
          <w:lang w:val="ru-RU"/>
        </w:rPr>
        <w:t>четверовековом</w:t>
      </w:r>
      <w:proofErr w:type="spellEnd"/>
      <w:r w:rsidRPr="00DA0238">
        <w:rPr>
          <w:lang w:val="ru-RU"/>
        </w:rPr>
        <w:t xml:space="preserve"> круге свой Вьяса </w:t>
      </w:r>
      <w:proofErr w:type="gramStart"/>
      <w:r w:rsidRPr="00DA0238">
        <w:rPr>
          <w:lang w:val="ru-RU"/>
        </w:rPr>
        <w:t>разветвляет</w:t>
      </w:r>
      <w:proofErr w:type="gram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Веду</w:t>
      </w:r>
      <w:r w:rsidRPr="00DA0238">
        <w:rPr>
          <w:lang w:val="ru-RU"/>
        </w:rPr>
        <w:t xml:space="preserve"> на отрасли</w:t>
      </w:r>
      <w:r w:rsidRPr="00DA0238">
        <w:rPr>
          <w:rStyle w:val="TextTranslationItalic"/>
          <w:lang w:val="ru-RU"/>
        </w:rPr>
        <w:t>.</w:t>
      </w:r>
      <w:r w:rsidRPr="00DA0238">
        <w:rPr>
          <w:lang w:val="ru-RU"/>
        </w:rPr>
        <w:t xml:space="preserve"> Но знай так</w:t>
      </w:r>
      <w:r w:rsidR="000E74CB" w:rsidRPr="00DA0238">
        <w:rPr>
          <w:lang w:val="ru-RU"/>
        </w:rPr>
        <w:t xml:space="preserve">же, что Кришна </w:t>
      </w:r>
      <w:proofErr w:type="spellStart"/>
      <w:r w:rsidR="000E74CB" w:rsidRPr="00DA0238">
        <w:rPr>
          <w:lang w:val="ru-RU"/>
        </w:rPr>
        <w:t>Двайпаяна</w:t>
      </w:r>
      <w:proofErr w:type="spellEnd"/>
      <w:r w:rsidR="000E74CB" w:rsidRPr="00DA0238">
        <w:rPr>
          <w:lang w:val="ru-RU"/>
        </w:rPr>
        <w:t xml:space="preserve"> Вьяса суть Сам </w:t>
      </w:r>
      <w:proofErr w:type="spellStart"/>
      <w:r w:rsidR="000E74CB" w:rsidRPr="00DA0238">
        <w:rPr>
          <w:lang w:val="ru-RU"/>
        </w:rPr>
        <w:t>Нараяна</w:t>
      </w:r>
      <w:proofErr w:type="spellEnd"/>
      <w:r w:rsidR="000E74CB" w:rsidRPr="00DA0238">
        <w:rPr>
          <w:lang w:val="ru-RU"/>
        </w:rPr>
        <w:t>,</w:t>
      </w:r>
      <w:r w:rsidRPr="00DA0238">
        <w:rPr>
          <w:lang w:val="ru-RU"/>
        </w:rPr>
        <w:t xml:space="preserve"> </w:t>
      </w:r>
      <w:r w:rsidR="000E74CB" w:rsidRPr="00DA0238">
        <w:rPr>
          <w:lang w:val="ru-RU"/>
        </w:rPr>
        <w:t>ибо</w:t>
      </w:r>
      <w:r w:rsidRPr="00DA0238">
        <w:rPr>
          <w:lang w:val="ru-RU"/>
        </w:rPr>
        <w:t xml:space="preserve">, о </w:t>
      </w:r>
      <w:proofErr w:type="spellStart"/>
      <w:r w:rsidRPr="00DA0238">
        <w:rPr>
          <w:lang w:val="ru-RU"/>
        </w:rPr>
        <w:t>Майтрея</w:t>
      </w:r>
      <w:proofErr w:type="spellEnd"/>
      <w:r w:rsidRPr="00DA0238">
        <w:rPr>
          <w:lang w:val="ru-RU"/>
        </w:rPr>
        <w:t xml:space="preserve">, кто на Земле сумел бы живописать </w:t>
      </w:r>
      <w:r w:rsidRPr="00DA0238">
        <w:rPr>
          <w:rStyle w:val="TextTranslationItalic"/>
          <w:lang w:val="ru-RU"/>
        </w:rPr>
        <w:t>Махабхарату</w:t>
      </w:r>
      <w:r w:rsidRPr="00DA0238">
        <w:rPr>
          <w:lang w:val="ru-RU"/>
        </w:rPr>
        <w:t>?"</w:t>
      </w:r>
    </w:p>
    <w:p w14:paraId="13A9654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49F11C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В </w:t>
      </w:r>
      <w:proofErr w:type="spellStart"/>
      <w:r w:rsidRPr="00DA0238">
        <w:rPr>
          <w:rStyle w:val="TextTranslationItalic"/>
          <w:lang w:val="ru-RU"/>
        </w:rPr>
        <w:t>Сканд</w:t>
      </w:r>
      <w:r w:rsidR="000E74CB" w:rsidRPr="00DA0238">
        <w:rPr>
          <w:rStyle w:val="TextTranslationItalic"/>
          <w:lang w:val="ru-RU"/>
        </w:rPr>
        <w:t>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 писано: "Знание в здешнем мире произошло от </w:t>
      </w:r>
      <w:proofErr w:type="spellStart"/>
      <w:r w:rsidRPr="00DA0238">
        <w:rPr>
          <w:lang w:val="ru-RU"/>
        </w:rPr>
        <w:t>Нараяны</w:t>
      </w:r>
      <w:proofErr w:type="spellEnd"/>
      <w:r w:rsidRPr="00DA0238">
        <w:rPr>
          <w:lang w:val="ru-RU"/>
        </w:rPr>
        <w:t xml:space="preserve">. В </w:t>
      </w:r>
      <w:r w:rsidRPr="00DA0238">
        <w:rPr>
          <w:rStyle w:val="TextTranslationItalic"/>
          <w:lang w:val="ru-RU"/>
        </w:rPr>
        <w:t>Крита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югу</w:t>
      </w:r>
      <w:r w:rsidRPr="00DA0238">
        <w:rPr>
          <w:lang w:val="ru-RU"/>
        </w:rPr>
        <w:t xml:space="preserve"> оно пребывало нетронуто. В </w:t>
      </w:r>
      <w:proofErr w:type="spellStart"/>
      <w:r w:rsidRPr="00DA0238">
        <w:rPr>
          <w:rStyle w:val="TextTranslationItalic"/>
          <w:lang w:val="ru-RU"/>
        </w:rPr>
        <w:t>Трета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югу</w:t>
      </w:r>
      <w:r w:rsidRPr="00DA0238">
        <w:rPr>
          <w:lang w:val="ru-RU"/>
        </w:rPr>
        <w:t xml:space="preserve"> было оно порчено. В </w:t>
      </w:r>
      <w:proofErr w:type="spellStart"/>
      <w:r w:rsidRPr="00DA0238">
        <w:rPr>
          <w:rStyle w:val="TextTranslationItalic"/>
          <w:lang w:val="ru-RU"/>
        </w:rPr>
        <w:t>Двапара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югу</w:t>
      </w:r>
      <w:r w:rsidRPr="00DA0238">
        <w:rPr>
          <w:lang w:val="ru-RU"/>
        </w:rPr>
        <w:t xml:space="preserve"> загублено вовсе. Когда так по заклятию Гаутамы Риши знание было обезображено до </w:t>
      </w:r>
      <w:r w:rsidR="000E74CB" w:rsidRPr="00DA0238">
        <w:rPr>
          <w:lang w:val="ru-RU"/>
        </w:rPr>
        <w:t>невежества</w:t>
      </w:r>
      <w:r w:rsidRPr="00DA0238">
        <w:rPr>
          <w:lang w:val="ru-RU"/>
        </w:rPr>
        <w:t xml:space="preserve">, удрученные боги под водительством Брахмы и Рудры направились для защиты ко всесильному благому </w:t>
      </w:r>
      <w:proofErr w:type="spellStart"/>
      <w:r w:rsidRPr="00DA0238">
        <w:rPr>
          <w:lang w:val="ru-RU"/>
        </w:rPr>
        <w:t>Нараяне</w:t>
      </w:r>
      <w:proofErr w:type="spellEnd"/>
      <w:r w:rsidRPr="00DA0238">
        <w:rPr>
          <w:lang w:val="ru-RU"/>
        </w:rPr>
        <w:t xml:space="preserve">. Вняв мольбе их, Владыка тайных сил низошел на землю изо чрева </w:t>
      </w:r>
      <w:proofErr w:type="spellStart"/>
      <w:r w:rsidRPr="00DA0238">
        <w:rPr>
          <w:lang w:val="ru-RU"/>
        </w:rPr>
        <w:t>Сатьявати</w:t>
      </w:r>
      <w:proofErr w:type="spellEnd"/>
      <w:r w:rsidRPr="00DA0238">
        <w:rPr>
          <w:lang w:val="ru-RU"/>
        </w:rPr>
        <w:t xml:space="preserve"> в облике </w:t>
      </w:r>
      <w:proofErr w:type="spellStart"/>
      <w:r w:rsidRPr="00DA0238">
        <w:rPr>
          <w:lang w:val="ru-RU"/>
        </w:rPr>
        <w:t>Парашарова</w:t>
      </w:r>
      <w:proofErr w:type="spellEnd"/>
      <w:r w:rsidRPr="00DA0238">
        <w:rPr>
          <w:lang w:val="ru-RU"/>
        </w:rPr>
        <w:t xml:space="preserve"> сына. В том образе светлом Всевышний Хари </w:t>
      </w:r>
      <w:proofErr w:type="gramStart"/>
      <w:r w:rsidRPr="00DA0238">
        <w:rPr>
          <w:lang w:val="ru-RU"/>
        </w:rPr>
        <w:t xml:space="preserve">отверженную </w:t>
      </w:r>
      <w:r w:rsidRPr="00DA0238">
        <w:rPr>
          <w:i/>
          <w:lang w:val="ru-RU"/>
        </w:rPr>
        <w:t>Веду</w:t>
      </w:r>
      <w:proofErr w:type="gramEnd"/>
      <w:r w:rsidRPr="00DA0238">
        <w:rPr>
          <w:lang w:val="ru-RU"/>
        </w:rPr>
        <w:t xml:space="preserve"> восстановил".</w:t>
      </w:r>
    </w:p>
    <w:p w14:paraId="457A205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936842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Под словом "</w:t>
      </w:r>
      <w:r w:rsidR="00A95633" w:rsidRPr="00DA0238">
        <w:rPr>
          <w:rStyle w:val="TextTranslationItalic"/>
          <w:lang w:val="ru-RU"/>
        </w:rPr>
        <w:t>В</w:t>
      </w:r>
      <w:r w:rsidRPr="00DA0238">
        <w:rPr>
          <w:rStyle w:val="TextTranslationItalic"/>
          <w:lang w:val="ru-RU"/>
        </w:rPr>
        <w:t>еда</w:t>
      </w:r>
      <w:r w:rsidRPr="00DA0238">
        <w:rPr>
          <w:lang w:val="ru-RU"/>
        </w:rPr>
        <w:t xml:space="preserve">" в приведенном стихе понимаются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Итихасы</w:t>
      </w:r>
      <w:proofErr w:type="spellEnd"/>
      <w:r w:rsidRPr="00DA0238">
        <w:rPr>
          <w:rStyle w:val="TextTranslationItalic"/>
          <w:lang w:val="ru-RU"/>
        </w:rPr>
        <w:t>.</w:t>
      </w:r>
    </w:p>
    <w:p w14:paraId="3B7916B3" w14:textId="77777777" w:rsidR="003B67ED" w:rsidRPr="00181B7C" w:rsidRDefault="003B67ED" w:rsidP="004E41B6">
      <w:pPr>
        <w:ind w:firstLine="180"/>
        <w:rPr>
          <w:b/>
          <w:lang w:val="ru-RU"/>
        </w:rPr>
      </w:pPr>
    </w:p>
    <w:p w14:paraId="2F68A9F8" w14:textId="77777777" w:rsidR="003B67ED" w:rsidRPr="00181B7C" w:rsidRDefault="007B7D34" w:rsidP="004E41B6">
      <w:pPr>
        <w:pStyle w:val="TextTranslation"/>
        <w:ind w:firstLine="180"/>
        <w:rPr>
          <w:lang w:val="ru-RU"/>
        </w:rPr>
      </w:pPr>
      <w:r w:rsidRPr="00181B7C">
        <w:rPr>
          <w:lang w:val="ru-RU"/>
        </w:rPr>
        <w:t xml:space="preserve">Итак, в нашем исследовании, чтобы установить достоверный источник знания, следует обратиться к </w:t>
      </w:r>
      <w:proofErr w:type="spellStart"/>
      <w:r w:rsidRPr="00181B7C">
        <w:rPr>
          <w:i/>
          <w:lang w:val="ru-RU"/>
        </w:rPr>
        <w:t>Итихасам</w:t>
      </w:r>
      <w:proofErr w:type="spellEnd"/>
      <w:r w:rsidRPr="00181B7C">
        <w:rPr>
          <w:lang w:val="ru-RU"/>
        </w:rPr>
        <w:t xml:space="preserve"> и </w:t>
      </w:r>
      <w:proofErr w:type="spellStart"/>
      <w:r w:rsidRPr="00181B7C">
        <w:rPr>
          <w:i/>
          <w:lang w:val="ru-RU"/>
        </w:rPr>
        <w:t>Пуран</w:t>
      </w:r>
      <w:r>
        <w:rPr>
          <w:i/>
          <w:lang w:val="ru-RU"/>
        </w:rPr>
        <w:t>ам</w:t>
      </w:r>
      <w:proofErr w:type="spellEnd"/>
      <w:r>
        <w:rPr>
          <w:lang w:val="ru-RU"/>
        </w:rPr>
        <w:t>, среди коих последние имеют первостепенную важность</w:t>
      </w:r>
      <w:r>
        <w:rPr>
          <w:rStyle w:val="TextTranslationItalic"/>
          <w:lang w:val="ru-RU"/>
        </w:rPr>
        <w:t>.</w:t>
      </w:r>
      <w:r>
        <w:rPr>
          <w:lang w:val="ru-RU"/>
        </w:rPr>
        <w:t xml:space="preserve"> Ибо гласит </w:t>
      </w:r>
      <w:proofErr w:type="spellStart"/>
      <w:r>
        <w:rPr>
          <w:rStyle w:val="TextTranslationItalic"/>
          <w:lang w:val="ru-RU"/>
        </w:rPr>
        <w:t>Нарада</w:t>
      </w:r>
      <w:proofErr w:type="spellEnd"/>
      <w:r>
        <w:rPr>
          <w:lang w:val="ru-RU"/>
        </w:rPr>
        <w:t xml:space="preserve"> </w:t>
      </w:r>
      <w:proofErr w:type="spellStart"/>
      <w:r>
        <w:rPr>
          <w:rStyle w:val="TextTranslationItalic"/>
          <w:lang w:val="ru-RU"/>
        </w:rPr>
        <w:t>Пурана</w:t>
      </w:r>
      <w:proofErr w:type="spellEnd"/>
      <w:r>
        <w:rPr>
          <w:lang w:val="ru-RU"/>
        </w:rPr>
        <w:t xml:space="preserve">: "О прекрасный муж, я полагаю </w:t>
      </w:r>
      <w:proofErr w:type="spellStart"/>
      <w:r>
        <w:rPr>
          <w:rStyle w:val="TextTranslationItalic"/>
          <w:lang w:val="ru-RU"/>
        </w:rPr>
        <w:t>Пураны</w:t>
      </w:r>
      <w:proofErr w:type="spellEnd"/>
      <w:r>
        <w:rPr>
          <w:lang w:val="ru-RU"/>
        </w:rPr>
        <w:t xml:space="preserve"> более значимыми, нежели </w:t>
      </w:r>
      <w:r>
        <w:rPr>
          <w:rStyle w:val="TextTranslationItalic"/>
          <w:lang w:val="ru-RU"/>
        </w:rPr>
        <w:t>Вед</w:t>
      </w:r>
      <w:r w:rsidRPr="00181B7C">
        <w:rPr>
          <w:rStyle w:val="TextTranslationItalic"/>
          <w:lang w:val="ru-RU"/>
        </w:rPr>
        <w:t>ы.</w:t>
      </w:r>
      <w:r w:rsidRPr="00181B7C">
        <w:rPr>
          <w:lang w:val="ru-RU"/>
        </w:rPr>
        <w:t xml:space="preserve"> </w:t>
      </w:r>
      <w:r w:rsidRPr="00181B7C">
        <w:rPr>
          <w:rStyle w:val="TextTranslationItalic"/>
          <w:lang w:val="ru-RU"/>
        </w:rPr>
        <w:t>Ведам</w:t>
      </w:r>
      <w:r w:rsidRPr="00181B7C">
        <w:rPr>
          <w:lang w:val="ru-RU"/>
        </w:rPr>
        <w:t xml:space="preserve"> несомненно служат основой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. Всякий хулящий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 уродится в следующей жизни животным: даже если стяжал он многие добродетели, умиротворил ум свой и смирил плоть свою, все одно заслужил он злую судьбу за непочтение </w:t>
      </w:r>
      <w:proofErr w:type="spellStart"/>
      <w:r w:rsidRPr="00181B7C">
        <w:rPr>
          <w:rStyle w:val="TextTranslationItalic"/>
          <w:lang w:val="ru-RU"/>
        </w:rPr>
        <w:t>Пуран</w:t>
      </w:r>
      <w:proofErr w:type="spellEnd"/>
      <w:r w:rsidRPr="00181B7C">
        <w:rPr>
          <w:lang w:val="ru-RU"/>
        </w:rPr>
        <w:t>".</w:t>
      </w:r>
    </w:p>
    <w:p w14:paraId="5D4D59DF" w14:textId="77777777" w:rsidR="003B67ED" w:rsidRPr="00181B7C" w:rsidRDefault="003B67ED" w:rsidP="004E41B6">
      <w:pPr>
        <w:ind w:firstLine="180"/>
        <w:rPr>
          <w:b/>
          <w:lang w:val="ru-RU"/>
        </w:rPr>
      </w:pPr>
    </w:p>
    <w:p w14:paraId="7B7DA47D" w14:textId="77777777" w:rsidR="003B67ED" w:rsidRPr="00181B7C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181B7C">
        <w:rPr>
          <w:b/>
          <w:lang w:val="ru-RU"/>
        </w:rPr>
        <w:t>17</w:t>
      </w:r>
      <w:r w:rsidR="00654FB1" w:rsidRPr="00181B7C">
        <w:rPr>
          <w:b/>
          <w:lang w:val="ru-RU"/>
        </w:rPr>
        <w:t>.</w:t>
      </w:r>
    </w:p>
    <w:p w14:paraId="1E1C3F81" w14:textId="77777777" w:rsidR="003B67ED" w:rsidRPr="00181B7C" w:rsidRDefault="003B67ED" w:rsidP="004E41B6">
      <w:pPr>
        <w:ind w:firstLine="180"/>
        <w:rPr>
          <w:b/>
          <w:lang w:val="ru-RU"/>
        </w:rPr>
      </w:pPr>
    </w:p>
    <w:p w14:paraId="3CBD078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181B7C">
        <w:rPr>
          <w:lang w:val="ru-RU"/>
        </w:rPr>
        <w:t xml:space="preserve">В </w:t>
      </w:r>
      <w:proofErr w:type="spellStart"/>
      <w:r w:rsidRPr="00181B7C">
        <w:rPr>
          <w:rStyle w:val="TextTranslationItalic"/>
          <w:lang w:val="ru-RU"/>
        </w:rPr>
        <w:t>Прабхаса</w:t>
      </w:r>
      <w:r w:rsidRPr="00181B7C">
        <w:rPr>
          <w:lang w:val="ru-RU"/>
        </w:rPr>
        <w:t>-</w:t>
      </w:r>
      <w:r w:rsidRPr="00181B7C">
        <w:rPr>
          <w:rStyle w:val="TextTranslationItalic"/>
          <w:lang w:val="ru-RU"/>
        </w:rPr>
        <w:t>кханде</w:t>
      </w:r>
      <w:proofErr w:type="spellEnd"/>
      <w:r w:rsidRPr="00181B7C">
        <w:rPr>
          <w:lang w:val="ru-RU"/>
        </w:rPr>
        <w:t xml:space="preserve"> </w:t>
      </w:r>
      <w:proofErr w:type="spellStart"/>
      <w:r w:rsidRPr="00181B7C">
        <w:rPr>
          <w:rStyle w:val="TextTranslationItalic"/>
          <w:lang w:val="ru-RU"/>
        </w:rPr>
        <w:t>Сканда</w:t>
      </w:r>
      <w:proofErr w:type="spellEnd"/>
      <w:r w:rsidRPr="00181B7C">
        <w:rPr>
          <w:lang w:val="ru-RU"/>
        </w:rPr>
        <w:t xml:space="preserve">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 (3.121-24) сказано: "О лучший из </w:t>
      </w:r>
      <w:r w:rsidR="00187405" w:rsidRPr="00181B7C">
        <w:rPr>
          <w:rStyle w:val="TextTranslationItalic"/>
          <w:lang w:val="ru-RU"/>
        </w:rPr>
        <w:t>брахман</w:t>
      </w:r>
      <w:r w:rsidRPr="00181B7C">
        <w:rPr>
          <w:rStyle w:val="TextTranslationItalic"/>
          <w:lang w:val="ru-RU"/>
        </w:rPr>
        <w:t>ов</w:t>
      </w:r>
      <w:r w:rsidRPr="00181B7C">
        <w:rPr>
          <w:lang w:val="ru-RU"/>
        </w:rPr>
        <w:t xml:space="preserve">, я полагаю значимость </w:t>
      </w:r>
      <w:proofErr w:type="spellStart"/>
      <w:r w:rsidRPr="00181B7C">
        <w:rPr>
          <w:rStyle w:val="TextTranslationItalic"/>
          <w:lang w:val="ru-RU"/>
        </w:rPr>
        <w:t>Пуран</w:t>
      </w:r>
      <w:proofErr w:type="spellEnd"/>
      <w:r w:rsidRPr="00181B7C">
        <w:rPr>
          <w:lang w:val="ru-RU"/>
        </w:rPr>
        <w:t xml:space="preserve"> наравне с </w:t>
      </w:r>
      <w:r w:rsidRPr="00181B7C">
        <w:rPr>
          <w:rStyle w:val="TextTranslationItalic"/>
          <w:lang w:val="ru-RU"/>
        </w:rPr>
        <w:t>Ведами</w:t>
      </w:r>
      <w:r w:rsidRPr="00181B7C">
        <w:rPr>
          <w:lang w:val="ru-RU"/>
        </w:rPr>
        <w:t xml:space="preserve">. </w:t>
      </w:r>
      <w:r w:rsidRPr="00181B7C">
        <w:rPr>
          <w:rStyle w:val="TextTranslationItalic"/>
          <w:lang w:val="ru-RU"/>
        </w:rPr>
        <w:t>Вед</w:t>
      </w:r>
      <w:r w:rsidR="00F27919" w:rsidRPr="00181B7C">
        <w:rPr>
          <w:rStyle w:val="TextTranslationItalic"/>
          <w:lang w:val="ru-RU"/>
        </w:rPr>
        <w:t>е</w:t>
      </w:r>
      <w:r w:rsidRPr="00181B7C">
        <w:rPr>
          <w:lang w:val="ru-RU"/>
        </w:rPr>
        <w:t xml:space="preserve"> служат основой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rStyle w:val="TextTranslationItalic"/>
          <w:lang w:val="ru-RU"/>
        </w:rPr>
        <w:t>.</w:t>
      </w:r>
      <w:r w:rsidRPr="00181B7C">
        <w:rPr>
          <w:lang w:val="ru-RU"/>
        </w:rPr>
        <w:t xml:space="preserve"> Однажды в древние времена убоялась </w:t>
      </w:r>
      <w:r w:rsidRPr="00181B7C">
        <w:rPr>
          <w:rStyle w:val="TextTranslationItalic"/>
          <w:lang w:val="ru-RU"/>
        </w:rPr>
        <w:t>Веда</w:t>
      </w:r>
      <w:r w:rsidRPr="00181B7C">
        <w:rPr>
          <w:lang w:val="ru-RU"/>
        </w:rPr>
        <w:t xml:space="preserve">, что люди извратят ее, ибо утратили они умение должно слушать. Тогда выступили </w:t>
      </w:r>
      <w:proofErr w:type="spellStart"/>
      <w:r w:rsidRPr="00181B7C">
        <w:rPr>
          <w:rStyle w:val="TextTranslationItalic"/>
          <w:lang w:val="ru-RU"/>
        </w:rPr>
        <w:t>Пураны</w:t>
      </w:r>
      <w:proofErr w:type="spellEnd"/>
      <w:r w:rsidRPr="00181B7C">
        <w:rPr>
          <w:lang w:val="ru-RU"/>
        </w:rPr>
        <w:t xml:space="preserve"> и </w:t>
      </w:r>
      <w:proofErr w:type="spellStart"/>
      <w:r w:rsidRPr="00181B7C">
        <w:rPr>
          <w:rStyle w:val="TextTranslationItalic"/>
          <w:lang w:val="ru-RU"/>
        </w:rPr>
        <w:t>Итихасы</w:t>
      </w:r>
      <w:proofErr w:type="spellEnd"/>
      <w:r w:rsidRPr="00181B7C">
        <w:rPr>
          <w:lang w:val="ru-RU"/>
        </w:rPr>
        <w:t xml:space="preserve"> безусловным основанием </w:t>
      </w:r>
      <w:r w:rsidRPr="00181B7C">
        <w:rPr>
          <w:rStyle w:val="TextTranslationItalic"/>
          <w:lang w:val="ru-RU"/>
        </w:rPr>
        <w:t>Веде</w:t>
      </w:r>
      <w:r w:rsidRPr="00181B7C">
        <w:rPr>
          <w:lang w:val="ru-RU"/>
        </w:rPr>
        <w:t xml:space="preserve">. Что не найти в </w:t>
      </w:r>
      <w:r w:rsidRPr="00181B7C">
        <w:rPr>
          <w:rStyle w:val="TextTranslationItalic"/>
          <w:lang w:val="ru-RU"/>
        </w:rPr>
        <w:t>Ведах</w:t>
      </w:r>
      <w:r w:rsidR="00DF15B2" w:rsidRPr="00181B7C">
        <w:rPr>
          <w:rStyle w:val="TextTranslationItalic"/>
          <w:i w:val="0"/>
          <w:lang w:val="ru-RU"/>
        </w:rPr>
        <w:t>,</w:t>
      </w:r>
      <w:r w:rsidRPr="00181B7C">
        <w:rPr>
          <w:lang w:val="ru-RU"/>
        </w:rPr>
        <w:t xml:space="preserve"> находится в </w:t>
      </w:r>
      <w:proofErr w:type="spellStart"/>
      <w:r w:rsidRPr="00181B7C">
        <w:rPr>
          <w:rStyle w:val="TextTranslationItalic"/>
          <w:lang w:val="ru-RU"/>
        </w:rPr>
        <w:t>смрити</w:t>
      </w:r>
      <w:proofErr w:type="spellEnd"/>
      <w:r w:rsidRPr="00181B7C">
        <w:rPr>
          <w:lang w:val="ru-RU"/>
        </w:rPr>
        <w:t xml:space="preserve">, а что не найти в </w:t>
      </w:r>
      <w:r w:rsidRPr="00181B7C">
        <w:rPr>
          <w:rStyle w:val="TextTranslationItalic"/>
          <w:lang w:val="ru-RU"/>
        </w:rPr>
        <w:t>Ведах</w:t>
      </w:r>
      <w:r w:rsidRPr="00181B7C">
        <w:rPr>
          <w:lang w:val="ru-RU"/>
        </w:rPr>
        <w:t xml:space="preserve"> и </w:t>
      </w:r>
      <w:proofErr w:type="spellStart"/>
      <w:r w:rsidRPr="00181B7C">
        <w:rPr>
          <w:rStyle w:val="TextTranslationItalic"/>
          <w:lang w:val="ru-RU"/>
        </w:rPr>
        <w:t>смрити</w:t>
      </w:r>
      <w:proofErr w:type="spellEnd"/>
      <w:r w:rsidR="004D50CB" w:rsidRPr="00181B7C">
        <w:rPr>
          <w:rStyle w:val="TextTranslationItalic"/>
          <w:lang w:val="ru-RU"/>
        </w:rPr>
        <w:t xml:space="preserve"> </w:t>
      </w:r>
      <w:r w:rsidR="004D50CB" w:rsidRPr="00181B7C">
        <w:rPr>
          <w:rStyle w:val="TextTranslationItalic"/>
          <w:i w:val="0"/>
          <w:lang w:val="ru-RU"/>
        </w:rPr>
        <w:t>[изложенном знании]</w:t>
      </w:r>
      <w:r w:rsidRPr="00181B7C">
        <w:rPr>
          <w:lang w:val="ru-RU"/>
        </w:rPr>
        <w:t>, очевидн</w:t>
      </w:r>
      <w:r w:rsidRPr="00DA0238">
        <w:rPr>
          <w:lang w:val="ru-RU"/>
        </w:rPr>
        <w:t xml:space="preserve">о находится в </w:t>
      </w:r>
      <w:proofErr w:type="spellStart"/>
      <w:r w:rsidRPr="00DA0238">
        <w:rPr>
          <w:rStyle w:val="TextTranslationItalic"/>
          <w:lang w:val="ru-RU"/>
        </w:rPr>
        <w:t>Пуранах</w:t>
      </w:r>
      <w:proofErr w:type="spellEnd"/>
      <w:r w:rsidRPr="00DA0238">
        <w:rPr>
          <w:rStyle w:val="TextTranslationItalic"/>
          <w:lang w:val="ru-RU"/>
        </w:rPr>
        <w:t>.</w:t>
      </w:r>
      <w:r w:rsidRPr="00DA0238">
        <w:rPr>
          <w:lang w:val="ru-RU"/>
        </w:rPr>
        <w:t xml:space="preserve"> О </w:t>
      </w:r>
      <w:r w:rsidR="00187405" w:rsidRPr="00DA0238">
        <w:rPr>
          <w:rStyle w:val="TextTranslationItalic"/>
          <w:lang w:val="ru-RU"/>
        </w:rPr>
        <w:t>брахман</w:t>
      </w:r>
      <w:r w:rsidRPr="00DA0238">
        <w:rPr>
          <w:rStyle w:val="TextTranslationItalic"/>
          <w:lang w:val="ru-RU"/>
        </w:rPr>
        <w:t>ы</w:t>
      </w:r>
      <w:r w:rsidRPr="00DA0238">
        <w:rPr>
          <w:lang w:val="ru-RU"/>
        </w:rPr>
        <w:t xml:space="preserve">, кто познал </w:t>
      </w:r>
      <w:r w:rsidRPr="00DA0238">
        <w:rPr>
          <w:rStyle w:val="TextTranslationItalic"/>
          <w:lang w:val="ru-RU"/>
        </w:rPr>
        <w:t>Веды</w:t>
      </w:r>
      <w:r w:rsidRPr="00DA0238">
        <w:rPr>
          <w:lang w:val="ru-RU"/>
        </w:rPr>
        <w:t xml:space="preserve"> и их ветви и познал </w:t>
      </w:r>
      <w:r w:rsidRPr="00DA0238">
        <w:rPr>
          <w:rStyle w:val="TextTranslationItalic"/>
          <w:lang w:val="ru-RU"/>
        </w:rPr>
        <w:t>Упанишады</w:t>
      </w:r>
      <w:r w:rsidRPr="00DA0238">
        <w:rPr>
          <w:lang w:val="ru-RU"/>
        </w:rPr>
        <w:t xml:space="preserve">, но не ведает </w:t>
      </w:r>
      <w:proofErr w:type="spellStart"/>
      <w:r w:rsidRPr="00DA0238">
        <w:rPr>
          <w:rStyle w:val="TextTranslationItalic"/>
          <w:lang w:val="ru-RU"/>
        </w:rPr>
        <w:t>Пурану</w:t>
      </w:r>
      <w:proofErr w:type="spellEnd"/>
      <w:r w:rsidRPr="00DA0238">
        <w:rPr>
          <w:lang w:val="ru-RU"/>
        </w:rPr>
        <w:t>, тот не вполне учен".</w:t>
      </w:r>
    </w:p>
    <w:p w14:paraId="3AD609A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03D161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Итак, разрешив вопрос с достоверностью и авторитетом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>, мы должны разрешить вопрос об их нынешнем виде и состоянии, ибо обыватель нынче с трудом понимает их первородный текст, к тому же дошедший до нас отрывками. А те, что дошли до нас, призывают к поклонению разным богам.</w:t>
      </w:r>
    </w:p>
    <w:p w14:paraId="0284988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3DCC478" w14:textId="77777777" w:rsidR="003B67ED" w:rsidRPr="00181B7C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Сказано в </w:t>
      </w:r>
      <w:proofErr w:type="spellStart"/>
      <w:r>
        <w:rPr>
          <w:rStyle w:val="TextTranslationItalic"/>
          <w:lang w:val="ru-RU"/>
        </w:rPr>
        <w:t>Матсья</w:t>
      </w:r>
      <w:proofErr w:type="spellEnd"/>
      <w:r>
        <w:rPr>
          <w:lang w:val="ru-RU"/>
        </w:rPr>
        <w:t xml:space="preserve"> </w:t>
      </w:r>
      <w:proofErr w:type="spellStart"/>
      <w:r>
        <w:rPr>
          <w:rStyle w:val="TextTranslationItalic"/>
          <w:lang w:val="ru-RU"/>
        </w:rPr>
        <w:t>Пуране</w:t>
      </w:r>
      <w:proofErr w:type="spellEnd"/>
      <w:r>
        <w:rPr>
          <w:lang w:val="ru-RU"/>
        </w:rPr>
        <w:t xml:space="preserve"> (53.65, 68-69): "Всякое предание есть </w:t>
      </w:r>
      <w:proofErr w:type="spellStart"/>
      <w:r>
        <w:rPr>
          <w:rStyle w:val="TextTranslationItalic"/>
          <w:lang w:val="ru-RU"/>
        </w:rPr>
        <w:t>Пурана</w:t>
      </w:r>
      <w:proofErr w:type="spellEnd"/>
      <w:r>
        <w:rPr>
          <w:lang w:val="ru-RU"/>
        </w:rPr>
        <w:t>, если живописует пять предметов: творение; разрушение; происхождение видов; правление вселенских блюстителей законов (Ману); и деяния доблестных царей — иначе таковое предание именуется просто "слово" [</w:t>
      </w:r>
      <w:proofErr w:type="spellStart"/>
      <w:r>
        <w:rPr>
          <w:rStyle w:val="TextTranslationItalic"/>
          <w:lang w:val="ru-RU"/>
        </w:rPr>
        <w:t>акхьяна</w:t>
      </w:r>
      <w:proofErr w:type="spellEnd"/>
      <w:r>
        <w:rPr>
          <w:lang w:val="ru-RU"/>
        </w:rPr>
        <w:t xml:space="preserve">]. В </w:t>
      </w:r>
      <w:proofErr w:type="spellStart"/>
      <w:r>
        <w:rPr>
          <w:rStyle w:val="TextTranslationItalic"/>
          <w:lang w:val="ru-RU"/>
        </w:rPr>
        <w:t>Пуране</w:t>
      </w:r>
      <w:proofErr w:type="spellEnd"/>
      <w:r>
        <w:rPr>
          <w:lang w:val="ru-RU"/>
        </w:rPr>
        <w:t>, живописующей дни Брахмы во благе, прославлен Всевышний Хари. В той, что живописует дни Брахмы во страсти, просл</w:t>
      </w:r>
      <w:r w:rsidRPr="00181B7C">
        <w:rPr>
          <w:lang w:val="ru-RU"/>
        </w:rPr>
        <w:t xml:space="preserve">авлен Брахма. Те, что вещают в </w:t>
      </w:r>
      <w:r w:rsidRPr="00181B7C">
        <w:rPr>
          <w:lang w:val="ru-RU"/>
        </w:rPr>
        <w:lastRenderedPageBreak/>
        <w:t>помрачении, славят огненного бога Агни и Шиву тоже. Живописующие дни смешения славят Сарасвати и предков (</w:t>
      </w:r>
      <w:r w:rsidRPr="00181B7C">
        <w:rPr>
          <w:i/>
          <w:lang w:val="ru-RU"/>
        </w:rPr>
        <w:t>Питов</w:t>
      </w:r>
      <w:r w:rsidRPr="00181B7C">
        <w:rPr>
          <w:lang w:val="ru-RU"/>
        </w:rPr>
        <w:t>)".</w:t>
      </w:r>
    </w:p>
    <w:p w14:paraId="3769FD5F" w14:textId="77777777" w:rsidR="003B67ED" w:rsidRPr="00181B7C" w:rsidRDefault="00E51A7A" w:rsidP="00E51A7A">
      <w:pPr>
        <w:tabs>
          <w:tab w:val="left" w:pos="3309"/>
        </w:tabs>
        <w:ind w:firstLine="180"/>
        <w:rPr>
          <w:b/>
          <w:lang w:val="ru-RU"/>
        </w:rPr>
      </w:pPr>
      <w:r w:rsidRPr="00181B7C">
        <w:rPr>
          <w:b/>
          <w:lang w:val="ru-RU"/>
        </w:rPr>
        <w:tab/>
      </w:r>
    </w:p>
    <w:p w14:paraId="782A04D1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Прославление огненного бога Агни суть живописание жертвоприношения священным огням, коих есть множество. В выражении "и Шиву тоже" слово "тоже" указы</w:t>
      </w:r>
      <w:r w:rsidR="00DF15B2" w:rsidRPr="00DA0238">
        <w:rPr>
          <w:lang w:val="ru-RU"/>
        </w:rPr>
        <w:t>в</w:t>
      </w:r>
      <w:r w:rsidRPr="00DA0238">
        <w:rPr>
          <w:lang w:val="ru-RU"/>
        </w:rPr>
        <w:t xml:space="preserve">ает на супругу Всеблагого. "В дни смешения" означает </w:t>
      </w:r>
      <w:r w:rsidR="00B9053E">
        <w:rPr>
          <w:lang w:val="ru-RU"/>
        </w:rPr>
        <w:t>"в дн</w:t>
      </w:r>
      <w:r w:rsidRPr="00DA0238">
        <w:rPr>
          <w:lang w:val="ru-RU"/>
        </w:rPr>
        <w:t>и Брахмы, в кои умир</w:t>
      </w:r>
      <w:r w:rsidR="00DF15B2" w:rsidRPr="00DA0238">
        <w:rPr>
          <w:lang w:val="ru-RU"/>
        </w:rPr>
        <w:t>о</w:t>
      </w:r>
      <w:r w:rsidRPr="00DA0238">
        <w:rPr>
          <w:lang w:val="ru-RU"/>
        </w:rPr>
        <w:t>творение, волнение и помрачение присутствуют в равной мере. "Сарасвати"</w:t>
      </w:r>
      <w:r w:rsidR="00DF15B2" w:rsidRPr="00DA0238">
        <w:rPr>
          <w:lang w:val="ru-RU"/>
        </w:rPr>
        <w:t> —</w:t>
      </w:r>
      <w:r w:rsidRPr="00DA0238">
        <w:rPr>
          <w:lang w:val="ru-RU"/>
        </w:rPr>
        <w:t xml:space="preserve"> совокупное название богов, ведомых ею, мудростью, ибо она богиня среди изустной речи. Словом "предки" обозначаются обряды</w:t>
      </w:r>
      <w:r w:rsidR="00DF15B2" w:rsidRPr="00DA0238">
        <w:rPr>
          <w:lang w:val="ru-RU"/>
        </w:rPr>
        <w:t>,</w:t>
      </w:r>
      <w:r w:rsidRPr="00DA0238">
        <w:rPr>
          <w:lang w:val="ru-RU"/>
        </w:rPr>
        <w:t xml:space="preserve"> ведущ</w:t>
      </w:r>
      <w:r w:rsidR="00B9053E">
        <w:rPr>
          <w:lang w:val="ru-RU"/>
        </w:rPr>
        <w:t>ие в небесные чертоги. Ибо гласи</w:t>
      </w:r>
      <w:r w:rsidRPr="00DA0238">
        <w:rPr>
          <w:lang w:val="ru-RU"/>
        </w:rPr>
        <w:t xml:space="preserve">т </w:t>
      </w:r>
      <w:r w:rsidRPr="00DA0238">
        <w:rPr>
          <w:rStyle w:val="TextTranslationItalic"/>
          <w:lang w:val="ru-RU"/>
        </w:rPr>
        <w:t>шрути</w:t>
      </w:r>
      <w:r w:rsidR="004D50CB">
        <w:rPr>
          <w:rStyle w:val="TextTranslationItalic"/>
          <w:lang w:val="ru-RU"/>
        </w:rPr>
        <w:t xml:space="preserve"> </w:t>
      </w:r>
      <w:r w:rsidR="004D50CB" w:rsidRPr="004D50CB">
        <w:rPr>
          <w:rStyle w:val="TextTranslationItalic"/>
          <w:i w:val="0"/>
          <w:lang w:val="ru-RU"/>
        </w:rPr>
        <w:t>[услышанное знание]</w:t>
      </w:r>
      <w:r w:rsidR="004D50CB">
        <w:rPr>
          <w:lang w:val="ru-RU"/>
        </w:rPr>
        <w:t>: "О</w:t>
      </w:r>
      <w:r w:rsidRPr="00DA0238">
        <w:rPr>
          <w:lang w:val="ru-RU"/>
        </w:rPr>
        <w:t>брядами достигает смертный миров вселенских прародителей".</w:t>
      </w:r>
    </w:p>
    <w:p w14:paraId="7F07C7E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88DAEA1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18</w:t>
      </w:r>
      <w:r w:rsidR="00654FB1">
        <w:rPr>
          <w:b/>
          <w:lang w:val="ru-RU"/>
        </w:rPr>
        <w:t>.</w:t>
      </w:r>
    </w:p>
    <w:p w14:paraId="1E71471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AC1B0D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Из вышесказанного м</w:t>
      </w:r>
      <w:r w:rsidR="004D50CB">
        <w:rPr>
          <w:lang w:val="ru-RU"/>
        </w:rPr>
        <w:t>ы</w:t>
      </w:r>
      <w:r w:rsidRPr="00DA0238">
        <w:rPr>
          <w:lang w:val="ru-RU"/>
        </w:rPr>
        <w:t xml:space="preserve"> заключ</w:t>
      </w:r>
      <w:r w:rsidR="004D50CB">
        <w:rPr>
          <w:lang w:val="ru-RU"/>
        </w:rPr>
        <w:t>аем</w:t>
      </w:r>
      <w:r w:rsidRPr="00DA0238">
        <w:rPr>
          <w:lang w:val="ru-RU"/>
        </w:rPr>
        <w:t xml:space="preserve">, что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, упомянутые в </w:t>
      </w:r>
      <w:proofErr w:type="spellStart"/>
      <w:r w:rsidRPr="00DA0238">
        <w:rPr>
          <w:rStyle w:val="TextTranslationItalic"/>
          <w:lang w:val="ru-RU"/>
        </w:rPr>
        <w:t>Матсь</w:t>
      </w:r>
      <w:r w:rsidR="00DF15B2" w:rsidRPr="00DA0238">
        <w:rPr>
          <w:rStyle w:val="TextTranslationItalic"/>
          <w:lang w:val="ru-RU"/>
        </w:rPr>
        <w:t>я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="00F74EB6" w:rsidRPr="00DA0238">
        <w:rPr>
          <w:rStyle w:val="TextTranslationItalic"/>
          <w:i w:val="0"/>
          <w:lang w:val="ru-RU"/>
        </w:rPr>
        <w:t>,</w:t>
      </w:r>
      <w:r w:rsidRPr="00DA0238">
        <w:rPr>
          <w:lang w:val="ru-RU"/>
        </w:rPr>
        <w:t xml:space="preserve"> делятся меж собой по принадлежности к тому или иному дню Брахмы, о котором они вещают. Но остается вопрос иерархии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>. Очевидно</w:t>
      </w:r>
      <w:r w:rsidR="00DF15B2" w:rsidRPr="00DA0238">
        <w:rPr>
          <w:lang w:val="ru-RU"/>
        </w:rPr>
        <w:t>,</w:t>
      </w:r>
      <w:r w:rsidR="004D50CB">
        <w:rPr>
          <w:lang w:val="ru-RU"/>
        </w:rPr>
        <w:t xml:space="preserve"> таковую разумнее</w:t>
      </w:r>
      <w:r w:rsidR="00DF15B2" w:rsidRPr="00DA0238">
        <w:rPr>
          <w:lang w:val="ru-RU"/>
        </w:rPr>
        <w:t xml:space="preserve"> выстрои</w:t>
      </w:r>
      <w:r w:rsidRPr="00DA0238">
        <w:rPr>
          <w:lang w:val="ru-RU"/>
        </w:rPr>
        <w:t xml:space="preserve">ть по свойствам природы – просветления, волнения и помрачения. </w:t>
      </w:r>
      <w:r w:rsidR="00B077C6">
        <w:rPr>
          <w:lang w:val="ru-RU"/>
        </w:rPr>
        <w:t>И</w:t>
      </w:r>
      <w:r w:rsidRPr="00DA0238">
        <w:rPr>
          <w:lang w:val="ru-RU"/>
        </w:rPr>
        <w:t xml:space="preserve">з этого следует, что писание, имеющее свойство просветления, является самым авторитетным по части освещения запредельной действительности. Об этом свидетельствует и </w:t>
      </w:r>
      <w:proofErr w:type="spellStart"/>
      <w:proofErr w:type="gramStart"/>
      <w:r w:rsidRPr="00DA0238">
        <w:rPr>
          <w:rStyle w:val="TextTranslationItalic"/>
          <w:lang w:val="ru-RU"/>
        </w:rPr>
        <w:t>Бхагавад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гита</w:t>
      </w:r>
      <w:proofErr w:type="gramEnd"/>
      <w:r w:rsidR="00DF15B2" w:rsidRPr="00DA0238">
        <w:rPr>
          <w:lang w:val="ru-RU"/>
        </w:rPr>
        <w:t> </w:t>
      </w:r>
      <w:r w:rsidRPr="00DA0238">
        <w:rPr>
          <w:lang w:val="ru-RU"/>
        </w:rPr>
        <w:t>(14.17)</w:t>
      </w:r>
      <w:r w:rsidR="00DF15B2" w:rsidRPr="00DA0238">
        <w:rPr>
          <w:lang w:val="ru-RU"/>
        </w:rPr>
        <w:t>:</w:t>
      </w:r>
      <w:r w:rsidRPr="00DA0238">
        <w:rPr>
          <w:lang w:val="ru-RU"/>
        </w:rPr>
        <w:t xml:space="preserve"> "из просветления происходит знание". В 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="00DF15B2" w:rsidRPr="00DA0238">
        <w:rPr>
          <w:lang w:val="ru-RU"/>
        </w:rPr>
        <w:t> </w:t>
      </w:r>
      <w:r w:rsidRPr="00DA0238">
        <w:rPr>
          <w:lang w:val="ru-RU"/>
        </w:rPr>
        <w:t>(1.2.24) звучит та же мысль</w:t>
      </w:r>
      <w:r w:rsidR="00DF15B2" w:rsidRPr="00DA0238">
        <w:rPr>
          <w:lang w:val="ru-RU"/>
        </w:rPr>
        <w:t>:</w:t>
      </w:r>
      <w:r w:rsidRPr="00DA0238">
        <w:rPr>
          <w:lang w:val="ru-RU"/>
        </w:rPr>
        <w:t xml:space="preserve"> "в просветлен</w:t>
      </w:r>
      <w:r w:rsidR="00DF15B2" w:rsidRPr="00DA0238">
        <w:rPr>
          <w:lang w:val="ru-RU"/>
        </w:rPr>
        <w:t>н</w:t>
      </w:r>
      <w:r w:rsidRPr="00DA0238">
        <w:rPr>
          <w:lang w:val="ru-RU"/>
        </w:rPr>
        <w:t>ости возможно осознать Истину".</w:t>
      </w:r>
    </w:p>
    <w:p w14:paraId="73AB419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C000AF6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Кроме того</w:t>
      </w:r>
      <w:r w:rsidR="00DF15B2" w:rsidRPr="00DA0238">
        <w:rPr>
          <w:lang w:val="ru-RU"/>
        </w:rPr>
        <w:t>,</w:t>
      </w:r>
      <w:r w:rsidRPr="00DA0238">
        <w:rPr>
          <w:lang w:val="ru-RU"/>
        </w:rPr>
        <w:t xml:space="preserve"> нам потребуется привести к общему знаменателю все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, которые противоречат друг другу не только в мелочах, но и в вопросе Абсолютной Истины. Справедливо заметить, что Шри Вьяса сочинил </w:t>
      </w:r>
      <w:r w:rsidRPr="00DA0238">
        <w:rPr>
          <w:rStyle w:val="TextTranslationItalic"/>
          <w:lang w:val="ru-RU"/>
        </w:rPr>
        <w:t>Ведант</w:t>
      </w:r>
      <w:r w:rsidR="00BB0409" w:rsidRPr="00DA0238">
        <w:rPr>
          <w:rStyle w:val="TextTranslationItalic"/>
          <w:lang w:val="ru-RU"/>
        </w:rPr>
        <w:t>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сутру</w:t>
      </w:r>
      <w:r w:rsidRPr="00DA0238">
        <w:rPr>
          <w:lang w:val="ru-RU"/>
        </w:rPr>
        <w:t xml:space="preserve">, чтобы свести к единому смыслу весь массив </w:t>
      </w:r>
      <w:r w:rsidRPr="00DA0238">
        <w:rPr>
          <w:rStyle w:val="TextTranslationItalic"/>
          <w:lang w:val="ru-RU"/>
        </w:rPr>
        <w:t>Вед</w:t>
      </w:r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 xml:space="preserve">; </w:t>
      </w:r>
      <w:r w:rsidR="00DF15B2" w:rsidRPr="00DA0238">
        <w:rPr>
          <w:lang w:val="ru-RU"/>
        </w:rPr>
        <w:t>в</w:t>
      </w:r>
      <w:r w:rsidRPr="00DA0238">
        <w:rPr>
          <w:lang w:val="ru-RU"/>
        </w:rPr>
        <w:t xml:space="preserve"> ней, главной </w:t>
      </w:r>
      <w:r w:rsidRPr="00DA0238">
        <w:rPr>
          <w:rStyle w:val="TextTranslationItalic"/>
          <w:lang w:val="ru-RU"/>
        </w:rPr>
        <w:t>Сутре</w:t>
      </w:r>
      <w:r w:rsidR="00DF15B2" w:rsidRPr="00DA0238">
        <w:rPr>
          <w:rStyle w:val="TextTranslationItalic"/>
          <w:i w:val="0"/>
          <w:lang w:val="ru-RU"/>
        </w:rPr>
        <w:t>,</w:t>
      </w:r>
      <w:r w:rsidRPr="00DA0238">
        <w:rPr>
          <w:lang w:val="ru-RU"/>
        </w:rPr>
        <w:t xml:space="preserve"> следует искать значение всех писаний. Но к какому бы выводу мы н</w:t>
      </w:r>
      <w:r w:rsidR="00DF15B2" w:rsidRPr="00DA0238">
        <w:rPr>
          <w:lang w:val="ru-RU"/>
        </w:rPr>
        <w:t>и</w:t>
      </w:r>
      <w:r w:rsidRPr="00DA0238">
        <w:rPr>
          <w:lang w:val="ru-RU"/>
        </w:rPr>
        <w:t xml:space="preserve"> пришли, он непременно будет противоречить мнению какого-нибудь почтенного приверже</w:t>
      </w:r>
      <w:r w:rsidR="00DF15B2" w:rsidRPr="00DA0238">
        <w:rPr>
          <w:lang w:val="ru-RU"/>
        </w:rPr>
        <w:t>н</w:t>
      </w:r>
      <w:r w:rsidRPr="00DA0238">
        <w:rPr>
          <w:lang w:val="ru-RU"/>
        </w:rPr>
        <w:t xml:space="preserve">ца других мудрых </w:t>
      </w:r>
      <w:r w:rsidRPr="00DA0238">
        <w:rPr>
          <w:rStyle w:val="TextTranslationItalic"/>
          <w:lang w:val="ru-RU"/>
        </w:rPr>
        <w:t>сутр</w:t>
      </w:r>
      <w:r w:rsidR="00B077C6" w:rsidRPr="00B077C6">
        <w:rPr>
          <w:rStyle w:val="TextTranslationItalic"/>
          <w:i w:val="0"/>
          <w:lang w:val="ru-RU"/>
        </w:rPr>
        <w:t xml:space="preserve"> [изречений]</w:t>
      </w:r>
      <w:r w:rsidRPr="00DA0238">
        <w:rPr>
          <w:lang w:val="ru-RU"/>
        </w:rPr>
        <w:t xml:space="preserve">. Это не считая факта, что некоторые мыслители толковали </w:t>
      </w:r>
      <w:r w:rsidRPr="00DA0238">
        <w:rPr>
          <w:rStyle w:val="TextTranslationItalic"/>
          <w:lang w:val="ru-RU"/>
        </w:rPr>
        <w:t>Веданта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сутру</w:t>
      </w:r>
      <w:r w:rsidRPr="00DA0238">
        <w:rPr>
          <w:lang w:val="ru-RU"/>
        </w:rPr>
        <w:t xml:space="preserve"> весьма экзотическим способом и делали это нарочито, чтобы исказить или скрыть ее смысл. Посему выбор авторитета, способного устранить противоречия в древних текстах</w:t>
      </w:r>
      <w:r w:rsidR="007A559B" w:rsidRPr="00DA0238">
        <w:rPr>
          <w:lang w:val="ru-RU"/>
        </w:rPr>
        <w:t>,</w:t>
      </w:r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>задача весьма непростая.</w:t>
      </w:r>
    </w:p>
    <w:p w14:paraId="78B12F6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0742017" w14:textId="77777777" w:rsidR="003B67ED" w:rsidRPr="00DB2787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Таким авторитетным текстом мог бы служить тот, что подпадает под определение </w:t>
      </w:r>
      <w:proofErr w:type="spellStart"/>
      <w:r>
        <w:rPr>
          <w:rStyle w:val="TextTranslationItalic"/>
          <w:lang w:val="ru-RU"/>
        </w:rPr>
        <w:t>Пураны</w:t>
      </w:r>
      <w:proofErr w:type="spellEnd"/>
      <w:r>
        <w:rPr>
          <w:lang w:val="ru-RU"/>
        </w:rPr>
        <w:t xml:space="preserve">, имеет сверхъестественное происхождение, содержит сущность </w:t>
      </w:r>
      <w:r>
        <w:rPr>
          <w:i/>
          <w:lang w:val="ru-RU"/>
        </w:rPr>
        <w:t>Вед</w:t>
      </w:r>
      <w:r>
        <w:rPr>
          <w:lang w:val="ru-RU"/>
        </w:rPr>
        <w:t xml:space="preserve">, </w:t>
      </w:r>
      <w:proofErr w:type="spellStart"/>
      <w:r>
        <w:rPr>
          <w:i/>
          <w:lang w:val="ru-RU"/>
        </w:rPr>
        <w:t>Итихас</w:t>
      </w:r>
      <w:proofErr w:type="spellEnd"/>
      <w:r>
        <w:rPr>
          <w:lang w:val="ru-RU"/>
        </w:rPr>
        <w:t xml:space="preserve"> и </w:t>
      </w:r>
      <w:proofErr w:type="spellStart"/>
      <w:r>
        <w:rPr>
          <w:i/>
          <w:lang w:val="ru-RU"/>
        </w:rPr>
        <w:t>Пуран</w:t>
      </w:r>
      <w:proofErr w:type="spellEnd"/>
      <w:r>
        <w:rPr>
          <w:lang w:val="ru-RU"/>
        </w:rPr>
        <w:t xml:space="preserve">, подтверждает положения </w:t>
      </w:r>
      <w:r>
        <w:rPr>
          <w:i/>
          <w:lang w:val="ru-RU"/>
        </w:rPr>
        <w:t>Брахма</w:t>
      </w:r>
      <w:r>
        <w:rPr>
          <w:lang w:val="ru-RU"/>
        </w:rPr>
        <w:t>-</w:t>
      </w:r>
      <w:r>
        <w:rPr>
          <w:i/>
          <w:lang w:val="ru-RU"/>
        </w:rPr>
        <w:t>сутры</w:t>
      </w:r>
      <w:r>
        <w:rPr>
          <w:lang w:val="ru-RU"/>
        </w:rPr>
        <w:t xml:space="preserve"> как достоверного источника и ныне доступен на Земле в полном виде. Высоко замахнулся — скажете вы. Но таковой текст имеется, и это царь сред</w:t>
      </w:r>
      <w:r w:rsidRPr="00DB2787">
        <w:rPr>
          <w:lang w:val="ru-RU"/>
        </w:rPr>
        <w:t>и способов познания [</w:t>
      </w:r>
      <w:proofErr w:type="spellStart"/>
      <w:r w:rsidRPr="00DB2787">
        <w:rPr>
          <w:i/>
          <w:lang w:val="ru-RU"/>
        </w:rPr>
        <w:t>праманов</w:t>
      </w:r>
      <w:proofErr w:type="spellEnd"/>
      <w:r w:rsidRPr="00DB2787">
        <w:rPr>
          <w:lang w:val="ru-RU"/>
        </w:rPr>
        <w:t xml:space="preserve">], источник знания — </w:t>
      </w:r>
      <w:proofErr w:type="spellStart"/>
      <w:r w:rsidRPr="00DB2787">
        <w:rPr>
          <w:rStyle w:val="TextTranslationItalic"/>
          <w:lang w:val="ru-RU"/>
        </w:rPr>
        <w:t>Шримад-Бхагаватам</w:t>
      </w:r>
      <w:proofErr w:type="spellEnd"/>
      <w:r w:rsidRPr="00DB2787">
        <w:rPr>
          <w:rStyle w:val="TextTranslationItalic"/>
          <w:lang w:val="ru-RU"/>
        </w:rPr>
        <w:t>.</w:t>
      </w:r>
    </w:p>
    <w:p w14:paraId="41FFE97F" w14:textId="77777777" w:rsidR="003B67ED" w:rsidRPr="00DB2787" w:rsidRDefault="003B67ED" w:rsidP="004E41B6">
      <w:pPr>
        <w:ind w:firstLine="180"/>
        <w:rPr>
          <w:b/>
          <w:lang w:val="ru-RU"/>
        </w:rPr>
      </w:pPr>
    </w:p>
    <w:p w14:paraId="11AD907F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19</w:t>
      </w:r>
      <w:r w:rsidR="00654FB1">
        <w:rPr>
          <w:b/>
          <w:lang w:val="ru-RU"/>
        </w:rPr>
        <w:t>.</w:t>
      </w:r>
    </w:p>
    <w:p w14:paraId="4A8D061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F2EA14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Произведя на свет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и под</w:t>
      </w:r>
      <w:r w:rsidR="007A559B" w:rsidRPr="00DA0238">
        <w:rPr>
          <w:lang w:val="ru-RU"/>
        </w:rPr>
        <w:t>ы</w:t>
      </w:r>
      <w:r w:rsidRPr="00DA0238">
        <w:rPr>
          <w:lang w:val="ru-RU"/>
        </w:rPr>
        <w:t xml:space="preserve">тожив их </w:t>
      </w:r>
      <w:r w:rsidRPr="00DA0238">
        <w:rPr>
          <w:rStyle w:val="TextTranslationItalic"/>
          <w:lang w:val="ru-RU"/>
        </w:rPr>
        <w:t>Веданта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сутрой</w:t>
      </w:r>
      <w:r w:rsidRPr="00DA0238">
        <w:rPr>
          <w:lang w:val="ru-RU"/>
        </w:rPr>
        <w:t xml:space="preserve">, могущественный Вьяса погрузился в печаль. </w:t>
      </w:r>
      <w:r w:rsidR="000716E9">
        <w:rPr>
          <w:lang w:val="ru-RU"/>
        </w:rPr>
        <w:t>И п</w:t>
      </w:r>
      <w:r w:rsidRPr="00DA0238">
        <w:rPr>
          <w:lang w:val="ru-RU"/>
        </w:rPr>
        <w:t xml:space="preserve">осле долгих раздумий явил миру </w:t>
      </w:r>
      <w:proofErr w:type="spellStart"/>
      <w:r w:rsidRPr="00DA0238">
        <w:rPr>
          <w:rStyle w:val="TextTranslationItalic"/>
          <w:lang w:val="ru-RU"/>
        </w:rPr>
        <w:t>Бхагавату</w:t>
      </w:r>
      <w:proofErr w:type="spellEnd"/>
      <w:r w:rsidRPr="00DA0238">
        <w:rPr>
          <w:rStyle w:val="TextTranslationItalic"/>
          <w:lang w:val="ru-RU"/>
        </w:rPr>
        <w:t>,</w:t>
      </w:r>
      <w:r w:rsidRPr="00DA0238">
        <w:rPr>
          <w:lang w:val="ru-RU"/>
        </w:rPr>
        <w:t xml:space="preserve"> что стала естественным толкованием его </w:t>
      </w:r>
      <w:r w:rsidRPr="00DA0238">
        <w:rPr>
          <w:rStyle w:val="TextTranslationItalic"/>
          <w:lang w:val="ru-RU"/>
        </w:rPr>
        <w:t>сутр</w:t>
      </w:r>
      <w:r w:rsidR="000716E9">
        <w:rPr>
          <w:rStyle w:val="TextTranslationItalic"/>
          <w:lang w:val="ru-RU"/>
        </w:rPr>
        <w:t xml:space="preserve"> </w:t>
      </w:r>
      <w:r w:rsidR="000716E9" w:rsidRPr="000716E9">
        <w:rPr>
          <w:rStyle w:val="TextTranslationItalic"/>
          <w:i w:val="0"/>
          <w:lang w:val="ru-RU"/>
        </w:rPr>
        <w:t>[изречений]</w:t>
      </w:r>
      <w:r w:rsidRPr="00DA0238">
        <w:rPr>
          <w:lang w:val="ru-RU"/>
        </w:rPr>
        <w:t xml:space="preserve">. В сем труде произведен обзор всех писаний. И начинается он с </w:t>
      </w:r>
      <w:proofErr w:type="spellStart"/>
      <w:r w:rsidRPr="00DA0238">
        <w:rPr>
          <w:rStyle w:val="TextTranslationItalic"/>
          <w:lang w:val="ru-RU"/>
        </w:rPr>
        <w:t>Гаятри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мантры</w:t>
      </w:r>
      <w:r w:rsidRPr="00DA0238">
        <w:rPr>
          <w:lang w:val="ru-RU"/>
        </w:rPr>
        <w:t xml:space="preserve">, в коей заключен смысл </w:t>
      </w:r>
      <w:r w:rsidRPr="00DA0238">
        <w:rPr>
          <w:rStyle w:val="TextTranslationItalic"/>
          <w:lang w:val="ru-RU"/>
        </w:rPr>
        <w:t>Вед</w:t>
      </w:r>
      <w:r w:rsidRPr="00DA0238">
        <w:rPr>
          <w:lang w:val="ru-RU"/>
        </w:rPr>
        <w:t xml:space="preserve"> и на коей они основаны</w:t>
      </w:r>
      <w:r w:rsidRPr="00DA0238">
        <w:rPr>
          <w:rStyle w:val="TextTranslationItalic"/>
          <w:lang w:val="ru-RU"/>
        </w:rPr>
        <w:t>.</w:t>
      </w:r>
    </w:p>
    <w:p w14:paraId="5AEDF83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658EEA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Вот как живописуется </w:t>
      </w:r>
      <w:proofErr w:type="spellStart"/>
      <w:r w:rsidRPr="00DA0238">
        <w:rPr>
          <w:rStyle w:val="TextTranslationItalic"/>
          <w:lang w:val="ru-RU"/>
        </w:rPr>
        <w:t>Бхаг</w:t>
      </w:r>
      <w:r w:rsidR="007A559B" w:rsidRPr="00DA0238">
        <w:rPr>
          <w:rStyle w:val="TextTranslationItalic"/>
          <w:lang w:val="ru-RU"/>
        </w:rPr>
        <w:t>а</w:t>
      </w:r>
      <w:r w:rsidRPr="00DA0238">
        <w:rPr>
          <w:rStyle w:val="TextTranslationItalic"/>
          <w:lang w:val="ru-RU"/>
        </w:rPr>
        <w:t>вата</w:t>
      </w:r>
      <w:proofErr w:type="spellEnd"/>
      <w:r w:rsidRPr="00DA0238">
        <w:rPr>
          <w:lang w:val="ru-RU"/>
        </w:rPr>
        <w:t xml:space="preserve"> в </w:t>
      </w:r>
      <w:proofErr w:type="spellStart"/>
      <w:r w:rsidRPr="00DA0238">
        <w:rPr>
          <w:rStyle w:val="TextTranslationItalic"/>
          <w:lang w:val="ru-RU"/>
        </w:rPr>
        <w:t>Матсь</w:t>
      </w:r>
      <w:r w:rsidR="007A559B" w:rsidRPr="00DA0238">
        <w:rPr>
          <w:rStyle w:val="TextTranslationItalic"/>
          <w:lang w:val="ru-RU"/>
        </w:rPr>
        <w:t>я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: "В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 в самом ее начале центром внимания является </w:t>
      </w:r>
      <w:r w:rsidRPr="00DA0238">
        <w:rPr>
          <w:rStyle w:val="TextTranslationItalic"/>
          <w:lang w:val="ru-RU"/>
        </w:rPr>
        <w:t>мантра</w:t>
      </w:r>
      <w:r w:rsidRPr="00DA0238">
        <w:rPr>
          <w:lang w:val="ru-RU"/>
        </w:rPr>
        <w:t xml:space="preserve"> </w:t>
      </w:r>
      <w:proofErr w:type="spellStart"/>
      <w:r w:rsidRPr="00DA0238">
        <w:rPr>
          <w:i/>
          <w:lang w:val="ru-RU"/>
        </w:rPr>
        <w:t>Гаятри</w:t>
      </w:r>
      <w:proofErr w:type="spellEnd"/>
      <w:r w:rsidRPr="00DA0238">
        <w:rPr>
          <w:lang w:val="ru-RU"/>
        </w:rPr>
        <w:t xml:space="preserve">. В ней также очерчены все </w:t>
      </w:r>
      <w:r w:rsidRPr="00DA0238">
        <w:rPr>
          <w:lang w:val="ru-RU"/>
        </w:rPr>
        <w:lastRenderedPageBreak/>
        <w:t>разве</w:t>
      </w:r>
      <w:r w:rsidR="006216BD" w:rsidRPr="00DA0238">
        <w:rPr>
          <w:lang w:val="ru-RU"/>
        </w:rPr>
        <w:t>твления в деле исполнения долга,</w:t>
      </w:r>
      <w:r w:rsidRPr="00DA0238">
        <w:rPr>
          <w:lang w:val="ru-RU"/>
        </w:rPr>
        <w:t xml:space="preserve"> и описана гибель демона </w:t>
      </w:r>
      <w:proofErr w:type="spellStart"/>
      <w:r w:rsidRPr="00DA0238">
        <w:rPr>
          <w:lang w:val="ru-RU"/>
        </w:rPr>
        <w:t>Вритры</w:t>
      </w:r>
      <w:proofErr w:type="spellEnd"/>
      <w:r w:rsidRPr="00DA0238">
        <w:rPr>
          <w:lang w:val="ru-RU"/>
        </w:rPr>
        <w:t xml:space="preserve">. </w:t>
      </w:r>
      <w:proofErr w:type="spellStart"/>
      <w:r w:rsidRPr="00DA0238">
        <w:rPr>
          <w:i/>
          <w:lang w:val="ru-RU"/>
        </w:rPr>
        <w:t>Пурана</w:t>
      </w:r>
      <w:proofErr w:type="spellEnd"/>
      <w:r w:rsidR="006216BD" w:rsidRPr="00DA0238">
        <w:rPr>
          <w:lang w:val="ru-RU"/>
        </w:rPr>
        <w:t>,</w:t>
      </w:r>
      <w:r w:rsidRPr="00DA0238">
        <w:rPr>
          <w:lang w:val="ru-RU"/>
        </w:rPr>
        <w:t xml:space="preserve"> заключающая в себе таковые предметы обсуждения, именуется </w:t>
      </w:r>
      <w:proofErr w:type="spellStart"/>
      <w:r w:rsidR="006216BD" w:rsidRPr="00DA0238">
        <w:rPr>
          <w:rStyle w:val="TextTranslationItalic"/>
          <w:lang w:val="ru-RU"/>
        </w:rPr>
        <w:t>Бхагаватою</w:t>
      </w:r>
      <w:proofErr w:type="spellEnd"/>
      <w:r w:rsidRPr="00DA0238">
        <w:rPr>
          <w:lang w:val="ru-RU"/>
        </w:rPr>
        <w:t xml:space="preserve">. Всякий, кто сотворит список сей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>, поместит его на золотой львиный прес</w:t>
      </w:r>
      <w:r w:rsidR="006216BD" w:rsidRPr="00DA0238">
        <w:rPr>
          <w:lang w:val="ru-RU"/>
        </w:rPr>
        <w:t>тол и вручит сей дар ближнему в</w:t>
      </w:r>
      <w:r w:rsidRPr="00DA0238">
        <w:rPr>
          <w:lang w:val="ru-RU"/>
        </w:rPr>
        <w:t xml:space="preserve"> день полной луны поры </w:t>
      </w:r>
      <w:proofErr w:type="spellStart"/>
      <w:r w:rsidRPr="00DA0238">
        <w:rPr>
          <w:lang w:val="ru-RU"/>
        </w:rPr>
        <w:t>Прауштапады</w:t>
      </w:r>
      <w:proofErr w:type="spellEnd"/>
      <w:r w:rsidRPr="00DA0238">
        <w:rPr>
          <w:lang w:val="ru-RU"/>
        </w:rPr>
        <w:t xml:space="preserve">, непременно достигнет высшей цели жизни. В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 сей содержится </w:t>
      </w:r>
      <w:r w:rsidR="006216BD" w:rsidRPr="00DA0238">
        <w:rPr>
          <w:lang w:val="ru-RU"/>
        </w:rPr>
        <w:t>восемнадцать</w:t>
      </w:r>
      <w:r w:rsidR="00B50058" w:rsidRPr="00DA0238">
        <w:rPr>
          <w:lang w:val="ru-RU"/>
        </w:rPr>
        <w:t xml:space="preserve"> тысяч стихов"</w:t>
      </w:r>
      <w:r w:rsidR="00D07EB3"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Матсья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="006216BD" w:rsidRPr="00DA0238">
        <w:rPr>
          <w:lang w:val="ru-RU"/>
        </w:rPr>
        <w:t xml:space="preserve"> 53.20-22)</w:t>
      </w:r>
      <w:r w:rsidR="00B50058" w:rsidRPr="00DA0238">
        <w:rPr>
          <w:lang w:val="ru-RU"/>
        </w:rPr>
        <w:t>.</w:t>
      </w:r>
    </w:p>
    <w:p w14:paraId="4CC8B39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A9DAA5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Слово "</w:t>
      </w:r>
      <w:proofErr w:type="spellStart"/>
      <w:r>
        <w:rPr>
          <w:rStyle w:val="TextTranslationItalic"/>
          <w:lang w:val="ru-RU"/>
        </w:rPr>
        <w:t>гаятри</w:t>
      </w:r>
      <w:proofErr w:type="spellEnd"/>
      <w:r>
        <w:rPr>
          <w:lang w:val="ru-RU"/>
        </w:rPr>
        <w:t xml:space="preserve">" означает здесь </w:t>
      </w:r>
      <w:proofErr w:type="spellStart"/>
      <w:r>
        <w:rPr>
          <w:rStyle w:val="TextTranslationItalic"/>
          <w:lang w:val="ru-RU"/>
        </w:rPr>
        <w:t>Гаятри</w:t>
      </w:r>
      <w:proofErr w:type="spellEnd"/>
      <w:r>
        <w:rPr>
          <w:lang w:val="ru-RU"/>
        </w:rPr>
        <w:t xml:space="preserve"> в совокупности с призывом </w:t>
      </w:r>
      <w:proofErr w:type="spellStart"/>
      <w:r>
        <w:rPr>
          <w:rStyle w:val="TextTranslationItalic"/>
          <w:lang w:val="ru-RU"/>
        </w:rPr>
        <w:t>дхимахи</w:t>
      </w:r>
      <w:proofErr w:type="spellEnd"/>
      <w:r>
        <w:rPr>
          <w:rStyle w:val="TextTranslationItalic"/>
          <w:lang w:val="ru-RU"/>
        </w:rPr>
        <w:t xml:space="preserve"> </w:t>
      </w:r>
      <w:r>
        <w:rPr>
          <w:lang w:val="ru-RU"/>
        </w:rPr>
        <w:t>[</w:t>
      </w:r>
      <w:r>
        <w:rPr>
          <w:rStyle w:val="TextTranslationItalic"/>
          <w:lang w:val="ru-RU"/>
        </w:rPr>
        <w:t>давайте</w:t>
      </w:r>
      <w:r>
        <w:rPr>
          <w:lang w:val="ru-RU"/>
        </w:rPr>
        <w:t xml:space="preserve">] в тексте </w:t>
      </w:r>
      <w:r>
        <w:rPr>
          <w:rStyle w:val="TextTranslationItalic"/>
          <w:lang w:val="ru-RU"/>
        </w:rPr>
        <w:t>мантры</w:t>
      </w:r>
      <w:r>
        <w:rPr>
          <w:lang w:val="ru-RU"/>
        </w:rPr>
        <w:t>. Здесь словом “</w:t>
      </w:r>
      <w:proofErr w:type="spellStart"/>
      <w:r>
        <w:rPr>
          <w:lang w:val="ru-RU"/>
        </w:rPr>
        <w:t>Гаятри</w:t>
      </w:r>
      <w:proofErr w:type="spellEnd"/>
      <w:r>
        <w:rPr>
          <w:lang w:val="ru-RU"/>
        </w:rPr>
        <w:t>” подразумевается её смысл, обозначенный также призывом "</w:t>
      </w:r>
      <w:proofErr w:type="spellStart"/>
      <w:r>
        <w:rPr>
          <w:i/>
          <w:lang w:val="ru-RU"/>
        </w:rPr>
        <w:t>дхимахи</w:t>
      </w:r>
      <w:proofErr w:type="spellEnd"/>
      <w:r>
        <w:rPr>
          <w:lang w:val="ru-RU"/>
        </w:rPr>
        <w:t xml:space="preserve">" [давайте], присутствующим в </w:t>
      </w:r>
      <w:proofErr w:type="spellStart"/>
      <w:r>
        <w:rPr>
          <w:i/>
          <w:lang w:val="ru-RU"/>
        </w:rPr>
        <w:t>Гаятри</w:t>
      </w:r>
      <w:proofErr w:type="spellEnd"/>
      <w:r>
        <w:rPr>
          <w:lang w:val="ru-RU"/>
        </w:rPr>
        <w:t xml:space="preserve">: саму изначальную </w:t>
      </w:r>
      <w:proofErr w:type="spellStart"/>
      <w:r>
        <w:rPr>
          <w:i/>
          <w:lang w:val="ru-RU"/>
        </w:rPr>
        <w:t>Гаятри</w:t>
      </w:r>
      <w:proofErr w:type="spellEnd"/>
      <w:r>
        <w:rPr>
          <w:i/>
          <w:lang w:val="ru-RU"/>
        </w:rPr>
        <w:t xml:space="preserve"> </w:t>
      </w:r>
      <w:r>
        <w:rPr>
          <w:lang w:val="ru-RU"/>
        </w:rPr>
        <w:t xml:space="preserve">в полном тексте, как первообраз </w:t>
      </w:r>
      <w:r>
        <w:rPr>
          <w:i/>
          <w:lang w:val="ru-RU"/>
        </w:rPr>
        <w:t>ведических</w:t>
      </w:r>
      <w:r>
        <w:rPr>
          <w:lang w:val="ru-RU"/>
        </w:rPr>
        <w:t xml:space="preserve"> </w:t>
      </w:r>
      <w:r>
        <w:rPr>
          <w:i/>
          <w:lang w:val="ru-RU"/>
        </w:rPr>
        <w:t>мантр</w:t>
      </w:r>
      <w:r>
        <w:rPr>
          <w:lang w:val="ru-RU"/>
        </w:rPr>
        <w:t xml:space="preserve">, здесь непосредственно произносить не подобает. Поэтому мы </w:t>
      </w:r>
      <w:r w:rsidRPr="00DB2787">
        <w:rPr>
          <w:lang w:val="ru-RU"/>
        </w:rPr>
        <w:t>ограничимся</w:t>
      </w:r>
      <w:r>
        <w:rPr>
          <w:lang w:val="ru-RU"/>
        </w:rPr>
        <w:t xml:space="preserve"> призывом "давайте" [</w:t>
      </w:r>
      <w:proofErr w:type="spellStart"/>
      <w:r>
        <w:rPr>
          <w:i/>
          <w:lang w:val="ru-RU"/>
        </w:rPr>
        <w:t>дхимахи</w:t>
      </w:r>
      <w:proofErr w:type="spellEnd"/>
      <w:r>
        <w:rPr>
          <w:lang w:val="ru-RU"/>
        </w:rPr>
        <w:t xml:space="preserve">]. Смысл </w:t>
      </w:r>
      <w:proofErr w:type="spellStart"/>
      <w:r>
        <w:rPr>
          <w:rStyle w:val="TextTranslationItalic"/>
          <w:lang w:val="ru-RU"/>
        </w:rPr>
        <w:t>Гаятри</w:t>
      </w:r>
      <w:proofErr w:type="spellEnd"/>
      <w:r>
        <w:rPr>
          <w:lang w:val="ru-RU"/>
        </w:rPr>
        <w:t xml:space="preserve"> содержится в выражениях "из коего происходит возникновение, поддержание и разрушение вселенной" и "Он вложил надмирный звук </w:t>
      </w:r>
      <w:r>
        <w:rPr>
          <w:rStyle w:val="TextTranslationItalic"/>
          <w:lang w:val="ru-RU"/>
        </w:rPr>
        <w:t>Веды</w:t>
      </w:r>
      <w:r>
        <w:rPr>
          <w:lang w:val="ru-RU"/>
        </w:rPr>
        <w:t xml:space="preserve"> в сердце творца" (</w:t>
      </w:r>
      <w:proofErr w:type="spellStart"/>
      <w:r>
        <w:rPr>
          <w:rStyle w:val="TextTranslationItalic"/>
          <w:lang w:val="ru-RU"/>
        </w:rPr>
        <w:t>Бхагавата</w:t>
      </w:r>
      <w:proofErr w:type="spellEnd"/>
      <w:r>
        <w:rPr>
          <w:lang w:val="ru-RU"/>
        </w:rPr>
        <w:t xml:space="preserve"> 1.1.1). Два этих предложения созвучны с мыслью, что содержится в самой </w:t>
      </w:r>
      <w:proofErr w:type="spellStart"/>
      <w:r>
        <w:rPr>
          <w:rStyle w:val="TextTranslationItalic"/>
          <w:lang w:val="ru-RU"/>
        </w:rPr>
        <w:t>Гаятри</w:t>
      </w:r>
      <w:proofErr w:type="spellEnd"/>
      <w:r>
        <w:rPr>
          <w:lang w:val="ru-RU"/>
        </w:rPr>
        <w:t>: "Высшая Истина суть убежище всем мирам. Высшая Истина взывает к разуму и пробуждает его". В фразе "все разветвления долга [</w:t>
      </w:r>
      <w:r>
        <w:rPr>
          <w:rStyle w:val="TextTranslationItalic"/>
          <w:lang w:val="ru-RU"/>
        </w:rPr>
        <w:t>дхарма</w:t>
      </w:r>
      <w:r>
        <w:rPr>
          <w:lang w:val="ru-RU"/>
        </w:rPr>
        <w:t>]" под долгом понимается высший долг, ибо далее там же (</w:t>
      </w:r>
      <w:proofErr w:type="spellStart"/>
      <w:r>
        <w:rPr>
          <w:rStyle w:val="TextTranslationItalic"/>
          <w:lang w:val="ru-RU"/>
        </w:rPr>
        <w:t>Бхагавата</w:t>
      </w:r>
      <w:proofErr w:type="spellEnd"/>
      <w:r>
        <w:rPr>
          <w:lang w:val="ru-RU"/>
        </w:rPr>
        <w:t xml:space="preserve"> 1.1.2) сказано: "Повесть сия живописует высший долг [</w:t>
      </w:r>
      <w:r>
        <w:rPr>
          <w:rStyle w:val="TextTranslationItalic"/>
          <w:lang w:val="ru-RU"/>
        </w:rPr>
        <w:t>дхарму</w:t>
      </w:r>
      <w:r>
        <w:rPr>
          <w:lang w:val="ru-RU"/>
        </w:rPr>
        <w:t>], отбросив все прочие виды долга". К высшему долгу относятся размышление, поминание и оглашение о Всевышнем. Это будет разъяснено ниже.</w:t>
      </w:r>
    </w:p>
    <w:p w14:paraId="1D9D0F0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D5601DE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20</w:t>
      </w:r>
      <w:r w:rsidR="00654FB1">
        <w:rPr>
          <w:b/>
          <w:lang w:val="ru-RU"/>
        </w:rPr>
        <w:t>.</w:t>
      </w:r>
    </w:p>
    <w:p w14:paraId="57926D5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778F48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Подобные утверждения содержатся в главе </w:t>
      </w:r>
      <w:proofErr w:type="spellStart"/>
      <w:r w:rsidRPr="00DA0238">
        <w:rPr>
          <w:rStyle w:val="TextTranslationItalic"/>
          <w:lang w:val="ru-RU"/>
        </w:rPr>
        <w:t>Прабхаса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кханда</w:t>
      </w:r>
      <w:proofErr w:type="spellEnd"/>
      <w:r w:rsidRPr="00DA0238">
        <w:rPr>
          <w:lang w:val="ru-RU"/>
        </w:rPr>
        <w:t xml:space="preserve"> (1.2.39-42) </w:t>
      </w:r>
      <w:proofErr w:type="spellStart"/>
      <w:r w:rsidRPr="00DA0238">
        <w:rPr>
          <w:rStyle w:val="TextTranslationItalic"/>
          <w:lang w:val="ru-RU"/>
        </w:rPr>
        <w:t>Сканда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>: "</w:t>
      </w:r>
      <w:r w:rsidR="003815D4" w:rsidRPr="00DA0238">
        <w:rPr>
          <w:lang w:val="ru-RU"/>
        </w:rPr>
        <w:t>…</w:t>
      </w:r>
      <w:r w:rsidRPr="00DA0238">
        <w:rPr>
          <w:lang w:val="ru-RU"/>
        </w:rPr>
        <w:t xml:space="preserve">где </w:t>
      </w:r>
      <w:r w:rsidRPr="00DA0238">
        <w:rPr>
          <w:rStyle w:val="TextTranslationItalic"/>
          <w:lang w:val="ru-RU"/>
        </w:rPr>
        <w:t>мантра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Гаятри</w:t>
      </w:r>
      <w:proofErr w:type="spellEnd"/>
      <w:r w:rsidRPr="00DA0238">
        <w:rPr>
          <w:lang w:val="ru-RU"/>
        </w:rPr>
        <w:t xml:space="preserve"> служит предметом рассмотрения…", "среди множества писаний</w:t>
      </w:r>
      <w:r w:rsidR="003815D4" w:rsidRPr="00DA0238">
        <w:rPr>
          <w:lang w:val="ru-RU"/>
        </w:rPr>
        <w:t>,</w:t>
      </w:r>
      <w:r w:rsidRPr="00DA0238">
        <w:rPr>
          <w:lang w:val="ru-RU"/>
        </w:rPr>
        <w:t xml:space="preserve"> известных на земле, то, что обращается к истории людей и богов, живших в эпоху </w:t>
      </w:r>
      <w:proofErr w:type="spellStart"/>
      <w:r w:rsidRPr="00DA0238">
        <w:rPr>
          <w:lang w:val="ru-RU"/>
        </w:rPr>
        <w:t>Сарасваты</w:t>
      </w:r>
      <w:proofErr w:type="spellEnd"/>
      <w:r w:rsidRPr="00DA0238">
        <w:rPr>
          <w:lang w:val="ru-RU"/>
        </w:rPr>
        <w:t xml:space="preserve">, именуется 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="003815D4" w:rsidRPr="00DA0238">
        <w:rPr>
          <w:lang w:val="ru-RU"/>
        </w:rPr>
        <w:t>",</w:t>
      </w:r>
      <w:r w:rsidRPr="00DA0238">
        <w:rPr>
          <w:lang w:val="ru-RU"/>
        </w:rPr>
        <w:t xml:space="preserve"> "человек, множивший текст 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>", и "</w:t>
      </w:r>
      <w:r w:rsidR="003815D4" w:rsidRPr="00DA0238">
        <w:rPr>
          <w:lang w:val="ru-RU"/>
        </w:rPr>
        <w:t>э</w:t>
      </w:r>
      <w:r w:rsidRPr="00DA0238">
        <w:rPr>
          <w:lang w:val="ru-RU"/>
        </w:rPr>
        <w:t xml:space="preserve">та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насчитывает восемнадцать тысяч стихов". Подобное говорится и в </w:t>
      </w:r>
      <w:r w:rsidRPr="00DA0238">
        <w:rPr>
          <w:rStyle w:val="TextTranslationItalic"/>
          <w:lang w:val="ru-RU"/>
        </w:rPr>
        <w:t>Агни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>.</w:t>
      </w:r>
    </w:p>
    <w:p w14:paraId="66499DA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13316B8" w14:textId="77777777" w:rsidR="003B67ED" w:rsidRPr="00DB2787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Другая </w:t>
      </w:r>
      <w:proofErr w:type="spellStart"/>
      <w:r>
        <w:rPr>
          <w:rStyle w:val="TextTranslationItalic"/>
          <w:lang w:val="ru-RU"/>
        </w:rPr>
        <w:t>Пурана</w:t>
      </w:r>
      <w:proofErr w:type="spellEnd"/>
      <w:r>
        <w:rPr>
          <w:lang w:val="ru-RU"/>
        </w:rPr>
        <w:t>, признанная авторитетной вели</w:t>
      </w:r>
      <w:r w:rsidRPr="00DB2787">
        <w:rPr>
          <w:lang w:val="ru-RU"/>
        </w:rPr>
        <w:t xml:space="preserve">ким толкователем </w:t>
      </w:r>
      <w:r w:rsidRPr="00DB2787">
        <w:rPr>
          <w:rStyle w:val="TextTranslationItalic"/>
          <w:lang w:val="ru-RU"/>
        </w:rPr>
        <w:t>Вед</w:t>
      </w:r>
      <w:r w:rsidRPr="00DB2787">
        <w:rPr>
          <w:lang w:val="ru-RU"/>
        </w:rPr>
        <w:t xml:space="preserve"> (</w:t>
      </w:r>
      <w:proofErr w:type="spellStart"/>
      <w:r w:rsidRPr="00DB2787">
        <w:rPr>
          <w:lang w:val="ru-RU"/>
        </w:rPr>
        <w:t>Шридхарой</w:t>
      </w:r>
      <w:proofErr w:type="spellEnd"/>
      <w:r w:rsidRPr="00DB2787">
        <w:rPr>
          <w:lang w:val="ru-RU"/>
        </w:rPr>
        <w:t xml:space="preserve"> Свами), гласит: "В Повести, именуемой </w:t>
      </w:r>
      <w:proofErr w:type="spellStart"/>
      <w:r w:rsidRPr="00DB2787">
        <w:rPr>
          <w:i/>
          <w:lang w:val="ru-RU"/>
        </w:rPr>
        <w:t>Бхагаватой</w:t>
      </w:r>
      <w:proofErr w:type="spellEnd"/>
      <w:r w:rsidRPr="00DB2787">
        <w:rPr>
          <w:lang w:val="ru-RU"/>
        </w:rPr>
        <w:t xml:space="preserve">, состоящей из двенадцати частей и содержащей в себе восемнадцать тысяч стихов, изложено знание о Высшем, поведанное мудрым </w:t>
      </w:r>
      <w:proofErr w:type="spellStart"/>
      <w:r w:rsidRPr="00DB2787">
        <w:rPr>
          <w:lang w:val="ru-RU"/>
        </w:rPr>
        <w:t>Хаягривою</w:t>
      </w:r>
      <w:proofErr w:type="spellEnd"/>
      <w:r w:rsidRPr="00DB2787">
        <w:rPr>
          <w:lang w:val="ru-RU"/>
        </w:rPr>
        <w:t xml:space="preserve">, и описано убиение </w:t>
      </w:r>
      <w:proofErr w:type="spellStart"/>
      <w:r w:rsidRPr="00DB2787">
        <w:rPr>
          <w:lang w:val="ru-RU"/>
        </w:rPr>
        <w:t>Вритры</w:t>
      </w:r>
      <w:proofErr w:type="spellEnd"/>
      <w:r w:rsidRPr="00DB2787">
        <w:rPr>
          <w:lang w:val="ru-RU"/>
        </w:rPr>
        <w:t xml:space="preserve">. Предваряется сия повесть </w:t>
      </w:r>
      <w:r w:rsidRPr="00DB2787">
        <w:rPr>
          <w:rStyle w:val="TextTranslationItalic"/>
          <w:lang w:val="ru-RU"/>
        </w:rPr>
        <w:t>мантрою</w:t>
      </w:r>
      <w:r w:rsidRPr="00DB2787">
        <w:rPr>
          <w:lang w:val="ru-RU"/>
        </w:rPr>
        <w:t xml:space="preserve"> </w:t>
      </w:r>
      <w:proofErr w:type="spellStart"/>
      <w:r w:rsidRPr="00DB2787">
        <w:rPr>
          <w:rStyle w:val="TextTranslationItalic"/>
          <w:lang w:val="ru-RU"/>
        </w:rPr>
        <w:t>Гаятри</w:t>
      </w:r>
      <w:proofErr w:type="spellEnd"/>
      <w:r w:rsidRPr="00DB2787">
        <w:rPr>
          <w:lang w:val="ru-RU"/>
        </w:rPr>
        <w:t xml:space="preserve">". </w:t>
      </w:r>
    </w:p>
    <w:p w14:paraId="0FFB6A0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B1EAE6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"Способом размышления о Боге, поведанным мудрым </w:t>
      </w:r>
      <w:proofErr w:type="spellStart"/>
      <w:r w:rsidRPr="00DA0238">
        <w:rPr>
          <w:lang w:val="ru-RU"/>
        </w:rPr>
        <w:t>Хаягривою</w:t>
      </w:r>
      <w:proofErr w:type="spellEnd"/>
      <w:r w:rsidRPr="00DA0238">
        <w:rPr>
          <w:lang w:val="ru-RU"/>
        </w:rPr>
        <w:t xml:space="preserve">" здесь называется молитва-оберег </w:t>
      </w:r>
      <w:proofErr w:type="spellStart"/>
      <w:r w:rsidRPr="00DA0238">
        <w:rPr>
          <w:lang w:val="ru-RU"/>
        </w:rPr>
        <w:t>Нараяны</w:t>
      </w:r>
      <w:proofErr w:type="spellEnd"/>
      <w:r w:rsidRPr="00DA0238">
        <w:rPr>
          <w:lang w:val="ru-RU"/>
        </w:rPr>
        <w:t xml:space="preserve">, ибо упомянута она в связи с убиением </w:t>
      </w:r>
      <w:proofErr w:type="spellStart"/>
      <w:r w:rsidRPr="00DA0238">
        <w:rPr>
          <w:lang w:val="ru-RU"/>
        </w:rPr>
        <w:t>Вритры</w:t>
      </w:r>
      <w:proofErr w:type="spellEnd"/>
      <w:r w:rsidRPr="00DA0238">
        <w:rPr>
          <w:lang w:val="ru-RU"/>
        </w:rPr>
        <w:t xml:space="preserve">. </w:t>
      </w:r>
      <w:proofErr w:type="spellStart"/>
      <w:r w:rsidRPr="00DA0238">
        <w:rPr>
          <w:lang w:val="ru-RU"/>
        </w:rPr>
        <w:t>Хаягривою</w:t>
      </w:r>
      <w:proofErr w:type="spellEnd"/>
      <w:r w:rsidRPr="00DA0238">
        <w:rPr>
          <w:lang w:val="ru-RU"/>
        </w:rPr>
        <w:t xml:space="preserve"> здесь именуется мудрец </w:t>
      </w:r>
      <w:proofErr w:type="spellStart"/>
      <w:r w:rsidRPr="00DA0238">
        <w:rPr>
          <w:lang w:val="ru-RU"/>
        </w:rPr>
        <w:t>Дадхичи</w:t>
      </w:r>
      <w:proofErr w:type="spellEnd"/>
      <w:r w:rsidRPr="00DA0238">
        <w:rPr>
          <w:lang w:val="ru-RU"/>
        </w:rPr>
        <w:t xml:space="preserve">, имевший конскую голову. Он положил начало особому способу размышления о Всевышнем, именуемому </w:t>
      </w:r>
      <w:proofErr w:type="spellStart"/>
      <w:r w:rsidRPr="00DA0238">
        <w:rPr>
          <w:rStyle w:val="TextTranslationItalic"/>
          <w:lang w:val="ru-RU"/>
        </w:rPr>
        <w:t>Нараяна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вармою</w:t>
      </w:r>
      <w:proofErr w:type="spellEnd"/>
      <w:r w:rsidRPr="00DA0238">
        <w:rPr>
          <w:lang w:val="ru-RU"/>
        </w:rPr>
        <w:t xml:space="preserve">. О его голове также говорится в Шестой Книге 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(6.9.52): "кто имел </w:t>
      </w:r>
      <w:proofErr w:type="spellStart"/>
      <w:r w:rsidRPr="00DA0238">
        <w:rPr>
          <w:rStyle w:val="TextTranslationItalic"/>
          <w:lang w:val="ru-RU"/>
        </w:rPr>
        <w:t>ашва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шриру</w:t>
      </w:r>
      <w:proofErr w:type="spellEnd"/>
      <w:r w:rsidRPr="00DA0238">
        <w:rPr>
          <w:lang w:val="ru-RU"/>
        </w:rPr>
        <w:t xml:space="preserve"> (конскую голову)". </w:t>
      </w:r>
      <w:proofErr w:type="spellStart"/>
      <w:r w:rsidRPr="00DA0238">
        <w:rPr>
          <w:i/>
          <w:lang w:val="ru-RU"/>
        </w:rPr>
        <w:t>Нараяна-варма</w:t>
      </w:r>
      <w:proofErr w:type="spellEnd"/>
      <w:r w:rsidRPr="00DA0238">
        <w:rPr>
          <w:lang w:val="ru-RU"/>
        </w:rPr>
        <w:t xml:space="preserve"> в </w:t>
      </w:r>
      <w:proofErr w:type="spellStart"/>
      <w:r w:rsidRPr="00DA0238">
        <w:rPr>
          <w:rStyle w:val="TextTranslationItalic"/>
          <w:lang w:val="ru-RU"/>
        </w:rPr>
        <w:t>Бхагават</w:t>
      </w:r>
      <w:r w:rsidR="0037656E" w:rsidRPr="00DA0238">
        <w:rPr>
          <w:rStyle w:val="TextTranslationItalic"/>
          <w:lang w:val="ru-RU"/>
        </w:rPr>
        <w:t>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 представлена как "</w:t>
      </w:r>
      <w:proofErr w:type="spellStart"/>
      <w:r w:rsidRPr="00DA0238">
        <w:rPr>
          <w:rStyle w:val="TextTranslationItalic"/>
          <w:lang w:val="ru-RU"/>
        </w:rPr>
        <w:t>брахма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видья</w:t>
      </w:r>
      <w:proofErr w:type="spellEnd"/>
      <w:r w:rsidRPr="00DA0238">
        <w:rPr>
          <w:lang w:val="ru-RU"/>
        </w:rPr>
        <w:t xml:space="preserve">" [доктрина о Высшем Вездесущем], что подтверждается </w:t>
      </w:r>
      <w:proofErr w:type="spellStart"/>
      <w:r w:rsidRPr="00DA0238">
        <w:rPr>
          <w:lang w:val="ru-RU"/>
        </w:rPr>
        <w:t>Шридхарой</w:t>
      </w:r>
      <w:proofErr w:type="spellEnd"/>
      <w:r w:rsidRPr="00DA0238">
        <w:rPr>
          <w:lang w:val="ru-RU"/>
        </w:rPr>
        <w:t xml:space="preserve"> Свами в его толковании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: "Услышав это, польщенный потомок </w:t>
      </w:r>
      <w:proofErr w:type="spellStart"/>
      <w:r w:rsidRPr="00DA0238">
        <w:rPr>
          <w:lang w:val="ru-RU"/>
        </w:rPr>
        <w:t>Атхарвы</w:t>
      </w:r>
      <w:proofErr w:type="spellEnd"/>
      <w:r w:rsidRPr="00DA0238">
        <w:rPr>
          <w:lang w:val="ru-RU"/>
        </w:rPr>
        <w:t xml:space="preserve">, </w:t>
      </w:r>
      <w:proofErr w:type="spellStart"/>
      <w:r w:rsidRPr="00DA0238">
        <w:rPr>
          <w:lang w:val="ru-RU"/>
        </w:rPr>
        <w:t>Дадхичи</w:t>
      </w:r>
      <w:proofErr w:type="spellEnd"/>
      <w:r w:rsidRPr="00DA0238">
        <w:rPr>
          <w:lang w:val="ru-RU"/>
        </w:rPr>
        <w:t>, не пожелал нарушить данное им обещание и обучил обои</w:t>
      </w:r>
      <w:r w:rsidR="00A013EB">
        <w:rPr>
          <w:lang w:val="ru-RU"/>
        </w:rPr>
        <w:t xml:space="preserve">х </w:t>
      </w:r>
      <w:proofErr w:type="spellStart"/>
      <w:r w:rsidR="00A013EB">
        <w:rPr>
          <w:lang w:val="ru-RU"/>
        </w:rPr>
        <w:t>Ашвини</w:t>
      </w:r>
      <w:proofErr w:type="spellEnd"/>
      <w:r w:rsidR="00A013EB">
        <w:rPr>
          <w:lang w:val="ru-RU"/>
        </w:rPr>
        <w:t xml:space="preserve">-кумаров </w:t>
      </w:r>
      <w:proofErr w:type="spellStart"/>
      <w:r w:rsidR="00A013EB">
        <w:rPr>
          <w:lang w:val="ru-RU"/>
        </w:rPr>
        <w:t>саможертвенному</w:t>
      </w:r>
      <w:proofErr w:type="spellEnd"/>
      <w:r w:rsidR="00A013EB">
        <w:rPr>
          <w:lang w:val="ru-RU"/>
        </w:rPr>
        <w:t xml:space="preserve"> таинству</w:t>
      </w:r>
      <w:r w:rsidRPr="00DA0238">
        <w:rPr>
          <w:lang w:val="ru-RU"/>
        </w:rPr>
        <w:t xml:space="preserve"> [</w:t>
      </w:r>
      <w:proofErr w:type="spellStart"/>
      <w:r w:rsidRPr="00DA0238">
        <w:rPr>
          <w:rStyle w:val="TextTranslationItalic"/>
          <w:lang w:val="ru-RU"/>
        </w:rPr>
        <w:t>праваргьи</w:t>
      </w:r>
      <w:proofErr w:type="spellEnd"/>
      <w:r w:rsidRPr="00DA0238">
        <w:rPr>
          <w:lang w:val="ru-RU"/>
        </w:rPr>
        <w:t>] и мысленному погружению в бытие Всевышнего".</w:t>
      </w:r>
    </w:p>
    <w:p w14:paraId="2315CA4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5FD373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proofErr w:type="spellStart"/>
      <w:r w:rsidRPr="00DA0238">
        <w:rPr>
          <w:rStyle w:val="TextTranslationItalic"/>
          <w:lang w:val="ru-RU"/>
        </w:rPr>
        <w:t>Шримад-Бхагаватам</w:t>
      </w:r>
      <w:proofErr w:type="spellEnd"/>
      <w:r w:rsidRPr="00DA0238">
        <w:rPr>
          <w:rStyle w:val="TextTranslationItalic"/>
          <w:lang w:val="ru-RU"/>
        </w:rPr>
        <w:t xml:space="preserve"> – </w:t>
      </w:r>
      <w:r w:rsidRPr="00DA0238">
        <w:rPr>
          <w:lang w:val="ru-RU"/>
        </w:rPr>
        <w:t>среди прочих писаний пресветлая из светлых</w:t>
      </w:r>
      <w:r w:rsidR="006B3D80" w:rsidRPr="00DA0238">
        <w:rPr>
          <w:lang w:val="ru-RU"/>
        </w:rPr>
        <w:t>,</w:t>
      </w:r>
      <w:r w:rsidRPr="00DA0238">
        <w:rPr>
          <w:lang w:val="ru-RU"/>
        </w:rPr>
        <w:t xml:space="preserve"> ибо радует Всевышнего и ей отдают предпочтение рабы Божьи. В </w:t>
      </w:r>
      <w:r w:rsidRPr="00DA0238">
        <w:rPr>
          <w:rStyle w:val="TextTranslationItalic"/>
          <w:lang w:val="ru-RU"/>
        </w:rPr>
        <w:t>Падма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 xml:space="preserve"> (</w:t>
      </w:r>
      <w:r w:rsidRPr="00DA0238">
        <w:rPr>
          <w:rStyle w:val="TextTranslationItalic"/>
          <w:lang w:val="ru-RU"/>
        </w:rPr>
        <w:t>Уттара</w:t>
      </w:r>
      <w:r w:rsidRPr="00DA0238">
        <w:rPr>
          <w:lang w:val="ru-RU"/>
        </w:rPr>
        <w:t>-</w:t>
      </w:r>
      <w:proofErr w:type="spellStart"/>
      <w:r w:rsidRPr="00DA0238">
        <w:rPr>
          <w:rStyle w:val="TextTranslationItalic"/>
          <w:lang w:val="ru-RU"/>
        </w:rPr>
        <w:t>кханда</w:t>
      </w:r>
      <w:proofErr w:type="spellEnd"/>
      <w:r w:rsidR="006B3D80" w:rsidRPr="00DA0238">
        <w:rPr>
          <w:lang w:val="ru-RU"/>
        </w:rPr>
        <w:t xml:space="preserve"> 22.115)</w:t>
      </w:r>
      <w:r w:rsidRPr="00DA0238">
        <w:rPr>
          <w:lang w:val="ru-RU"/>
        </w:rPr>
        <w:t xml:space="preserve"> Гаутама вопрошает </w:t>
      </w:r>
      <w:proofErr w:type="spellStart"/>
      <w:r w:rsidRPr="00DA0238">
        <w:rPr>
          <w:lang w:val="ru-RU"/>
        </w:rPr>
        <w:t>Амбаришу</w:t>
      </w:r>
      <w:proofErr w:type="spellEnd"/>
      <w:r w:rsidRPr="00DA0238">
        <w:rPr>
          <w:lang w:val="ru-RU"/>
        </w:rPr>
        <w:t xml:space="preserve">: "О властитель земли, ужели ты восседаешь </w:t>
      </w:r>
      <w:r w:rsidRPr="00DA0238">
        <w:rPr>
          <w:lang w:val="ru-RU"/>
        </w:rPr>
        <w:lastRenderedPageBreak/>
        <w:t xml:space="preserve">пред Божеством Всевышнего и оглашаешь пред Ним повесть о царе демонов </w:t>
      </w:r>
      <w:proofErr w:type="spellStart"/>
      <w:r w:rsidRPr="00DA0238">
        <w:rPr>
          <w:lang w:val="ru-RU"/>
        </w:rPr>
        <w:t>Прахладе</w:t>
      </w:r>
      <w:proofErr w:type="spellEnd"/>
      <w:r w:rsidRPr="00DA0238">
        <w:rPr>
          <w:lang w:val="ru-RU"/>
        </w:rPr>
        <w:t>?" Там же</w:t>
      </w:r>
      <w:r w:rsidR="009B1A84" w:rsidRPr="00DA0238">
        <w:rPr>
          <w:lang w:val="ru-RU"/>
        </w:rPr>
        <w:t>,</w:t>
      </w:r>
      <w:r w:rsidRPr="00DA0238">
        <w:rPr>
          <w:lang w:val="ru-RU"/>
        </w:rPr>
        <w:t xml:space="preserve"> в </w:t>
      </w:r>
      <w:r w:rsidRPr="00DA0238">
        <w:rPr>
          <w:rStyle w:val="TextTranslationItalic"/>
          <w:lang w:val="ru-RU"/>
        </w:rPr>
        <w:t>Падма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="009B1A84" w:rsidRPr="00DA0238">
        <w:rPr>
          <w:rStyle w:val="TextTranslationItalic"/>
          <w:i w:val="0"/>
          <w:lang w:val="ru-RU"/>
        </w:rPr>
        <w:t>,</w:t>
      </w:r>
      <w:r w:rsidRPr="00DA0238">
        <w:rPr>
          <w:lang w:val="ru-RU"/>
        </w:rPr>
        <w:t xml:space="preserve"> в главе</w:t>
      </w:r>
      <w:r w:rsidR="009B1A84" w:rsidRPr="00DA0238">
        <w:rPr>
          <w:lang w:val="ru-RU"/>
        </w:rPr>
        <w:t>,</w:t>
      </w:r>
      <w:r w:rsidRPr="00DB2787">
        <w:rPr>
          <w:lang w:val="ru-RU"/>
        </w:rPr>
        <w:t xml:space="preserve"> прославляющей </w:t>
      </w:r>
      <w:proofErr w:type="spellStart"/>
      <w:r w:rsidRPr="00DB2787">
        <w:rPr>
          <w:rStyle w:val="TextTranslationItalic"/>
          <w:lang w:val="ru-RU"/>
        </w:rPr>
        <w:t>В</w:t>
      </w:r>
      <w:r w:rsidR="00042A16" w:rsidRPr="00DB2787">
        <w:rPr>
          <w:rStyle w:val="TextTranslationItalic"/>
          <w:lang w:val="ru-RU"/>
        </w:rPr>
        <w:t>йян</w:t>
      </w:r>
      <w:r w:rsidRPr="00DB2787">
        <w:rPr>
          <w:rStyle w:val="TextTranslationItalic"/>
          <w:lang w:val="ru-RU"/>
        </w:rPr>
        <w:t>джули</w:t>
      </w:r>
      <w:proofErr w:type="spellEnd"/>
      <w:r w:rsidRPr="00DB2787">
        <w:rPr>
          <w:lang w:val="ru-RU"/>
        </w:rPr>
        <w:t xml:space="preserve"> </w:t>
      </w:r>
      <w:r w:rsidRPr="00DB2787">
        <w:rPr>
          <w:rStyle w:val="TextTranslationItalic"/>
          <w:lang w:val="ru-RU"/>
        </w:rPr>
        <w:t>Маха</w:t>
      </w:r>
      <w:r w:rsidRPr="00DB2787">
        <w:rPr>
          <w:lang w:val="ru-RU"/>
        </w:rPr>
        <w:t>-</w:t>
      </w:r>
      <w:proofErr w:type="spellStart"/>
      <w:r w:rsidRPr="00DB2787">
        <w:rPr>
          <w:rStyle w:val="TextTranslationItalic"/>
          <w:lang w:val="ru-RU"/>
        </w:rPr>
        <w:t>двадаши</w:t>
      </w:r>
      <w:proofErr w:type="spellEnd"/>
      <w:r w:rsidRPr="00DB2787">
        <w:rPr>
          <w:lang w:val="ru-RU"/>
        </w:rPr>
        <w:t xml:space="preserve">, Гаутама поучает </w:t>
      </w:r>
      <w:proofErr w:type="spellStart"/>
      <w:r w:rsidRPr="00DB2787">
        <w:rPr>
          <w:lang w:val="ru-RU"/>
        </w:rPr>
        <w:t>Амбаришу</w:t>
      </w:r>
      <w:proofErr w:type="spellEnd"/>
      <w:r w:rsidRPr="00DB2787">
        <w:rPr>
          <w:lang w:val="ru-RU"/>
        </w:rPr>
        <w:t>: "В сию ночь должн</w:t>
      </w:r>
      <w:r w:rsidR="00AD1509" w:rsidRPr="00DB2787">
        <w:rPr>
          <w:lang w:val="ru-RU"/>
        </w:rPr>
        <w:t xml:space="preserve">о бодрствовать, </w:t>
      </w:r>
      <w:r w:rsidR="00CD25D9" w:rsidRPr="00DB2787">
        <w:rPr>
          <w:lang w:val="ru-RU"/>
        </w:rPr>
        <w:t xml:space="preserve">внемля </w:t>
      </w:r>
      <w:proofErr w:type="spellStart"/>
      <w:r w:rsidR="00CD25D9" w:rsidRPr="00DB2787">
        <w:rPr>
          <w:i/>
          <w:lang w:val="ru-RU"/>
        </w:rPr>
        <w:t>Бхагавад</w:t>
      </w:r>
      <w:proofErr w:type="spellEnd"/>
      <w:r w:rsidR="00CD25D9" w:rsidRPr="00DB2787">
        <w:rPr>
          <w:lang w:val="ru-RU"/>
        </w:rPr>
        <w:t>-</w:t>
      </w:r>
      <w:r w:rsidR="00CD25D9" w:rsidRPr="00DB2787">
        <w:rPr>
          <w:i/>
          <w:lang w:val="ru-RU"/>
        </w:rPr>
        <w:t>гите</w:t>
      </w:r>
      <w:r w:rsidR="00CD25D9" w:rsidRPr="00DB2787">
        <w:rPr>
          <w:lang w:val="ru-RU"/>
        </w:rPr>
        <w:t xml:space="preserve">, тысяче имён Вишну и </w:t>
      </w:r>
      <w:proofErr w:type="spellStart"/>
      <w:r w:rsidR="00CD25D9" w:rsidRPr="00DB2787">
        <w:rPr>
          <w:i/>
          <w:lang w:val="ru-RU"/>
        </w:rPr>
        <w:t>Пуране</w:t>
      </w:r>
      <w:proofErr w:type="spellEnd"/>
      <w:r w:rsidR="00CD25D9" w:rsidRPr="00DB2787">
        <w:rPr>
          <w:lang w:val="ru-RU"/>
        </w:rPr>
        <w:t>, п</w:t>
      </w:r>
      <w:r w:rsidR="00CD25D9" w:rsidRPr="00CD25D9">
        <w:rPr>
          <w:lang w:val="ru-RU"/>
        </w:rPr>
        <w:t xml:space="preserve">оведанной </w:t>
      </w:r>
      <w:proofErr w:type="spellStart"/>
      <w:r w:rsidR="00CD25D9" w:rsidRPr="00CD25D9">
        <w:rPr>
          <w:lang w:val="ru-RU"/>
        </w:rPr>
        <w:t>Шукою</w:t>
      </w:r>
      <w:proofErr w:type="spellEnd"/>
      <w:r w:rsidRPr="00DA0238">
        <w:rPr>
          <w:lang w:val="ru-RU"/>
        </w:rPr>
        <w:t>. Следует делать это со всем усердием</w:t>
      </w:r>
      <w:r w:rsidR="008F3550" w:rsidRPr="00DA0238">
        <w:rPr>
          <w:lang w:val="ru-RU"/>
        </w:rPr>
        <w:t>,</w:t>
      </w:r>
      <w:r w:rsidRPr="00DA0238">
        <w:rPr>
          <w:lang w:val="ru-RU"/>
        </w:rPr>
        <w:t xml:space="preserve"> дабы доставить удов</w:t>
      </w:r>
      <w:r w:rsidR="00AC784D" w:rsidRPr="00DA0238">
        <w:rPr>
          <w:lang w:val="ru-RU"/>
        </w:rPr>
        <w:t>о</w:t>
      </w:r>
      <w:r w:rsidRPr="00DA0238">
        <w:rPr>
          <w:lang w:val="ru-RU"/>
        </w:rPr>
        <w:t>льствие Всевыш</w:t>
      </w:r>
      <w:r w:rsidR="00AC784D" w:rsidRPr="00DA0238">
        <w:rPr>
          <w:lang w:val="ru-RU"/>
        </w:rPr>
        <w:t>н</w:t>
      </w:r>
      <w:r w:rsidRPr="00DA0238">
        <w:rPr>
          <w:lang w:val="ru-RU"/>
        </w:rPr>
        <w:t>ему, Хари".</w:t>
      </w:r>
    </w:p>
    <w:p w14:paraId="2E3B3E4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1CFE2DC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В том же предании сказано: "О </w:t>
      </w:r>
      <w:proofErr w:type="spellStart"/>
      <w:r w:rsidRPr="00DA0238">
        <w:rPr>
          <w:lang w:val="ru-RU"/>
        </w:rPr>
        <w:t>Амбариша</w:t>
      </w:r>
      <w:proofErr w:type="spellEnd"/>
      <w:r w:rsidRPr="00DA0238">
        <w:rPr>
          <w:lang w:val="ru-RU"/>
        </w:rPr>
        <w:t xml:space="preserve">, внемли с усердием </w:t>
      </w:r>
      <w:proofErr w:type="spellStart"/>
      <w:r w:rsidRPr="00DA0238">
        <w:rPr>
          <w:rStyle w:val="TextTranslationItalic"/>
          <w:lang w:val="ru-RU"/>
        </w:rPr>
        <w:t>Бхагавате</w:t>
      </w:r>
      <w:proofErr w:type="spellEnd"/>
      <w:r w:rsidRPr="00DA0238">
        <w:rPr>
          <w:lang w:val="ru-RU"/>
        </w:rPr>
        <w:t xml:space="preserve">, поведанной </w:t>
      </w:r>
      <w:proofErr w:type="spellStart"/>
      <w:r w:rsidRPr="00DA0238">
        <w:rPr>
          <w:lang w:val="ru-RU"/>
        </w:rPr>
        <w:t>Шукою</w:t>
      </w:r>
      <w:proofErr w:type="spellEnd"/>
      <w:r w:rsidRPr="00DA0238">
        <w:rPr>
          <w:lang w:val="ru-RU"/>
        </w:rPr>
        <w:t xml:space="preserve">. Исторгай ее из уст твоих, если желаешь покончить с бренным призрачным бытием". В </w:t>
      </w:r>
      <w:proofErr w:type="spellStart"/>
      <w:r w:rsidRPr="00DA0238">
        <w:rPr>
          <w:rStyle w:val="TextTranslationItalic"/>
          <w:lang w:val="ru-RU"/>
        </w:rPr>
        <w:t>Прахлада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самхите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Сканда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, живописующей </w:t>
      </w:r>
      <w:proofErr w:type="spellStart"/>
      <w:r w:rsidRPr="00DA0238">
        <w:rPr>
          <w:lang w:val="ru-RU"/>
        </w:rPr>
        <w:t>Двараку</w:t>
      </w:r>
      <w:proofErr w:type="spellEnd"/>
      <w:r w:rsidR="002E3088" w:rsidRPr="00DA0238">
        <w:rPr>
          <w:lang w:val="ru-RU"/>
        </w:rPr>
        <w:t>,</w:t>
      </w:r>
      <w:r w:rsidRPr="00DA0238">
        <w:rPr>
          <w:lang w:val="ru-RU"/>
        </w:rPr>
        <w:t xml:space="preserve"> говорится: "Кто бодрствует ночью пред Божеством Хари, оглашая </w:t>
      </w:r>
      <w:proofErr w:type="spellStart"/>
      <w:r w:rsidRPr="00DA0238">
        <w:rPr>
          <w:rStyle w:val="TextTranslationItalic"/>
          <w:lang w:val="ru-RU"/>
        </w:rPr>
        <w:t>Бхагавату</w:t>
      </w:r>
      <w:proofErr w:type="spellEnd"/>
      <w:r w:rsidRPr="00DA0238">
        <w:rPr>
          <w:lang w:val="ru-RU"/>
        </w:rPr>
        <w:t xml:space="preserve"> с верой и преданностью, тот вознесется в царство Божие со всей семьею своей".</w:t>
      </w:r>
    </w:p>
    <w:p w14:paraId="0F3EE1F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A6EDA73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21</w:t>
      </w:r>
      <w:r w:rsidR="00654FB1">
        <w:rPr>
          <w:b/>
          <w:lang w:val="ru-RU"/>
        </w:rPr>
        <w:t>.</w:t>
      </w:r>
    </w:p>
    <w:p w14:paraId="09BF704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04423D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rStyle w:val="TextTranslationItalic"/>
          <w:lang w:val="ru-RU"/>
        </w:rPr>
        <w:t>Гаруда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гласит: "Она всеобъемлюща [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>]</w:t>
      </w:r>
      <w:r w:rsidRPr="00DA0238">
        <w:rPr>
          <w:rStyle w:val="TextTranslationItalic"/>
          <w:lang w:val="ru-RU"/>
        </w:rPr>
        <w:t>,</w:t>
      </w:r>
      <w:r w:rsidR="0050335B" w:rsidRPr="00DA0238">
        <w:rPr>
          <w:lang w:val="ru-RU"/>
        </w:rPr>
        <w:t xml:space="preserve"> о</w:t>
      </w:r>
      <w:r w:rsidRPr="00DA0238">
        <w:rPr>
          <w:lang w:val="ru-RU"/>
        </w:rPr>
        <w:t xml:space="preserve">на суть толкование </w:t>
      </w:r>
      <w:r w:rsidRPr="00DA0238">
        <w:rPr>
          <w:rStyle w:val="TextTranslationItalic"/>
          <w:lang w:val="ru-RU"/>
        </w:rPr>
        <w:t>Веданты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сутры,</w:t>
      </w:r>
      <w:r w:rsidRPr="00DA0238">
        <w:rPr>
          <w:lang w:val="ru-RU"/>
        </w:rPr>
        <w:t xml:space="preserve"> она разъясняет смысл </w:t>
      </w:r>
      <w:r w:rsidRPr="00DA0238">
        <w:rPr>
          <w:rStyle w:val="TextTranslationItalic"/>
          <w:lang w:val="ru-RU"/>
        </w:rPr>
        <w:t>Махабхараты</w:t>
      </w:r>
      <w:r w:rsidRPr="00DA0238">
        <w:rPr>
          <w:lang w:val="ru-RU"/>
        </w:rPr>
        <w:t>, он</w:t>
      </w:r>
      <w:r w:rsidR="0050335B" w:rsidRPr="00DA0238">
        <w:rPr>
          <w:lang w:val="ru-RU"/>
        </w:rPr>
        <w:t>а</w:t>
      </w:r>
      <w:r w:rsidRPr="00DA0238">
        <w:rPr>
          <w:lang w:val="ru-RU"/>
        </w:rPr>
        <w:t xml:space="preserve"> являет значение </w:t>
      </w:r>
      <w:proofErr w:type="spellStart"/>
      <w:r w:rsidRPr="00DA0238">
        <w:rPr>
          <w:rStyle w:val="TextTranslationItalic"/>
          <w:lang w:val="ru-RU"/>
        </w:rPr>
        <w:t>Гаятри</w:t>
      </w:r>
      <w:proofErr w:type="spellEnd"/>
      <w:r w:rsidRPr="00DA0238">
        <w:rPr>
          <w:lang w:val="ru-RU"/>
        </w:rPr>
        <w:t xml:space="preserve"> и завершает послание </w:t>
      </w:r>
      <w:r w:rsidRPr="00DA0238">
        <w:rPr>
          <w:rStyle w:val="TextTranslationItalic"/>
          <w:lang w:val="ru-RU"/>
        </w:rPr>
        <w:t>Вед</w:t>
      </w:r>
      <w:r w:rsidRPr="00DA0238">
        <w:rPr>
          <w:lang w:val="ru-RU"/>
        </w:rPr>
        <w:t>. Она</w:t>
      </w:r>
      <w:r w:rsidR="005238DB"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Сама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Веда</w:t>
      </w:r>
      <w:r w:rsidRPr="00DA0238">
        <w:rPr>
          <w:lang w:val="ru-RU"/>
        </w:rPr>
        <w:t xml:space="preserve"> среди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>, сказанная Господом Богом Самолично. Труд сей о двенадцати книгах, трех сотн</w:t>
      </w:r>
      <w:r w:rsidR="004F16F9" w:rsidRPr="00DA0238">
        <w:rPr>
          <w:lang w:val="ru-RU"/>
        </w:rPr>
        <w:t>ях</w:t>
      </w:r>
      <w:r w:rsidRPr="00DA0238">
        <w:rPr>
          <w:lang w:val="ru-RU"/>
        </w:rPr>
        <w:t xml:space="preserve"> глав и восемнадцати тысяч стихов именуется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>".</w:t>
      </w:r>
    </w:p>
    <w:p w14:paraId="2120089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4F52FC9" w14:textId="77777777" w:rsidR="003B67ED" w:rsidRPr="00DA0238" w:rsidRDefault="002B41BF" w:rsidP="004E41B6">
      <w:pPr>
        <w:pStyle w:val="TextTranslation"/>
        <w:ind w:firstLine="180"/>
        <w:outlineLvl w:val="0"/>
        <w:rPr>
          <w:lang w:val="ru-RU"/>
        </w:rPr>
      </w:pPr>
      <w:r w:rsidRPr="00DA0238">
        <w:rPr>
          <w:lang w:val="ru-RU"/>
        </w:rPr>
        <w:t xml:space="preserve">Теперь перейдем к разбору сего стиха из </w:t>
      </w:r>
      <w:r w:rsidRPr="00DA0238">
        <w:rPr>
          <w:rStyle w:val="TextTranslationItalic"/>
          <w:lang w:val="ru-RU"/>
        </w:rPr>
        <w:t>Гаруды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>:</w:t>
      </w:r>
    </w:p>
    <w:p w14:paraId="2D372A0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855347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Фраза "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несет в себе смысл </w:t>
      </w:r>
      <w:r w:rsidR="00042A16">
        <w:rPr>
          <w:lang w:val="ru-RU"/>
        </w:rPr>
        <w:t>изречений [</w:t>
      </w:r>
      <w:r w:rsidRPr="00DA0238">
        <w:rPr>
          <w:rStyle w:val="TextTranslationItalic"/>
          <w:lang w:val="ru-RU"/>
        </w:rPr>
        <w:t>сутр</w:t>
      </w:r>
      <w:r w:rsidR="00042A16" w:rsidRPr="00042A16">
        <w:rPr>
          <w:lang w:val="ru-RU"/>
        </w:rPr>
        <w:t xml:space="preserve">] </w:t>
      </w:r>
      <w:r w:rsidRPr="00DA0238">
        <w:rPr>
          <w:rStyle w:val="TextTranslationItalic"/>
          <w:lang w:val="ru-RU"/>
        </w:rPr>
        <w:t>Веданты</w:t>
      </w:r>
      <w:r w:rsidRPr="00DA0238">
        <w:rPr>
          <w:lang w:val="ru-RU"/>
        </w:rPr>
        <w:t xml:space="preserve">" значит, что она служит естественным толкованием </w:t>
      </w:r>
      <w:r w:rsidR="00042A16">
        <w:rPr>
          <w:lang w:val="ru-RU"/>
        </w:rPr>
        <w:t>изречений</w:t>
      </w:r>
      <w:r w:rsidRPr="00DA0238">
        <w:rPr>
          <w:lang w:val="ru-RU"/>
        </w:rPr>
        <w:t xml:space="preserve">. [Вьяса] вначале постиг </w:t>
      </w:r>
      <w:r w:rsidRPr="00DA0238">
        <w:rPr>
          <w:rStyle w:val="TextTranslationItalic"/>
          <w:lang w:val="ru-RU"/>
        </w:rPr>
        <w:t>Веданту</w:t>
      </w:r>
      <w:r w:rsidRPr="00DA0238">
        <w:rPr>
          <w:lang w:val="ru-RU"/>
        </w:rPr>
        <w:t xml:space="preserve"> умом, затем подытожил ее в </w:t>
      </w:r>
      <w:r w:rsidRPr="00DA0238">
        <w:rPr>
          <w:rStyle w:val="TextTranslationItalic"/>
          <w:lang w:val="ru-RU"/>
        </w:rPr>
        <w:t>Веданта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сутре</w:t>
      </w:r>
      <w:r w:rsidRPr="00DA0238">
        <w:rPr>
          <w:lang w:val="ru-RU"/>
        </w:rPr>
        <w:t xml:space="preserve">, затем изложил основательно в </w:t>
      </w:r>
      <w:r w:rsidRPr="00DA0238">
        <w:rPr>
          <w:rStyle w:val="TextTranslationItalic"/>
          <w:lang w:val="ru-RU"/>
        </w:rPr>
        <w:t>Шри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Бхагавате</w:t>
      </w:r>
      <w:proofErr w:type="spellEnd"/>
      <w:r w:rsidRPr="00DA0238">
        <w:rPr>
          <w:lang w:val="ru-RU"/>
        </w:rPr>
        <w:t xml:space="preserve">. Потому как </w:t>
      </w:r>
      <w:proofErr w:type="spellStart"/>
      <w:r w:rsidRPr="00DA0238">
        <w:rPr>
          <w:rStyle w:val="TextTranslationItalic"/>
          <w:lang w:val="ru-RU"/>
        </w:rPr>
        <w:t>Бхагавата</w:t>
      </w:r>
      <w:proofErr w:type="spellEnd"/>
      <w:r w:rsidRPr="00DA0238">
        <w:rPr>
          <w:lang w:val="ru-RU"/>
        </w:rPr>
        <w:t xml:space="preserve"> уже собственно толкование </w:t>
      </w:r>
      <w:r w:rsidRPr="00DA0238">
        <w:rPr>
          <w:rStyle w:val="TextTranslationItalic"/>
          <w:lang w:val="ru-RU"/>
        </w:rPr>
        <w:t>Веданта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сутры</w:t>
      </w:r>
      <w:r w:rsidRPr="00DA0238">
        <w:rPr>
          <w:lang w:val="ru-RU"/>
        </w:rPr>
        <w:t xml:space="preserve">, мы заключаем, что прочие толкования </w:t>
      </w:r>
      <w:r w:rsidRPr="00DA0238">
        <w:rPr>
          <w:rStyle w:val="TextTranslationItalic"/>
          <w:lang w:val="ru-RU"/>
        </w:rPr>
        <w:t>сутры</w:t>
      </w:r>
      <w:r w:rsidRPr="00DA0238">
        <w:rPr>
          <w:lang w:val="ru-RU"/>
        </w:rPr>
        <w:t xml:space="preserve"> более поздними мыслителями есть сочинения, достойные внимания лишь в той степени, в какой они согласуются с </w:t>
      </w:r>
      <w:proofErr w:type="spellStart"/>
      <w:r w:rsidRPr="00DA0238">
        <w:rPr>
          <w:rStyle w:val="TextTranslationItalic"/>
          <w:lang w:val="ru-RU"/>
        </w:rPr>
        <w:t>Бхагаватой</w:t>
      </w:r>
      <w:proofErr w:type="spellEnd"/>
      <w:r w:rsidRPr="00DA0238">
        <w:rPr>
          <w:lang w:val="ru-RU"/>
        </w:rPr>
        <w:t>.</w:t>
      </w:r>
    </w:p>
    <w:p w14:paraId="37CAFA8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0FA989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Фраза "Она разъясняет смысл </w:t>
      </w:r>
      <w:r w:rsidRPr="00DA0238">
        <w:rPr>
          <w:rStyle w:val="TextTranslationItalic"/>
          <w:lang w:val="ru-RU"/>
        </w:rPr>
        <w:t>Махабхараты</w:t>
      </w:r>
      <w:r w:rsidRPr="00DA0238">
        <w:rPr>
          <w:lang w:val="ru-RU"/>
        </w:rPr>
        <w:t xml:space="preserve">" означает, что в ней сокрыта вся суть </w:t>
      </w:r>
      <w:r w:rsidRPr="00DA0238">
        <w:rPr>
          <w:rStyle w:val="TextTranslationItalic"/>
          <w:lang w:val="ru-RU"/>
        </w:rPr>
        <w:t>Махабхараты</w:t>
      </w:r>
      <w:r w:rsidRPr="00DA0238">
        <w:rPr>
          <w:lang w:val="ru-RU"/>
        </w:rPr>
        <w:t>, которая сама</w:t>
      </w:r>
      <w:r w:rsidR="0050335B" w:rsidRPr="00DA0238">
        <w:rPr>
          <w:lang w:val="ru-RU"/>
        </w:rPr>
        <w:t>,</w:t>
      </w:r>
      <w:r w:rsidRPr="00DA0238">
        <w:rPr>
          <w:lang w:val="ru-RU"/>
        </w:rPr>
        <w:t xml:space="preserve"> по мнению мудрых</w:t>
      </w:r>
      <w:r w:rsidR="0050335B" w:rsidRPr="00DA0238">
        <w:rPr>
          <w:lang w:val="ru-RU"/>
        </w:rPr>
        <w:t>,</w:t>
      </w:r>
      <w:r w:rsidRPr="00DA0238">
        <w:rPr>
          <w:lang w:val="ru-RU"/>
        </w:rPr>
        <w:t xml:space="preserve"> являет собой смысл всех Писаний. Когда однажды Вьяса просил богов под водительством Брахмы поместить </w:t>
      </w:r>
      <w:r w:rsidRPr="00DA0238">
        <w:rPr>
          <w:rStyle w:val="TextTranslationItalic"/>
          <w:lang w:val="ru-RU"/>
        </w:rPr>
        <w:t>Махабхарату</w:t>
      </w:r>
      <w:r w:rsidRPr="00DA0238">
        <w:rPr>
          <w:lang w:val="ru-RU"/>
        </w:rPr>
        <w:t xml:space="preserve"> и </w:t>
      </w:r>
      <w:r w:rsidRPr="00DA0238">
        <w:rPr>
          <w:rStyle w:val="TextTranslationItalic"/>
          <w:lang w:val="ru-RU"/>
        </w:rPr>
        <w:t>Веды</w:t>
      </w:r>
      <w:r w:rsidRPr="00DA0238">
        <w:rPr>
          <w:lang w:val="ru-RU"/>
        </w:rPr>
        <w:t xml:space="preserve"> на чаши весов, оказалось, что </w:t>
      </w:r>
      <w:r w:rsidRPr="00DA0238">
        <w:rPr>
          <w:rStyle w:val="TextTranslationItalic"/>
          <w:lang w:val="ru-RU"/>
        </w:rPr>
        <w:t>Махабхарата</w:t>
      </w:r>
      <w:r w:rsidRPr="00DA0238">
        <w:rPr>
          <w:lang w:val="ru-RU"/>
        </w:rPr>
        <w:t xml:space="preserve"> более весома. Потому как она велика [</w:t>
      </w:r>
      <w:proofErr w:type="spellStart"/>
      <w:r w:rsidRPr="00DA0238">
        <w:rPr>
          <w:rStyle w:val="TextTranslationItalic"/>
          <w:lang w:val="ru-RU"/>
        </w:rPr>
        <w:t>махаттват</w:t>
      </w:r>
      <w:proofErr w:type="spellEnd"/>
      <w:r w:rsidRPr="00DA0238">
        <w:rPr>
          <w:lang w:val="ru-RU"/>
        </w:rPr>
        <w:t>] и весома [</w:t>
      </w:r>
      <w:proofErr w:type="spellStart"/>
      <w:r w:rsidRPr="00DA0238">
        <w:rPr>
          <w:rStyle w:val="TextTranslationItalic"/>
          <w:lang w:val="ru-RU"/>
        </w:rPr>
        <w:t>бхара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ваттват</w:t>
      </w:r>
      <w:proofErr w:type="spellEnd"/>
      <w:r w:rsidRPr="00DA0238">
        <w:rPr>
          <w:lang w:val="ru-RU"/>
        </w:rPr>
        <w:t xml:space="preserve">], ее именуют </w:t>
      </w:r>
      <w:r w:rsidRPr="00DA0238">
        <w:rPr>
          <w:rStyle w:val="TextTranslationItalic"/>
          <w:lang w:val="ru-RU"/>
        </w:rPr>
        <w:t>Махабхаратою</w:t>
      </w:r>
      <w:r w:rsidRPr="00DA0238">
        <w:rPr>
          <w:lang w:val="ru-RU"/>
        </w:rPr>
        <w:t>".</w:t>
      </w:r>
    </w:p>
    <w:p w14:paraId="28BD8B0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A8AD2F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rStyle w:val="TextTranslationItalic"/>
          <w:lang w:val="ru-RU"/>
        </w:rPr>
        <w:t>Махабхарата</w:t>
      </w:r>
      <w:r w:rsidRPr="00DA0238">
        <w:rPr>
          <w:lang w:val="ru-RU"/>
        </w:rPr>
        <w:t xml:space="preserve"> живописует Всевышнего. О</w:t>
      </w:r>
      <w:r w:rsidR="00455FDA" w:rsidRPr="00DA0238">
        <w:rPr>
          <w:lang w:val="ru-RU"/>
        </w:rPr>
        <w:t xml:space="preserve">б этом говорит </w:t>
      </w:r>
      <w:proofErr w:type="spellStart"/>
      <w:r w:rsidR="00455FDA" w:rsidRPr="00DA0238">
        <w:rPr>
          <w:lang w:val="ru-RU"/>
        </w:rPr>
        <w:t>Джанамеджая</w:t>
      </w:r>
      <w:proofErr w:type="spellEnd"/>
      <w:r w:rsidR="00455FDA" w:rsidRPr="00DA0238">
        <w:rPr>
          <w:lang w:val="ru-RU"/>
        </w:rPr>
        <w:t xml:space="preserve"> </w:t>
      </w:r>
      <w:proofErr w:type="spellStart"/>
      <w:r w:rsidR="00455FDA" w:rsidRPr="00DA0238">
        <w:rPr>
          <w:lang w:val="ru-RU"/>
        </w:rPr>
        <w:t>Веда</w:t>
      </w:r>
      <w:r w:rsidRPr="00DA0238">
        <w:rPr>
          <w:lang w:val="ru-RU"/>
        </w:rPr>
        <w:t>вьясе</w:t>
      </w:r>
      <w:proofErr w:type="spellEnd"/>
      <w:r w:rsidRPr="00DA0238">
        <w:rPr>
          <w:lang w:val="ru-RU"/>
        </w:rPr>
        <w:t xml:space="preserve"> в главе </w:t>
      </w:r>
      <w:r w:rsidRPr="00DA0238">
        <w:rPr>
          <w:rStyle w:val="TextTranslationItalic"/>
          <w:lang w:val="ru-RU"/>
        </w:rPr>
        <w:t>Мокша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дхарма</w:t>
      </w:r>
      <w:r w:rsidRPr="00DA0238">
        <w:rPr>
          <w:lang w:val="ru-RU"/>
        </w:rPr>
        <w:t xml:space="preserve"> [Законы освобождения] в подразделе </w:t>
      </w:r>
      <w:proofErr w:type="spellStart"/>
      <w:r w:rsidRPr="00DA0238">
        <w:rPr>
          <w:rStyle w:val="TextTranslationItalic"/>
          <w:lang w:val="ru-RU"/>
        </w:rPr>
        <w:t>Н</w:t>
      </w:r>
      <w:r w:rsidR="005D66CB">
        <w:rPr>
          <w:rStyle w:val="TextTranslationItalic"/>
          <w:lang w:val="ru-RU"/>
        </w:rPr>
        <w:t>араяния</w:t>
      </w:r>
      <w:proofErr w:type="spellEnd"/>
      <w:r w:rsidRPr="00DA0238">
        <w:rPr>
          <w:lang w:val="ru-RU"/>
        </w:rPr>
        <w:t>. "</w:t>
      </w:r>
      <w:proofErr w:type="spellStart"/>
      <w:r w:rsidR="005D66CB">
        <w:rPr>
          <w:rStyle w:val="TextTranslationItalic"/>
          <w:lang w:val="ru-RU"/>
        </w:rPr>
        <w:t>Нараяния</w:t>
      </w:r>
      <w:proofErr w:type="spellEnd"/>
      <w:r w:rsidRPr="00DA0238">
        <w:rPr>
          <w:lang w:val="ru-RU"/>
        </w:rPr>
        <w:t xml:space="preserve"> – безбрежный океан знания, в коем мутовкой твоей мудрости взбит нектар ста тысяч стихов </w:t>
      </w:r>
      <w:r w:rsidRPr="00DA0238">
        <w:rPr>
          <w:rStyle w:val="TextTranslationItalic"/>
          <w:lang w:val="ru-RU"/>
        </w:rPr>
        <w:t>Мах</w:t>
      </w:r>
      <w:r w:rsidR="00455FDA" w:rsidRPr="00DA0238">
        <w:rPr>
          <w:rStyle w:val="TextTranslationItalic"/>
          <w:lang w:val="ru-RU"/>
        </w:rPr>
        <w:t>а</w:t>
      </w:r>
      <w:r w:rsidRPr="00DA0238">
        <w:rPr>
          <w:rStyle w:val="TextTranslationItalic"/>
          <w:lang w:val="ru-RU"/>
        </w:rPr>
        <w:t>бхараты</w:t>
      </w:r>
      <w:r w:rsidRPr="00DA0238">
        <w:rPr>
          <w:lang w:val="ru-RU"/>
        </w:rPr>
        <w:t xml:space="preserve">. О </w:t>
      </w:r>
      <w:r w:rsidR="00187405" w:rsidRPr="00DA0238">
        <w:rPr>
          <w:rStyle w:val="TextTranslationItalic"/>
          <w:lang w:val="ru-RU"/>
        </w:rPr>
        <w:t>брахман</w:t>
      </w:r>
      <w:r w:rsidR="00455FDA" w:rsidRPr="00DA0238">
        <w:rPr>
          <w:lang w:val="ru-RU"/>
        </w:rPr>
        <w:t>, подобно тому</w:t>
      </w:r>
      <w:r w:rsidRPr="00DA0238">
        <w:rPr>
          <w:lang w:val="ru-RU"/>
        </w:rPr>
        <w:t xml:space="preserve"> как </w:t>
      </w:r>
      <w:r w:rsidR="00455FDA" w:rsidRPr="00DA0238">
        <w:rPr>
          <w:lang w:val="ru-RU"/>
        </w:rPr>
        <w:t>масло взбивается из сливок, сан</w:t>
      </w:r>
      <w:r w:rsidRPr="00DA0238">
        <w:rPr>
          <w:lang w:val="ru-RU"/>
        </w:rPr>
        <w:t xml:space="preserve">дал добывается в горах </w:t>
      </w:r>
      <w:proofErr w:type="spellStart"/>
      <w:r w:rsidRPr="00DA0238">
        <w:rPr>
          <w:lang w:val="ru-RU"/>
        </w:rPr>
        <w:t>Малаи</w:t>
      </w:r>
      <w:proofErr w:type="spellEnd"/>
      <w:r w:rsidRPr="00DA0238">
        <w:rPr>
          <w:lang w:val="ru-RU"/>
        </w:rPr>
        <w:t xml:space="preserve">, </w:t>
      </w:r>
      <w:r w:rsidRPr="00DA0238">
        <w:rPr>
          <w:rStyle w:val="TextTranslationItalic"/>
          <w:lang w:val="ru-RU"/>
        </w:rPr>
        <w:t>Араньяки</w:t>
      </w:r>
      <w:r w:rsidRPr="00DA0238">
        <w:rPr>
          <w:lang w:val="ru-RU"/>
        </w:rPr>
        <w:t xml:space="preserve"> извлекаются из тела </w:t>
      </w:r>
      <w:r w:rsidRPr="00DA0238">
        <w:rPr>
          <w:rStyle w:val="TextTranslationItalic"/>
          <w:lang w:val="ru-RU"/>
        </w:rPr>
        <w:t>Веды</w:t>
      </w:r>
      <w:r w:rsidR="00455FDA" w:rsidRPr="00DA0238">
        <w:rPr>
          <w:lang w:val="ru-RU"/>
        </w:rPr>
        <w:t xml:space="preserve">, а нектар жизни — </w:t>
      </w:r>
      <w:r w:rsidRPr="00DA0238">
        <w:rPr>
          <w:lang w:val="ru-RU"/>
        </w:rPr>
        <w:t>из лечебных трав, так добыт был тобою из мудрости бессмер</w:t>
      </w:r>
      <w:r w:rsidR="00455FDA" w:rsidRPr="00DA0238">
        <w:rPr>
          <w:lang w:val="ru-RU"/>
        </w:rPr>
        <w:t>т</w:t>
      </w:r>
      <w:r w:rsidRPr="00DA0238">
        <w:rPr>
          <w:lang w:val="ru-RU"/>
        </w:rPr>
        <w:t xml:space="preserve">ный нектар сих притчей. </w:t>
      </w:r>
      <w:r w:rsidRPr="00DA0238">
        <w:rPr>
          <w:rStyle w:val="TextTranslationItalic"/>
          <w:lang w:val="ru-RU"/>
        </w:rPr>
        <w:t>Махабхарата</w:t>
      </w:r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 xml:space="preserve">сокровищница подвига, в коей хранятся сказания о Единосущем </w:t>
      </w:r>
      <w:proofErr w:type="spellStart"/>
      <w:r w:rsidRPr="00DA0238">
        <w:rPr>
          <w:lang w:val="ru-RU"/>
        </w:rPr>
        <w:t>Нараяне</w:t>
      </w:r>
      <w:proofErr w:type="spellEnd"/>
      <w:r w:rsidRPr="00DA0238">
        <w:rPr>
          <w:lang w:val="ru-RU"/>
        </w:rPr>
        <w:t>".</w:t>
      </w:r>
    </w:p>
    <w:p w14:paraId="0ACC7A7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1837E9C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22</w:t>
      </w:r>
      <w:r w:rsidR="00654FB1">
        <w:rPr>
          <w:b/>
          <w:lang w:val="ru-RU"/>
        </w:rPr>
        <w:t>.</w:t>
      </w:r>
    </w:p>
    <w:p w14:paraId="0C9D188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1C2B9DB" w14:textId="77777777" w:rsidR="005D66CB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Третья Книга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 xml:space="preserve"> гласит: </w:t>
      </w:r>
    </w:p>
    <w:p w14:paraId="2660ACA0" w14:textId="77777777" w:rsidR="005D66CB" w:rsidRDefault="005D66CB" w:rsidP="004E41B6">
      <w:pPr>
        <w:pStyle w:val="TextTranslation"/>
        <w:ind w:firstLine="180"/>
        <w:rPr>
          <w:lang w:val="ru-RU"/>
        </w:rPr>
      </w:pPr>
    </w:p>
    <w:p w14:paraId="65CB3417" w14:textId="77777777" w:rsidR="007F6788" w:rsidRPr="007F6788" w:rsidRDefault="007F6788" w:rsidP="007F6788">
      <w:pPr>
        <w:pStyle w:val="TextTranslation"/>
        <w:ind w:firstLine="180"/>
        <w:rPr>
          <w:i/>
          <w:lang w:val="ru-RU"/>
        </w:rPr>
      </w:pPr>
      <w:proofErr w:type="spellStart"/>
      <w:r w:rsidRPr="007F6788">
        <w:rPr>
          <w:i/>
          <w:lang w:val="ru-RU"/>
        </w:rPr>
        <w:t>мунир</w:t>
      </w:r>
      <w:proofErr w:type="spellEnd"/>
      <w:r w:rsidRPr="007F6788">
        <w:rPr>
          <w:i/>
          <w:lang w:val="ru-RU"/>
        </w:rPr>
        <w:t xml:space="preserve"> </w:t>
      </w:r>
      <w:proofErr w:type="spellStart"/>
      <w:r w:rsidRPr="007F6788">
        <w:rPr>
          <w:i/>
          <w:lang w:val="ru-RU"/>
        </w:rPr>
        <w:t>вивакшур</w:t>
      </w:r>
      <w:proofErr w:type="spellEnd"/>
      <w:r w:rsidRPr="007F6788">
        <w:rPr>
          <w:i/>
          <w:lang w:val="ru-RU"/>
        </w:rPr>
        <w:t xml:space="preserve"> </w:t>
      </w:r>
      <w:proofErr w:type="spellStart"/>
      <w:r w:rsidRPr="007F6788">
        <w:rPr>
          <w:i/>
          <w:lang w:val="ru-RU"/>
        </w:rPr>
        <w:t>бхагавад-гунанам</w:t>
      </w:r>
      <w:proofErr w:type="spellEnd"/>
    </w:p>
    <w:p w14:paraId="3F9A4F84" w14:textId="77777777" w:rsidR="007F6788" w:rsidRPr="007F6788" w:rsidRDefault="007F6788" w:rsidP="007F6788">
      <w:pPr>
        <w:pStyle w:val="TextTranslation"/>
        <w:ind w:firstLine="180"/>
        <w:rPr>
          <w:i/>
          <w:lang w:val="ru-RU"/>
        </w:rPr>
      </w:pPr>
      <w:proofErr w:type="spellStart"/>
      <w:r w:rsidRPr="007F6788">
        <w:rPr>
          <w:i/>
          <w:lang w:val="ru-RU"/>
        </w:rPr>
        <w:t>сакхапи</w:t>
      </w:r>
      <w:proofErr w:type="spellEnd"/>
      <w:r w:rsidRPr="007F6788">
        <w:rPr>
          <w:i/>
          <w:lang w:val="ru-RU"/>
        </w:rPr>
        <w:t xml:space="preserve"> те </w:t>
      </w:r>
      <w:proofErr w:type="spellStart"/>
      <w:r w:rsidRPr="007F6788">
        <w:rPr>
          <w:i/>
          <w:lang w:val="ru-RU"/>
        </w:rPr>
        <w:t>бхаратам</w:t>
      </w:r>
      <w:proofErr w:type="spellEnd"/>
      <w:r w:rsidRPr="007F6788">
        <w:rPr>
          <w:i/>
          <w:lang w:val="ru-RU"/>
        </w:rPr>
        <w:t xml:space="preserve"> </w:t>
      </w:r>
      <w:proofErr w:type="spellStart"/>
      <w:r w:rsidRPr="007F6788">
        <w:rPr>
          <w:i/>
          <w:lang w:val="ru-RU"/>
        </w:rPr>
        <w:t>аха</w:t>
      </w:r>
      <w:proofErr w:type="spellEnd"/>
      <w:r w:rsidRPr="007F6788">
        <w:rPr>
          <w:i/>
          <w:lang w:val="ru-RU"/>
        </w:rPr>
        <w:t xml:space="preserve"> </w:t>
      </w:r>
      <w:proofErr w:type="spellStart"/>
      <w:r w:rsidRPr="007F6788">
        <w:rPr>
          <w:i/>
          <w:lang w:val="ru-RU"/>
        </w:rPr>
        <w:t>кришнах</w:t>
      </w:r>
      <w:proofErr w:type="spellEnd"/>
    </w:p>
    <w:p w14:paraId="1DE949C8" w14:textId="77777777" w:rsidR="007F6788" w:rsidRPr="007F6788" w:rsidRDefault="007F6788" w:rsidP="007F6788">
      <w:pPr>
        <w:pStyle w:val="TextTranslation"/>
        <w:ind w:firstLine="180"/>
        <w:rPr>
          <w:i/>
          <w:lang w:val="ru-RU"/>
        </w:rPr>
      </w:pPr>
      <w:proofErr w:type="spellStart"/>
      <w:r w:rsidRPr="007F6788">
        <w:rPr>
          <w:i/>
          <w:lang w:val="ru-RU"/>
        </w:rPr>
        <w:lastRenderedPageBreak/>
        <w:t>йасмин</w:t>
      </w:r>
      <w:proofErr w:type="spellEnd"/>
      <w:r w:rsidRPr="007F6788">
        <w:rPr>
          <w:i/>
          <w:lang w:val="ru-RU"/>
        </w:rPr>
        <w:t xml:space="preserve"> </w:t>
      </w:r>
      <w:proofErr w:type="spellStart"/>
      <w:r w:rsidRPr="007F6788">
        <w:rPr>
          <w:i/>
          <w:lang w:val="ru-RU"/>
        </w:rPr>
        <w:t>нринам</w:t>
      </w:r>
      <w:proofErr w:type="spellEnd"/>
      <w:r w:rsidRPr="007F6788">
        <w:rPr>
          <w:i/>
          <w:lang w:val="ru-RU"/>
        </w:rPr>
        <w:t xml:space="preserve"> </w:t>
      </w:r>
      <w:proofErr w:type="spellStart"/>
      <w:r w:rsidRPr="007F6788">
        <w:rPr>
          <w:i/>
          <w:lang w:val="ru-RU"/>
        </w:rPr>
        <w:t>грамйа-сукханувадаир</w:t>
      </w:r>
      <w:proofErr w:type="spellEnd"/>
    </w:p>
    <w:p w14:paraId="19C0346E" w14:textId="77777777" w:rsidR="007F6788" w:rsidRPr="007F6788" w:rsidRDefault="007F6788" w:rsidP="007F6788">
      <w:pPr>
        <w:pStyle w:val="TextTranslation"/>
        <w:ind w:firstLine="180"/>
        <w:rPr>
          <w:i/>
          <w:lang w:val="ru-RU"/>
        </w:rPr>
      </w:pPr>
      <w:proofErr w:type="spellStart"/>
      <w:r w:rsidRPr="007F6788">
        <w:rPr>
          <w:i/>
          <w:lang w:val="ru-RU"/>
        </w:rPr>
        <w:t>матир</w:t>
      </w:r>
      <w:proofErr w:type="spellEnd"/>
      <w:r w:rsidRPr="007F6788">
        <w:rPr>
          <w:i/>
          <w:lang w:val="ru-RU"/>
        </w:rPr>
        <w:t xml:space="preserve"> </w:t>
      </w:r>
      <w:proofErr w:type="spellStart"/>
      <w:r w:rsidRPr="007F6788">
        <w:rPr>
          <w:i/>
          <w:lang w:val="ru-RU"/>
        </w:rPr>
        <w:t>грихита</w:t>
      </w:r>
      <w:proofErr w:type="spellEnd"/>
      <w:r w:rsidRPr="007F6788">
        <w:rPr>
          <w:i/>
          <w:lang w:val="ru-RU"/>
        </w:rPr>
        <w:t xml:space="preserve"> ну </w:t>
      </w:r>
      <w:proofErr w:type="spellStart"/>
      <w:r w:rsidRPr="007F6788">
        <w:rPr>
          <w:i/>
          <w:lang w:val="ru-RU"/>
        </w:rPr>
        <w:t>харех</w:t>
      </w:r>
      <w:proofErr w:type="spellEnd"/>
      <w:r w:rsidRPr="007F6788">
        <w:rPr>
          <w:i/>
          <w:lang w:val="ru-RU"/>
        </w:rPr>
        <w:t xml:space="preserve"> </w:t>
      </w:r>
      <w:proofErr w:type="spellStart"/>
      <w:r w:rsidRPr="007F6788">
        <w:rPr>
          <w:i/>
          <w:lang w:val="ru-RU"/>
        </w:rPr>
        <w:t>катхайам</w:t>
      </w:r>
      <w:proofErr w:type="spellEnd"/>
    </w:p>
    <w:p w14:paraId="7DA83154" w14:textId="77777777" w:rsidR="005D66CB" w:rsidRDefault="005D66CB" w:rsidP="004E41B6">
      <w:pPr>
        <w:pStyle w:val="TextTranslation"/>
        <w:ind w:firstLine="180"/>
        <w:rPr>
          <w:lang w:val="ru-RU"/>
        </w:rPr>
      </w:pPr>
    </w:p>
    <w:p w14:paraId="38796DC2" w14:textId="77777777" w:rsidR="003B67ED" w:rsidRPr="00DA0238" w:rsidRDefault="0087439D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</w:t>
      </w:r>
      <w:r w:rsidR="002B41BF" w:rsidRPr="00DA0238">
        <w:rPr>
          <w:lang w:val="ru-RU"/>
        </w:rPr>
        <w:t>Для чего друг твой Вьяса сотворил столь обширную повесть о потомках Бхараты, если описанию главного Действующего Лица он уделил весьма незначительную часть? Можно ли познать Истину, сосредотачиваясь на предметах, не вполне относящихся к Ней?</w:t>
      </w:r>
      <w:r w:rsidR="002B41BF" w:rsidRPr="0087439D">
        <w:rPr>
          <w:b w:val="0"/>
          <w:lang w:val="ru-RU"/>
        </w:rPr>
        <w:t>”</w:t>
      </w:r>
      <w:r w:rsidR="002B41BF" w:rsidRPr="00DA0238">
        <w:rPr>
          <w:lang w:val="ru-RU"/>
        </w:rPr>
        <w:t xml:space="preserve"> (</w:t>
      </w:r>
      <w:proofErr w:type="spellStart"/>
      <w:r w:rsidR="001A5EB6" w:rsidRPr="00DA0238">
        <w:rPr>
          <w:rStyle w:val="TextTranslationItalic"/>
          <w:lang w:val="ru-RU"/>
        </w:rPr>
        <w:t>Шримад-Бхагава</w:t>
      </w:r>
      <w:r w:rsidR="002B41BF" w:rsidRPr="00DA0238">
        <w:rPr>
          <w:rStyle w:val="TextTranslationItalic"/>
          <w:lang w:val="ru-RU"/>
        </w:rPr>
        <w:t>там</w:t>
      </w:r>
      <w:proofErr w:type="spellEnd"/>
      <w:r w:rsidR="00455FDA" w:rsidRPr="00DA0238">
        <w:rPr>
          <w:lang w:val="ru-RU"/>
        </w:rPr>
        <w:t xml:space="preserve"> 3.5.12)</w:t>
      </w:r>
      <w:r w:rsidR="00B50058" w:rsidRPr="00DA0238">
        <w:rPr>
          <w:lang w:val="ru-RU"/>
        </w:rPr>
        <w:t>.</w:t>
      </w:r>
    </w:p>
    <w:p w14:paraId="25748A4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2E8FD91" w14:textId="77777777" w:rsidR="003B67ED" w:rsidRPr="00DA0238" w:rsidRDefault="0023543F" w:rsidP="004E41B6">
      <w:pPr>
        <w:pStyle w:val="TextTranslation"/>
        <w:ind w:firstLine="180"/>
        <w:rPr>
          <w:lang w:val="ru-RU"/>
        </w:rPr>
      </w:pPr>
      <w:proofErr w:type="spellStart"/>
      <w:r>
        <w:rPr>
          <w:rStyle w:val="TextTranslationItalic"/>
          <w:lang w:val="ru-RU"/>
        </w:rPr>
        <w:t>Шримад-Бхагаватам</w:t>
      </w:r>
      <w:proofErr w:type="spellEnd"/>
      <w:r w:rsidR="002B41BF" w:rsidRPr="00DA0238">
        <w:rPr>
          <w:lang w:val="ru-RU"/>
        </w:rPr>
        <w:t xml:space="preserve"> "служит толкованием </w:t>
      </w:r>
      <w:proofErr w:type="spellStart"/>
      <w:r w:rsidR="002B41BF" w:rsidRPr="00DA0238">
        <w:rPr>
          <w:rStyle w:val="TextTranslationItalic"/>
          <w:lang w:val="ru-RU"/>
        </w:rPr>
        <w:t>Гаятри</w:t>
      </w:r>
      <w:proofErr w:type="spellEnd"/>
      <w:r w:rsidR="002B41BF" w:rsidRPr="00DA0238">
        <w:rPr>
          <w:lang w:val="ru-RU"/>
        </w:rPr>
        <w:t xml:space="preserve">". Также верно, что в </w:t>
      </w:r>
      <w:r w:rsidR="002B41BF" w:rsidRPr="00DA0238">
        <w:rPr>
          <w:rStyle w:val="TextTranslationItalic"/>
          <w:lang w:val="ru-RU"/>
        </w:rPr>
        <w:t>Вишну</w:t>
      </w:r>
      <w:r w:rsidR="002B41BF" w:rsidRPr="00DA0238">
        <w:rPr>
          <w:lang w:val="ru-RU"/>
        </w:rPr>
        <w:t>-</w:t>
      </w:r>
      <w:proofErr w:type="spellStart"/>
      <w:r w:rsidR="002B41BF" w:rsidRPr="00DA0238">
        <w:rPr>
          <w:rStyle w:val="TextTranslationItalic"/>
          <w:lang w:val="ru-RU"/>
        </w:rPr>
        <w:t>драхмоттаре</w:t>
      </w:r>
      <w:proofErr w:type="spellEnd"/>
      <w:r w:rsidR="002B41BF" w:rsidRPr="00DA0238">
        <w:rPr>
          <w:lang w:val="ru-RU"/>
        </w:rPr>
        <w:t xml:space="preserve"> и </w:t>
      </w:r>
      <w:proofErr w:type="spellStart"/>
      <w:r w:rsidR="002B41BF" w:rsidRPr="00DA0238">
        <w:rPr>
          <w:rStyle w:val="TextTranslationItalic"/>
          <w:lang w:val="ru-RU"/>
        </w:rPr>
        <w:t>Пуранах</w:t>
      </w:r>
      <w:proofErr w:type="spellEnd"/>
      <w:r w:rsidR="002B41BF" w:rsidRPr="00DA0238">
        <w:rPr>
          <w:lang w:val="ru-RU"/>
        </w:rPr>
        <w:t xml:space="preserve"> Господь живописуется через объяснение </w:t>
      </w:r>
      <w:r w:rsidR="002B41BF" w:rsidRPr="00DA0238">
        <w:rPr>
          <w:rStyle w:val="TextTranslationItalic"/>
          <w:lang w:val="ru-RU"/>
        </w:rPr>
        <w:t>мантры</w:t>
      </w:r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Гаятри</w:t>
      </w:r>
      <w:proofErr w:type="spellEnd"/>
      <w:r w:rsidR="002B41BF" w:rsidRPr="00DA0238">
        <w:rPr>
          <w:rStyle w:val="TextTranslationItalic"/>
          <w:lang w:val="ru-RU"/>
        </w:rPr>
        <w:t>.</w:t>
      </w:r>
      <w:r w:rsidR="002B41BF" w:rsidRPr="00DA0238">
        <w:rPr>
          <w:lang w:val="ru-RU"/>
        </w:rPr>
        <w:t xml:space="preserve"> Ниже я постараюсь истолковать стих "</w:t>
      </w:r>
      <w:proofErr w:type="spellStart"/>
      <w:r w:rsidR="002B41BF" w:rsidRPr="00DA0238">
        <w:rPr>
          <w:rStyle w:val="TextTranslationItalic"/>
          <w:lang w:val="ru-RU"/>
        </w:rPr>
        <w:t>джанмадй</w:t>
      </w:r>
      <w:proofErr w:type="spellEnd"/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асйа</w:t>
      </w:r>
      <w:proofErr w:type="spellEnd"/>
      <w:r w:rsidR="002B41BF" w:rsidRPr="00DA0238">
        <w:rPr>
          <w:lang w:val="ru-RU"/>
        </w:rPr>
        <w:t>" (</w:t>
      </w:r>
      <w:proofErr w:type="spellStart"/>
      <w:r w:rsidR="002B41BF" w:rsidRPr="00DA0238">
        <w:rPr>
          <w:rStyle w:val="TextTranslationItalic"/>
          <w:lang w:val="ru-RU"/>
        </w:rPr>
        <w:t>Бхагаватам</w:t>
      </w:r>
      <w:proofErr w:type="spellEnd"/>
      <w:r w:rsidR="002B41BF" w:rsidRPr="00DA0238">
        <w:rPr>
          <w:rStyle w:val="TextTranslationItalic"/>
          <w:lang w:val="ru-RU"/>
        </w:rPr>
        <w:t xml:space="preserve"> </w:t>
      </w:r>
      <w:r w:rsidR="002B41BF" w:rsidRPr="00DA0238">
        <w:rPr>
          <w:lang w:val="ru-RU"/>
        </w:rPr>
        <w:t xml:space="preserve">1.1.1) в этом ключе. </w:t>
      </w:r>
      <w:r w:rsidR="00662FDE">
        <w:rPr>
          <w:lang w:val="ru-RU"/>
        </w:rPr>
        <w:t>"</w:t>
      </w:r>
      <w:r w:rsidR="002B41BF" w:rsidRPr="00DA0238">
        <w:rPr>
          <w:rStyle w:val="TextTranslationItalic"/>
          <w:lang w:val="ru-RU"/>
        </w:rPr>
        <w:t>Веданта</w:t>
      </w:r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парибримхита</w:t>
      </w:r>
      <w:proofErr w:type="spellEnd"/>
      <w:r w:rsidR="00662FDE" w:rsidRPr="00662FDE">
        <w:rPr>
          <w:rStyle w:val="TextTranslationItalic"/>
          <w:b w:val="0"/>
          <w:i w:val="0"/>
          <w:lang w:val="ru-RU"/>
        </w:rPr>
        <w:t>"</w:t>
      </w:r>
      <w:r w:rsidR="002B41BF" w:rsidRPr="00DA0238">
        <w:rPr>
          <w:lang w:val="ru-RU"/>
        </w:rPr>
        <w:t xml:space="preserve"> означает "с помощью чего послание </w:t>
      </w:r>
      <w:r w:rsidR="002B41BF" w:rsidRPr="00DA0238">
        <w:rPr>
          <w:rStyle w:val="TextTranslationItalic"/>
          <w:lang w:val="ru-RU"/>
        </w:rPr>
        <w:t>Вед</w:t>
      </w:r>
      <w:r w:rsidR="002B41BF" w:rsidRPr="00DA0238">
        <w:rPr>
          <w:lang w:val="ru-RU"/>
        </w:rPr>
        <w:t xml:space="preserve"> делается завершенным"</w:t>
      </w:r>
      <w:r w:rsidR="00455FDA" w:rsidRPr="00DA0238">
        <w:rPr>
          <w:lang w:val="ru-RU"/>
        </w:rPr>
        <w:t>, что</w:t>
      </w:r>
      <w:r w:rsidR="002B41BF" w:rsidRPr="00DA0238">
        <w:rPr>
          <w:lang w:val="ru-RU"/>
        </w:rPr>
        <w:t xml:space="preserve"> выражено в строке "</w:t>
      </w:r>
      <w:r w:rsidR="002B41BF" w:rsidRPr="00DA0238">
        <w:rPr>
          <w:rStyle w:val="TextTranslationItalic"/>
          <w:lang w:val="ru-RU"/>
        </w:rPr>
        <w:t>Веды</w:t>
      </w:r>
      <w:r w:rsidR="002B41BF" w:rsidRPr="00DA0238">
        <w:rPr>
          <w:lang w:val="ru-RU"/>
        </w:rPr>
        <w:t xml:space="preserve"> завершаются </w:t>
      </w:r>
      <w:proofErr w:type="spellStart"/>
      <w:r w:rsidR="00455FDA" w:rsidRPr="00DA0238">
        <w:rPr>
          <w:rStyle w:val="TextTranslationItalic"/>
          <w:lang w:val="ru-RU"/>
        </w:rPr>
        <w:t>Ити</w:t>
      </w:r>
      <w:r w:rsidR="002B41BF" w:rsidRPr="00DA0238">
        <w:rPr>
          <w:rStyle w:val="TextTranslationItalic"/>
          <w:lang w:val="ru-RU"/>
        </w:rPr>
        <w:t>хасами</w:t>
      </w:r>
      <w:proofErr w:type="spellEnd"/>
      <w:r w:rsidR="002B41BF" w:rsidRPr="00DA0238">
        <w:rPr>
          <w:lang w:val="ru-RU"/>
        </w:rPr>
        <w:t xml:space="preserve"> и </w:t>
      </w:r>
      <w:proofErr w:type="spellStart"/>
      <w:r w:rsidR="002B41BF" w:rsidRPr="00DA0238">
        <w:rPr>
          <w:rStyle w:val="TextTranslationItalic"/>
          <w:lang w:val="ru-RU"/>
        </w:rPr>
        <w:t>Пуранами</w:t>
      </w:r>
      <w:proofErr w:type="spellEnd"/>
      <w:r w:rsidR="002B41BF" w:rsidRPr="00DA0238">
        <w:rPr>
          <w:lang w:val="ru-RU"/>
        </w:rPr>
        <w:t>".</w:t>
      </w:r>
    </w:p>
    <w:p w14:paraId="3F54534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10ACB9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r w:rsidRPr="00DA0238">
        <w:rPr>
          <w:rStyle w:val="TextTranslationItalic"/>
          <w:lang w:val="ru-RU"/>
        </w:rPr>
        <w:t>Сама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Веда</w:t>
      </w:r>
      <w:r w:rsidRPr="00DA0238">
        <w:rPr>
          <w:lang w:val="ru-RU"/>
        </w:rPr>
        <w:t xml:space="preserve"> среди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 xml:space="preserve">" значит </w:t>
      </w:r>
      <w:r w:rsidR="00455FDA" w:rsidRPr="00DA0238">
        <w:rPr>
          <w:lang w:val="ru-RU"/>
        </w:rPr>
        <w:t>"</w:t>
      </w:r>
      <w:r w:rsidRPr="00DA0238">
        <w:rPr>
          <w:lang w:val="ru-RU"/>
        </w:rPr>
        <w:t>л</w:t>
      </w:r>
      <w:r w:rsidR="0050061C" w:rsidRPr="00DA0238">
        <w:rPr>
          <w:lang w:val="ru-RU"/>
        </w:rPr>
        <w:t>учшая среди них, наподобие тому</w:t>
      </w:r>
      <w:r w:rsidRPr="00DA0238">
        <w:rPr>
          <w:lang w:val="ru-RU"/>
        </w:rPr>
        <w:t xml:space="preserve"> как </w:t>
      </w:r>
      <w:r w:rsidRPr="00DA0238">
        <w:rPr>
          <w:rStyle w:val="TextTranslationItalic"/>
          <w:lang w:val="ru-RU"/>
        </w:rPr>
        <w:t>Сама</w:t>
      </w:r>
      <w:r w:rsidRPr="00DA0238">
        <w:rPr>
          <w:lang w:val="ru-RU"/>
        </w:rPr>
        <w:t xml:space="preserve"> лучшая среди </w:t>
      </w:r>
      <w:r w:rsidRPr="00DA0238">
        <w:rPr>
          <w:rStyle w:val="TextTranslationItalic"/>
          <w:lang w:val="ru-RU"/>
        </w:rPr>
        <w:t>Вед</w:t>
      </w:r>
      <w:r w:rsidR="00455FDA" w:rsidRPr="00DA0238">
        <w:rPr>
          <w:lang w:val="ru-RU"/>
        </w:rPr>
        <w:t>"</w:t>
      </w:r>
      <w:r w:rsidRPr="00DA0238">
        <w:rPr>
          <w:lang w:val="ru-RU"/>
        </w:rPr>
        <w:t xml:space="preserve">. Кто так или иначе подвержен влиянию возбужденности и помрачения, не видит, что все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повествуют лишь о Всевышнем. Но подобно тому как </w:t>
      </w:r>
      <w:r w:rsidRPr="00DA0238">
        <w:rPr>
          <w:rStyle w:val="TextTranslationItalic"/>
          <w:lang w:val="ru-RU"/>
        </w:rPr>
        <w:t>Сама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Веда</w:t>
      </w:r>
      <w:r w:rsidRPr="00DA0238">
        <w:rPr>
          <w:lang w:val="ru-RU"/>
        </w:rPr>
        <w:t xml:space="preserve"> сводит к единому последовательному посланию все три раздела </w:t>
      </w:r>
      <w:r w:rsidRPr="00DA0238">
        <w:rPr>
          <w:rStyle w:val="TextTranslationItalic"/>
          <w:lang w:val="ru-RU"/>
        </w:rPr>
        <w:t>Вед</w:t>
      </w:r>
      <w:r w:rsidRPr="00DA0238">
        <w:rPr>
          <w:lang w:val="ru-RU"/>
        </w:rPr>
        <w:t xml:space="preserve">, все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в конечном счете </w:t>
      </w:r>
      <w:r w:rsidR="00343A55" w:rsidRPr="00DA0238">
        <w:rPr>
          <w:lang w:val="ru-RU"/>
        </w:rPr>
        <w:t>славят</w:t>
      </w:r>
      <w:r w:rsidRPr="00DA0238">
        <w:rPr>
          <w:lang w:val="ru-RU"/>
        </w:rPr>
        <w:t xml:space="preserve"> </w:t>
      </w:r>
      <w:r w:rsidR="00821F7E">
        <w:rPr>
          <w:lang w:val="ru-RU"/>
        </w:rPr>
        <w:t>Бога</w:t>
      </w:r>
      <w:r w:rsidRPr="00DA0238">
        <w:rPr>
          <w:lang w:val="ru-RU"/>
        </w:rPr>
        <w:t xml:space="preserve">, прославленного в </w:t>
      </w:r>
      <w:proofErr w:type="spellStart"/>
      <w:r w:rsidRPr="00DA0238">
        <w:rPr>
          <w:rStyle w:val="TextTranslationItalic"/>
          <w:lang w:val="ru-RU"/>
        </w:rPr>
        <w:t>Бхагавате</w:t>
      </w:r>
      <w:proofErr w:type="spellEnd"/>
      <w:r w:rsidRPr="00DA0238">
        <w:rPr>
          <w:lang w:val="ru-RU"/>
        </w:rPr>
        <w:t>.</w:t>
      </w:r>
      <w:r w:rsidR="00343A55" w:rsidRPr="00DA0238">
        <w:rPr>
          <w:lang w:val="ru-RU"/>
        </w:rPr>
        <w:t xml:space="preserve"> Это равносильно высказыванию "в</w:t>
      </w:r>
      <w:r w:rsidRPr="00DA0238">
        <w:rPr>
          <w:lang w:val="ru-RU"/>
        </w:rPr>
        <w:t xml:space="preserve">о всех </w:t>
      </w:r>
      <w:r w:rsidRPr="00DA0238">
        <w:rPr>
          <w:rStyle w:val="TextTranslationItalic"/>
          <w:lang w:val="ru-RU"/>
        </w:rPr>
        <w:t>Ведах</w:t>
      </w:r>
      <w:r w:rsidRPr="00DA0238">
        <w:rPr>
          <w:lang w:val="ru-RU"/>
        </w:rPr>
        <w:t xml:space="preserve">, </w:t>
      </w:r>
      <w:r w:rsidRPr="00DA0238">
        <w:rPr>
          <w:rStyle w:val="TextTranslationItalic"/>
          <w:lang w:val="ru-RU"/>
        </w:rPr>
        <w:t>Рамаяне</w:t>
      </w:r>
      <w:r w:rsidRPr="00DA0238">
        <w:rPr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Пуранах</w:t>
      </w:r>
      <w:proofErr w:type="spellEnd"/>
      <w:r w:rsidRPr="00DA0238">
        <w:rPr>
          <w:lang w:val="ru-RU"/>
        </w:rPr>
        <w:t xml:space="preserve"> и </w:t>
      </w:r>
      <w:r w:rsidRPr="00DA0238">
        <w:rPr>
          <w:rStyle w:val="TextTranslationItalic"/>
          <w:lang w:val="ru-RU"/>
        </w:rPr>
        <w:t>Махабхарате</w:t>
      </w:r>
      <w:r w:rsidRPr="00DA0238">
        <w:rPr>
          <w:lang w:val="ru-RU"/>
        </w:rPr>
        <w:t xml:space="preserve"> от начала до конца оглашается слава Всевышнего</w:t>
      </w:r>
      <w:r w:rsidR="00343A55" w:rsidRPr="00DA0238">
        <w:rPr>
          <w:lang w:val="ru-RU"/>
        </w:rPr>
        <w:t>"</w:t>
      </w:r>
      <w:r w:rsidRPr="00DA0238">
        <w:rPr>
          <w:lang w:val="ru-RU"/>
        </w:rPr>
        <w:t xml:space="preserve"> (</w:t>
      </w:r>
      <w:r w:rsidRPr="00DA0238">
        <w:rPr>
          <w:rStyle w:val="TextTranslationItalic"/>
          <w:lang w:val="ru-RU"/>
        </w:rPr>
        <w:t xml:space="preserve">Махабхарата, </w:t>
      </w:r>
      <w:proofErr w:type="spellStart"/>
      <w:r w:rsidRPr="00DA0238">
        <w:rPr>
          <w:rStyle w:val="TextTranslationItalic"/>
          <w:lang w:val="ru-RU"/>
        </w:rPr>
        <w:t>Сварга-парва</w:t>
      </w:r>
      <w:proofErr w:type="spellEnd"/>
      <w:r w:rsidRPr="00DA0238">
        <w:rPr>
          <w:lang w:val="ru-RU"/>
        </w:rPr>
        <w:t xml:space="preserve"> 6.93). Об этом будет сказано ниже в </w:t>
      </w:r>
      <w:proofErr w:type="spellStart"/>
      <w:r w:rsidRPr="00DA0238">
        <w:rPr>
          <w:rStyle w:val="TextTranslationItalic"/>
          <w:lang w:val="ru-RU"/>
        </w:rPr>
        <w:t>Параматма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сандарбхе</w:t>
      </w:r>
      <w:proofErr w:type="spellEnd"/>
      <w:r w:rsidR="00821F7E">
        <w:rPr>
          <w:lang w:val="ru-RU"/>
        </w:rPr>
        <w:t xml:space="preserve">, "Очерке о Душе". </w:t>
      </w:r>
    </w:p>
    <w:p w14:paraId="36305A2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800951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"Сказанная Богом Самолично" относит нас к заключительному стиху </w:t>
      </w:r>
      <w:proofErr w:type="spellStart"/>
      <w:r w:rsidR="001A5EB6" w:rsidRPr="00DA0238">
        <w:rPr>
          <w:rStyle w:val="TextTranslationItalic"/>
          <w:lang w:val="ru-RU"/>
        </w:rPr>
        <w:t>Шримад-Бхагава</w:t>
      </w:r>
      <w:r w:rsidRPr="00DA0238">
        <w:rPr>
          <w:rStyle w:val="TextTranslationItalic"/>
          <w:lang w:val="ru-RU"/>
        </w:rPr>
        <w:t>там</w:t>
      </w:r>
      <w:proofErr w:type="spellEnd"/>
      <w:r w:rsidR="00343A55" w:rsidRPr="00DA0238">
        <w:rPr>
          <w:lang w:val="ru-RU"/>
        </w:rPr>
        <w:t xml:space="preserve">: </w:t>
      </w:r>
      <w:r w:rsidRPr="00DA0238">
        <w:rPr>
          <w:lang w:val="ru-RU"/>
        </w:rPr>
        <w:t>"Она (</w:t>
      </w:r>
      <w:proofErr w:type="spellStart"/>
      <w:r w:rsidRPr="00DA0238">
        <w:rPr>
          <w:rStyle w:val="TextTranslationItalic"/>
          <w:lang w:val="ru-RU"/>
        </w:rPr>
        <w:t>Бхагавата</w:t>
      </w:r>
      <w:proofErr w:type="spellEnd"/>
      <w:r w:rsidRPr="00DA0238">
        <w:rPr>
          <w:lang w:val="ru-RU"/>
        </w:rPr>
        <w:t>) была поведана Всевышним Брахме</w:t>
      </w:r>
      <w:r w:rsidR="00343A55" w:rsidRPr="00DA0238">
        <w:rPr>
          <w:lang w:val="ru-RU"/>
        </w:rPr>
        <w:t>"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Бхаг</w:t>
      </w:r>
      <w:r w:rsidR="00343A55" w:rsidRPr="00DA0238">
        <w:rPr>
          <w:rStyle w:val="TextTranslationItalic"/>
          <w:lang w:val="ru-RU"/>
        </w:rPr>
        <w:t>а</w:t>
      </w:r>
      <w:r w:rsidRPr="00DA0238">
        <w:rPr>
          <w:rStyle w:val="TextTranslationItalic"/>
          <w:lang w:val="ru-RU"/>
        </w:rPr>
        <w:t>ватам</w:t>
      </w:r>
      <w:proofErr w:type="spellEnd"/>
      <w:r w:rsidRPr="00DA0238">
        <w:rPr>
          <w:lang w:val="ru-RU"/>
        </w:rPr>
        <w:t xml:space="preserve"> 12.13.19). Чтобы не множить объем и без того обширного труда, я не буду касаться того обстоятельства, что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</w:t>
      </w:r>
      <w:r w:rsidR="00343A55" w:rsidRPr="00DA0238">
        <w:rPr>
          <w:lang w:val="ru-RU"/>
        </w:rPr>
        <w:t>сия состоит из сотен глав. Укаж</w:t>
      </w:r>
      <w:r w:rsidRPr="00DA0238">
        <w:rPr>
          <w:lang w:val="ru-RU"/>
        </w:rPr>
        <w:t xml:space="preserve">у лишь, что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</w:t>
      </w:r>
      <w:r w:rsidR="00343A55" w:rsidRPr="00DA0238">
        <w:rPr>
          <w:rStyle w:val="TextTranslationItalic"/>
          <w:lang w:val="ru-RU"/>
        </w:rPr>
        <w:t>а</w:t>
      </w:r>
      <w:r w:rsidRPr="00DA0238">
        <w:rPr>
          <w:rStyle w:val="TextTranslationItalic"/>
          <w:lang w:val="ru-RU"/>
        </w:rPr>
        <w:t>ватам</w:t>
      </w:r>
      <w:proofErr w:type="spellEnd"/>
      <w:r w:rsidRPr="00DA0238">
        <w:rPr>
          <w:lang w:val="ru-RU"/>
        </w:rPr>
        <w:t xml:space="preserve"> заслуживает царско</w:t>
      </w:r>
      <w:r w:rsidR="00343A55" w:rsidRPr="00DA0238">
        <w:rPr>
          <w:lang w:val="ru-RU"/>
        </w:rPr>
        <w:t>го статуса среди прочих Писаний</w:t>
      </w:r>
      <w:r w:rsidRPr="00DA0238">
        <w:rPr>
          <w:lang w:val="ru-RU"/>
        </w:rPr>
        <w:t xml:space="preserve"> и что толкователь </w:t>
      </w:r>
      <w:r w:rsidR="0087439D">
        <w:rPr>
          <w:lang w:val="ru-RU"/>
        </w:rPr>
        <w:t xml:space="preserve">ее </w:t>
      </w:r>
      <w:proofErr w:type="spellStart"/>
      <w:r w:rsidR="00BC0A93" w:rsidRPr="00BC0A93">
        <w:rPr>
          <w:lang w:val="ru-RU"/>
        </w:rPr>
        <w:t>Шридхара</w:t>
      </w:r>
      <w:proofErr w:type="spellEnd"/>
      <w:r w:rsidR="00BC0A93" w:rsidRPr="00BC0A93">
        <w:rPr>
          <w:lang w:val="ru-RU"/>
        </w:rPr>
        <w:t xml:space="preserve"> Свами был прав, истолковав слова </w:t>
      </w:r>
      <w:r w:rsidR="00BC0A93">
        <w:rPr>
          <w:lang w:val="ru-RU"/>
        </w:rPr>
        <w:t>"</w:t>
      </w:r>
      <w:r w:rsidR="00BC0A93" w:rsidRPr="00BC0A93">
        <w:rPr>
          <w:lang w:val="ru-RU"/>
        </w:rPr>
        <w:t>вместе с золотым львом</w:t>
      </w:r>
      <w:r w:rsidR="00BC0A93">
        <w:rPr>
          <w:lang w:val="ru-RU"/>
        </w:rPr>
        <w:t>"</w:t>
      </w:r>
      <w:r w:rsidR="00BC0A93" w:rsidRPr="00BC0A93">
        <w:rPr>
          <w:lang w:val="ru-RU"/>
        </w:rPr>
        <w:t xml:space="preserve"> как </w:t>
      </w:r>
      <w:r w:rsidR="00BC0A93">
        <w:rPr>
          <w:lang w:val="ru-RU"/>
        </w:rPr>
        <w:t>"</w:t>
      </w:r>
      <w:r w:rsidR="00BC0A93" w:rsidRPr="00BC0A93">
        <w:rPr>
          <w:lang w:val="ru-RU"/>
        </w:rPr>
        <w:t>поместив её на золотой львиный престол</w:t>
      </w:r>
      <w:r w:rsidR="00BC0A93">
        <w:rPr>
          <w:lang w:val="ru-RU"/>
        </w:rPr>
        <w:t>".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rStyle w:val="TextTranslationItalic"/>
          <w:lang w:val="ru-RU"/>
        </w:rPr>
        <w:t xml:space="preserve"> </w:t>
      </w:r>
      <w:r w:rsidRPr="00DA0238">
        <w:rPr>
          <w:lang w:val="ru-RU"/>
        </w:rPr>
        <w:t xml:space="preserve">12.13.13). По этой самой причине </w:t>
      </w:r>
      <w:proofErr w:type="spellStart"/>
      <w:r w:rsidRPr="00DA0238">
        <w:rPr>
          <w:rStyle w:val="TextTranslationItalic"/>
          <w:lang w:val="ru-RU"/>
        </w:rPr>
        <w:t>Сканда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гласит, что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="00343A55" w:rsidRPr="00DA0238">
        <w:rPr>
          <w:lang w:val="ru-RU"/>
        </w:rPr>
        <w:t xml:space="preserve"> — </w:t>
      </w:r>
      <w:r w:rsidRPr="00DA0238">
        <w:rPr>
          <w:lang w:val="ru-RU"/>
        </w:rPr>
        <w:t>единственное Писание, необходимое для изучения</w:t>
      </w:r>
      <w:r w:rsidR="00343A55" w:rsidRPr="00DA0238">
        <w:rPr>
          <w:lang w:val="ru-RU"/>
        </w:rPr>
        <w:t>,</w:t>
      </w:r>
      <w:r w:rsidR="00735A3B">
        <w:rPr>
          <w:lang w:val="ru-RU"/>
        </w:rPr>
        <w:t xml:space="preserve"> и</w:t>
      </w:r>
      <w:r w:rsidRPr="00DA0238">
        <w:rPr>
          <w:lang w:val="ru-RU"/>
        </w:rPr>
        <w:t xml:space="preserve"> лучшее из лучших.</w:t>
      </w:r>
    </w:p>
    <w:p w14:paraId="496563C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1B1DF3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Итак</w:t>
      </w:r>
      <w:r w:rsidR="00AB6823" w:rsidRPr="00DA0238">
        <w:rPr>
          <w:lang w:val="ru-RU"/>
        </w:rPr>
        <w:t>,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Сканда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гласит: "Что проку ворошить сотни и тысячи прочих Писаний? Кто в </w:t>
      </w:r>
      <w:r w:rsidRPr="00DA0238">
        <w:rPr>
          <w:rStyle w:val="TextTranslationItalic"/>
          <w:lang w:val="ru-RU"/>
        </w:rPr>
        <w:t>Кали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югу</w:t>
      </w:r>
      <w:r w:rsidRPr="00DA0238">
        <w:rPr>
          <w:lang w:val="ru-RU"/>
        </w:rPr>
        <w:t xml:space="preserve"> не держит в жилище своем </w:t>
      </w:r>
      <w:r w:rsidRPr="00DA0238">
        <w:rPr>
          <w:rStyle w:val="TextTranslationItalic"/>
          <w:lang w:val="ru-RU"/>
        </w:rPr>
        <w:t>Шри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Бхагавату</w:t>
      </w:r>
      <w:proofErr w:type="spellEnd"/>
      <w:r w:rsidRPr="00DA0238">
        <w:rPr>
          <w:lang w:val="ru-RU"/>
        </w:rPr>
        <w:t>, тот не может быть причислен к слугам Божьим [</w:t>
      </w:r>
      <w:proofErr w:type="spellStart"/>
      <w:r w:rsidRPr="00DA0238">
        <w:rPr>
          <w:rStyle w:val="TextTranslationItalic"/>
          <w:lang w:val="ru-RU"/>
        </w:rPr>
        <w:t>вайшнавам</w:t>
      </w:r>
      <w:proofErr w:type="spellEnd"/>
      <w:r w:rsidRPr="00DA0238">
        <w:rPr>
          <w:lang w:val="ru-RU"/>
        </w:rPr>
        <w:t>]. Воистину</w:t>
      </w:r>
      <w:r w:rsidR="003873BD" w:rsidRPr="00DA0238">
        <w:rPr>
          <w:lang w:val="ru-RU"/>
        </w:rPr>
        <w:t>,</w:t>
      </w:r>
      <w:r w:rsidRPr="00DA0238">
        <w:rPr>
          <w:lang w:val="ru-RU"/>
        </w:rPr>
        <w:t xml:space="preserve"> </w:t>
      </w:r>
      <w:r w:rsidR="00187405" w:rsidRPr="00DA0238">
        <w:rPr>
          <w:rStyle w:val="TextTranslationItalic"/>
          <w:lang w:val="ru-RU"/>
        </w:rPr>
        <w:t>Брахман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Кали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юги</w:t>
      </w:r>
      <w:r w:rsidRPr="00DA0238">
        <w:rPr>
          <w:lang w:val="ru-RU"/>
        </w:rPr>
        <w:t xml:space="preserve">, не хранящий в доме своем </w:t>
      </w:r>
      <w:r w:rsidRPr="00DA0238">
        <w:rPr>
          <w:rStyle w:val="TextTranslationItalic"/>
          <w:lang w:val="ru-RU"/>
        </w:rPr>
        <w:t>Шри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Бхагавату</w:t>
      </w:r>
      <w:proofErr w:type="spellEnd"/>
      <w:r w:rsidRPr="00DA0238">
        <w:rPr>
          <w:lang w:val="ru-RU"/>
        </w:rPr>
        <w:t xml:space="preserve">, хуже </w:t>
      </w:r>
      <w:proofErr w:type="spellStart"/>
      <w:r w:rsidRPr="00DA0238">
        <w:rPr>
          <w:lang w:val="ru-RU"/>
        </w:rPr>
        <w:t>собакоеда</w:t>
      </w:r>
      <w:proofErr w:type="spellEnd"/>
      <w:r w:rsidRPr="00DA0238">
        <w:rPr>
          <w:lang w:val="ru-RU"/>
        </w:rPr>
        <w:t xml:space="preserve">. О </w:t>
      </w:r>
      <w:proofErr w:type="spellStart"/>
      <w:r w:rsidRPr="00DA0238">
        <w:rPr>
          <w:lang w:val="ru-RU"/>
        </w:rPr>
        <w:t>Нарада</w:t>
      </w:r>
      <w:proofErr w:type="spellEnd"/>
      <w:r w:rsidRPr="00DA0238">
        <w:rPr>
          <w:lang w:val="ru-RU"/>
        </w:rPr>
        <w:t>, где бы н</w:t>
      </w:r>
      <w:r w:rsidR="003873BD" w:rsidRPr="00DA0238">
        <w:rPr>
          <w:lang w:val="ru-RU"/>
        </w:rPr>
        <w:t>и</w:t>
      </w:r>
      <w:r w:rsidRPr="00DA0238">
        <w:rPr>
          <w:lang w:val="ru-RU"/>
        </w:rPr>
        <w:t xml:space="preserve"> содержалась </w:t>
      </w:r>
      <w:proofErr w:type="spellStart"/>
      <w:r w:rsidR="0023543F">
        <w:rPr>
          <w:rStyle w:val="TextTranslationItalic"/>
          <w:lang w:val="ru-RU"/>
        </w:rPr>
        <w:t>Шримад-Бхагаватам</w:t>
      </w:r>
      <w:proofErr w:type="spellEnd"/>
      <w:r w:rsidRPr="00DA0238">
        <w:rPr>
          <w:lang w:val="ru-RU"/>
        </w:rPr>
        <w:t xml:space="preserve"> в эпоху </w:t>
      </w:r>
      <w:r w:rsidRPr="00DA0238">
        <w:rPr>
          <w:rStyle w:val="TextTranslationItalic"/>
          <w:lang w:val="ru-RU"/>
        </w:rPr>
        <w:t>Кали</w:t>
      </w:r>
      <w:r w:rsidRPr="00DA0238">
        <w:rPr>
          <w:lang w:val="ru-RU"/>
        </w:rPr>
        <w:t>, там пребудет Всевышний Хари вместе с тринадцатью богами. Всякий челове</w:t>
      </w:r>
      <w:r w:rsidR="003873BD" w:rsidRPr="00DA0238">
        <w:rPr>
          <w:lang w:val="ru-RU"/>
        </w:rPr>
        <w:t>к, ежедневно оглашающий с верой</w:t>
      </w:r>
      <w:r w:rsidRPr="00DA0238">
        <w:rPr>
          <w:lang w:val="ru-RU"/>
        </w:rPr>
        <w:t xml:space="preserve"> пускай один стих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>, обретет благо</w:t>
      </w:r>
      <w:r w:rsidR="003873BD" w:rsidRPr="00DA0238">
        <w:rPr>
          <w:lang w:val="ru-RU"/>
        </w:rPr>
        <w:t>,</w:t>
      </w:r>
      <w:r w:rsidRPr="00DA0238">
        <w:rPr>
          <w:lang w:val="ru-RU"/>
        </w:rPr>
        <w:t xml:space="preserve"> равное</w:t>
      </w:r>
      <w:r w:rsidR="003873BD" w:rsidRPr="00DA0238">
        <w:rPr>
          <w:lang w:val="ru-RU"/>
        </w:rPr>
        <w:t xml:space="preserve"> обретенному</w:t>
      </w:r>
      <w:r w:rsidRPr="00DA0238">
        <w:rPr>
          <w:lang w:val="ru-RU"/>
        </w:rPr>
        <w:t xml:space="preserve"> от изучения всех восемнадцати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 xml:space="preserve"> [</w:t>
      </w:r>
      <w:proofErr w:type="spellStart"/>
      <w:r w:rsidRPr="00DA0238">
        <w:rPr>
          <w:rStyle w:val="TextTranslationItalic"/>
          <w:lang w:val="ru-RU"/>
        </w:rPr>
        <w:t>Сканда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, </w:t>
      </w:r>
      <w:r w:rsidRPr="00DA0238">
        <w:rPr>
          <w:rStyle w:val="TextTranslationItalic"/>
          <w:lang w:val="ru-RU"/>
        </w:rPr>
        <w:t>Вишну</w:t>
      </w:r>
      <w:r w:rsidRPr="00DA0238">
        <w:rPr>
          <w:lang w:val="ru-RU"/>
        </w:rPr>
        <w:t>-</w:t>
      </w:r>
      <w:proofErr w:type="spellStart"/>
      <w:r w:rsidRPr="00DA0238">
        <w:rPr>
          <w:rStyle w:val="TextTranslationItalic"/>
          <w:lang w:val="ru-RU"/>
        </w:rPr>
        <w:t>кханда</w:t>
      </w:r>
      <w:proofErr w:type="spellEnd"/>
      <w:r w:rsidRPr="00DA0238">
        <w:rPr>
          <w:lang w:val="ru-RU"/>
        </w:rPr>
        <w:t xml:space="preserve"> 5.16.40, 42, 44, 331]". Кто желает в нынешний век постичь смысл жизни, должен </w:t>
      </w:r>
      <w:r w:rsidR="003873BD" w:rsidRPr="00DA0238">
        <w:rPr>
          <w:lang w:val="ru-RU"/>
        </w:rPr>
        <w:t>внимать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Бхагавате</w:t>
      </w:r>
      <w:proofErr w:type="spellEnd"/>
      <w:r w:rsidRPr="00DA0238">
        <w:rPr>
          <w:lang w:val="ru-RU"/>
        </w:rPr>
        <w:t>.</w:t>
      </w:r>
    </w:p>
    <w:p w14:paraId="2FCD794E" w14:textId="77777777" w:rsidR="003B67ED" w:rsidRPr="00BC0A93" w:rsidRDefault="003B67ED" w:rsidP="004E41B6">
      <w:pPr>
        <w:ind w:firstLine="180"/>
        <w:rPr>
          <w:b/>
          <w:lang w:val="ru-RU"/>
        </w:rPr>
      </w:pPr>
    </w:p>
    <w:p w14:paraId="78B378E1" w14:textId="77777777" w:rsidR="003B67ED" w:rsidRPr="00BC0A93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BC0A93">
        <w:rPr>
          <w:b/>
          <w:lang w:val="ru-RU"/>
        </w:rPr>
        <w:t>23</w:t>
      </w:r>
      <w:r w:rsidR="00785204" w:rsidRPr="00BC0A93">
        <w:rPr>
          <w:b/>
          <w:lang w:val="ru-RU"/>
        </w:rPr>
        <w:t>.</w:t>
      </w:r>
    </w:p>
    <w:p w14:paraId="18313DE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41FE164" w14:textId="77777777" w:rsidR="003B67ED" w:rsidRPr="00DA0238" w:rsidRDefault="003873BD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Не</w:t>
      </w:r>
      <w:r w:rsidR="002B41BF" w:rsidRPr="00DA0238">
        <w:rPr>
          <w:lang w:val="ru-RU"/>
        </w:rPr>
        <w:t xml:space="preserve">смотря на то, что священных писаний великое множество, "эта </w:t>
      </w:r>
      <w:proofErr w:type="spellStart"/>
      <w:r w:rsidR="002B41BF" w:rsidRPr="00DA0238">
        <w:rPr>
          <w:rStyle w:val="TextTranslationItalic"/>
          <w:lang w:val="ru-RU"/>
        </w:rPr>
        <w:t>Пурана</w:t>
      </w:r>
      <w:proofErr w:type="spellEnd"/>
      <w:r w:rsidR="002B41BF" w:rsidRPr="00DA0238">
        <w:rPr>
          <w:lang w:val="ru-RU"/>
        </w:rPr>
        <w:t xml:space="preserve"> взошла нынче словно солнце, освещая истину людям века </w:t>
      </w:r>
      <w:r w:rsidR="002B41BF" w:rsidRPr="00DA0238">
        <w:rPr>
          <w:rStyle w:val="TextTranslationItalic"/>
          <w:lang w:val="ru-RU"/>
        </w:rPr>
        <w:t>Кали</w:t>
      </w:r>
      <w:r w:rsidR="002B41BF" w:rsidRPr="00DA0238">
        <w:rPr>
          <w:lang w:val="ru-RU"/>
        </w:rPr>
        <w:t xml:space="preserve">" </w:t>
      </w:r>
      <w:r w:rsidR="005125DF">
        <w:rPr>
          <w:lang w:val="ru-RU"/>
        </w:rPr>
        <w:t>(</w:t>
      </w:r>
      <w:proofErr w:type="spellStart"/>
      <w:r w:rsidR="002B41BF" w:rsidRPr="00DA0238">
        <w:rPr>
          <w:rStyle w:val="TextTranslationItalic"/>
          <w:lang w:val="ru-RU"/>
        </w:rPr>
        <w:t>Бхагаватам</w:t>
      </w:r>
      <w:proofErr w:type="spellEnd"/>
      <w:r w:rsidR="002B41BF" w:rsidRPr="00DA0238">
        <w:rPr>
          <w:rStyle w:val="TextTranslationItalic"/>
          <w:lang w:val="ru-RU"/>
        </w:rPr>
        <w:t xml:space="preserve"> </w:t>
      </w:r>
      <w:r w:rsidR="005125DF">
        <w:rPr>
          <w:lang w:val="ru-RU"/>
        </w:rPr>
        <w:t>1.3.43)</w:t>
      </w:r>
      <w:r w:rsidR="00735A3B">
        <w:rPr>
          <w:lang w:val="ru-RU"/>
        </w:rPr>
        <w:t>. Без вспоможения</w:t>
      </w:r>
      <w:r w:rsidR="002B41BF" w:rsidRPr="00DA0238">
        <w:rPr>
          <w:lang w:val="ru-RU"/>
        </w:rPr>
        <w:t xml:space="preserve"> </w:t>
      </w:r>
      <w:r w:rsidR="002B41BF" w:rsidRPr="00DA0238">
        <w:rPr>
          <w:rStyle w:val="TextTranslationItalic"/>
          <w:lang w:val="ru-RU"/>
        </w:rPr>
        <w:t>Шри</w:t>
      </w:r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Бхагаваты</w:t>
      </w:r>
      <w:proofErr w:type="spellEnd"/>
      <w:r w:rsidR="002B41BF" w:rsidRPr="00DA0238">
        <w:rPr>
          <w:rStyle w:val="TextTranslationItalic"/>
          <w:lang w:val="ru-RU"/>
        </w:rPr>
        <w:t xml:space="preserve"> </w:t>
      </w:r>
      <w:r w:rsidR="002B41BF" w:rsidRPr="00DA0238">
        <w:rPr>
          <w:lang w:val="ru-RU"/>
        </w:rPr>
        <w:t>прочие писания не способны описать действительность. В перечне Писаний, именуемы</w:t>
      </w:r>
      <w:r w:rsidRPr="00DA0238">
        <w:rPr>
          <w:lang w:val="ru-RU"/>
        </w:rPr>
        <w:t>х</w:t>
      </w:r>
      <w:r w:rsidR="002B41BF" w:rsidRPr="00DA0238">
        <w:rPr>
          <w:lang w:val="ru-RU"/>
        </w:rPr>
        <w:t xml:space="preserve"> </w:t>
      </w:r>
      <w:r w:rsidR="002B41BF" w:rsidRPr="00DA0238">
        <w:rPr>
          <w:rStyle w:val="TextTranslationItalic"/>
          <w:lang w:val="ru-RU"/>
        </w:rPr>
        <w:t>Шри</w:t>
      </w:r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Хайаширша</w:t>
      </w:r>
      <w:proofErr w:type="spellEnd"/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Панчаратра</w:t>
      </w:r>
      <w:proofErr w:type="spellEnd"/>
      <w:r w:rsidR="002B41BF" w:rsidRPr="00DA0238">
        <w:rPr>
          <w:lang w:val="ru-RU"/>
        </w:rPr>
        <w:t xml:space="preserve">, </w:t>
      </w:r>
      <w:r w:rsidR="002B41BF" w:rsidRPr="00DA0238">
        <w:rPr>
          <w:lang w:val="ru-RU"/>
        </w:rPr>
        <w:lastRenderedPageBreak/>
        <w:t xml:space="preserve">упомянута некая </w:t>
      </w:r>
      <w:r w:rsidR="002B41BF" w:rsidRPr="00DA0238">
        <w:rPr>
          <w:rStyle w:val="TextTranslationItalic"/>
          <w:lang w:val="ru-RU"/>
        </w:rPr>
        <w:t>Тантра</w:t>
      </w:r>
      <w:r w:rsidR="002B41BF" w:rsidRPr="00DA0238">
        <w:rPr>
          <w:lang w:val="ru-RU"/>
        </w:rPr>
        <w:t>-</w:t>
      </w:r>
      <w:proofErr w:type="spellStart"/>
      <w:r w:rsidR="002B41BF" w:rsidRPr="00DA0238">
        <w:rPr>
          <w:rStyle w:val="TextTranslationItalic"/>
          <w:lang w:val="ru-RU"/>
        </w:rPr>
        <w:t>бхагавата</w:t>
      </w:r>
      <w:proofErr w:type="spellEnd"/>
      <w:r w:rsidR="002B41BF" w:rsidRPr="00DA0238">
        <w:rPr>
          <w:lang w:val="ru-RU"/>
        </w:rPr>
        <w:t xml:space="preserve">, которая определяется как особый вид толкования </w:t>
      </w:r>
      <w:proofErr w:type="spellStart"/>
      <w:r w:rsidR="002B41BF" w:rsidRPr="00DA0238">
        <w:rPr>
          <w:rStyle w:val="TextTranslationItalic"/>
          <w:lang w:val="ru-RU"/>
        </w:rPr>
        <w:t>Шримад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Бхагаватам</w:t>
      </w:r>
      <w:proofErr w:type="spellEnd"/>
      <w:r w:rsidR="002B41BF" w:rsidRPr="00DA0238">
        <w:rPr>
          <w:lang w:val="ru-RU"/>
        </w:rPr>
        <w:t xml:space="preserve">. Среди немногих нынче доступных толкований </w:t>
      </w:r>
      <w:proofErr w:type="spellStart"/>
      <w:r w:rsidR="002B41BF" w:rsidRPr="00DA0238">
        <w:rPr>
          <w:rStyle w:val="TextTranslationItalic"/>
          <w:lang w:val="ru-RU"/>
        </w:rPr>
        <w:t>Шримад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Бхагаватам</w:t>
      </w:r>
      <w:proofErr w:type="spellEnd"/>
      <w:r w:rsidR="002B41BF" w:rsidRPr="00DA0238">
        <w:rPr>
          <w:lang w:val="ru-RU"/>
        </w:rPr>
        <w:t xml:space="preserve"> следует упомянуть </w:t>
      </w:r>
      <w:r w:rsidR="002B41BF" w:rsidRPr="00DA0238">
        <w:rPr>
          <w:rStyle w:val="TextTranslationItalic"/>
          <w:lang w:val="ru-RU"/>
        </w:rPr>
        <w:t>Шри</w:t>
      </w:r>
      <w:r w:rsidR="002B41BF" w:rsidRPr="00DA0238">
        <w:rPr>
          <w:lang w:val="ru-RU"/>
        </w:rPr>
        <w:t xml:space="preserve"> </w:t>
      </w:r>
      <w:r w:rsidR="002B41BF" w:rsidRPr="00DA0238">
        <w:rPr>
          <w:rStyle w:val="TextTranslationItalic"/>
          <w:lang w:val="ru-RU"/>
        </w:rPr>
        <w:t>Хануман</w:t>
      </w:r>
      <w:r w:rsidR="002B41BF" w:rsidRPr="00DA0238">
        <w:rPr>
          <w:lang w:val="ru-RU"/>
        </w:rPr>
        <w:t>-</w:t>
      </w:r>
      <w:proofErr w:type="spellStart"/>
      <w:r w:rsidR="002B41BF" w:rsidRPr="00DA0238">
        <w:rPr>
          <w:rStyle w:val="TextTranslationItalic"/>
          <w:lang w:val="ru-RU"/>
        </w:rPr>
        <w:t>бхашью</w:t>
      </w:r>
      <w:proofErr w:type="spellEnd"/>
      <w:r w:rsidR="002B41BF" w:rsidRPr="00DA0238">
        <w:rPr>
          <w:lang w:val="ru-RU"/>
        </w:rPr>
        <w:t xml:space="preserve">, </w:t>
      </w:r>
      <w:r w:rsidR="002B41BF" w:rsidRPr="00DA0238">
        <w:rPr>
          <w:rStyle w:val="TextTranslationItalic"/>
          <w:lang w:val="ru-RU"/>
        </w:rPr>
        <w:t>Вашану</w:t>
      </w:r>
      <w:r w:rsidR="002B41BF" w:rsidRPr="00DA0238">
        <w:rPr>
          <w:lang w:val="ru-RU"/>
        </w:rPr>
        <w:t>-</w:t>
      </w:r>
      <w:proofErr w:type="spellStart"/>
      <w:r w:rsidR="002B41BF" w:rsidRPr="00DA0238">
        <w:rPr>
          <w:rStyle w:val="TextTranslationItalic"/>
          <w:lang w:val="ru-RU"/>
        </w:rPr>
        <w:t>бхашью</w:t>
      </w:r>
      <w:proofErr w:type="spellEnd"/>
      <w:r w:rsidR="002B41BF" w:rsidRPr="00DA0238">
        <w:rPr>
          <w:lang w:val="ru-RU"/>
        </w:rPr>
        <w:t xml:space="preserve">, </w:t>
      </w:r>
      <w:proofErr w:type="spellStart"/>
      <w:r w:rsidR="002B41BF" w:rsidRPr="00DA0238">
        <w:rPr>
          <w:rStyle w:val="TextTranslationItalic"/>
          <w:lang w:val="ru-RU"/>
        </w:rPr>
        <w:t>Самбандхокти</w:t>
      </w:r>
      <w:proofErr w:type="spellEnd"/>
      <w:r w:rsidR="002B41BF" w:rsidRPr="00DA0238">
        <w:rPr>
          <w:lang w:val="ru-RU"/>
        </w:rPr>
        <w:t xml:space="preserve">, </w:t>
      </w:r>
      <w:proofErr w:type="spellStart"/>
      <w:r w:rsidR="002B41BF" w:rsidRPr="00DA0238">
        <w:rPr>
          <w:rStyle w:val="TextTranslationItalic"/>
          <w:lang w:val="ru-RU"/>
        </w:rPr>
        <w:t>Видвад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камадхену</w:t>
      </w:r>
      <w:proofErr w:type="spellEnd"/>
      <w:r w:rsidR="002B41BF" w:rsidRPr="00DA0238">
        <w:rPr>
          <w:lang w:val="ru-RU"/>
        </w:rPr>
        <w:t xml:space="preserve">, </w:t>
      </w:r>
      <w:proofErr w:type="spellStart"/>
      <w:r w:rsidR="002B41BF" w:rsidRPr="00DA0238">
        <w:rPr>
          <w:rStyle w:val="TextTranslationItalic"/>
          <w:lang w:val="ru-RU"/>
        </w:rPr>
        <w:t>Таттва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дипику</w:t>
      </w:r>
      <w:proofErr w:type="spellEnd"/>
      <w:r w:rsidR="002B41BF" w:rsidRPr="00DA0238">
        <w:rPr>
          <w:lang w:val="ru-RU"/>
        </w:rPr>
        <w:t xml:space="preserve">, </w:t>
      </w:r>
      <w:proofErr w:type="spellStart"/>
      <w:r w:rsidR="002B41BF" w:rsidRPr="00DA0238">
        <w:rPr>
          <w:rStyle w:val="TextTranslationItalic"/>
          <w:lang w:val="ru-RU"/>
        </w:rPr>
        <w:t>Бхавартха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дипику</w:t>
      </w:r>
      <w:proofErr w:type="spellEnd"/>
      <w:r w:rsidR="002B41BF" w:rsidRPr="00DA0238">
        <w:rPr>
          <w:lang w:val="ru-RU"/>
        </w:rPr>
        <w:t xml:space="preserve">, </w:t>
      </w:r>
      <w:proofErr w:type="spellStart"/>
      <w:r w:rsidR="002B41BF" w:rsidRPr="00DA0238">
        <w:rPr>
          <w:rStyle w:val="TextTranslationItalic"/>
          <w:lang w:val="ru-RU"/>
        </w:rPr>
        <w:t>Парамахамса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прию</w:t>
      </w:r>
      <w:proofErr w:type="spellEnd"/>
      <w:r w:rsidR="002B41BF" w:rsidRPr="00DA0238">
        <w:rPr>
          <w:lang w:val="ru-RU"/>
        </w:rPr>
        <w:t xml:space="preserve"> и </w:t>
      </w:r>
      <w:r w:rsidR="002B41BF" w:rsidRPr="00DA0238">
        <w:rPr>
          <w:rStyle w:val="TextTranslationItalic"/>
          <w:lang w:val="ru-RU"/>
        </w:rPr>
        <w:t>Шука</w:t>
      </w:r>
      <w:r w:rsidR="002B41BF" w:rsidRPr="00DA0238">
        <w:rPr>
          <w:lang w:val="ru-RU"/>
        </w:rPr>
        <w:t>-</w:t>
      </w:r>
      <w:proofErr w:type="spellStart"/>
      <w:r w:rsidR="002B41BF" w:rsidRPr="00DA0238">
        <w:rPr>
          <w:rStyle w:val="TextTranslationItalic"/>
          <w:lang w:val="ru-RU"/>
        </w:rPr>
        <w:t>хридайю</w:t>
      </w:r>
      <w:proofErr w:type="spellEnd"/>
      <w:r w:rsidR="002B41BF" w:rsidRPr="00DA0238">
        <w:rPr>
          <w:rStyle w:val="TextTranslationItalic"/>
          <w:lang w:val="ru-RU"/>
        </w:rPr>
        <w:t>,</w:t>
      </w:r>
      <w:r w:rsidR="002B41BF" w:rsidRPr="00DA0238">
        <w:rPr>
          <w:lang w:val="ru-RU"/>
        </w:rPr>
        <w:t xml:space="preserve"> а также несколько работ по отдельным предметам</w:t>
      </w:r>
      <w:r w:rsidRPr="00DA0238">
        <w:rPr>
          <w:lang w:val="ru-RU"/>
        </w:rPr>
        <w:t>:</w:t>
      </w:r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Мукта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пхала</w:t>
      </w:r>
      <w:proofErr w:type="spellEnd"/>
      <w:r w:rsidR="002B41BF" w:rsidRPr="00DA0238">
        <w:rPr>
          <w:lang w:val="ru-RU"/>
        </w:rPr>
        <w:t xml:space="preserve">, </w:t>
      </w:r>
      <w:r w:rsidR="002B41BF" w:rsidRPr="00DA0238">
        <w:rPr>
          <w:rStyle w:val="TextTranslationItalic"/>
          <w:lang w:val="ru-RU"/>
        </w:rPr>
        <w:t>Хари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лила</w:t>
      </w:r>
      <w:r w:rsidR="002B41BF" w:rsidRPr="00DA0238">
        <w:rPr>
          <w:lang w:val="ru-RU"/>
        </w:rPr>
        <w:t xml:space="preserve"> и </w:t>
      </w:r>
      <w:r w:rsidR="002B41BF" w:rsidRPr="00DA0238">
        <w:rPr>
          <w:rStyle w:val="TextTranslationItalic"/>
          <w:lang w:val="ru-RU"/>
        </w:rPr>
        <w:t>Бхакти</w:t>
      </w:r>
      <w:r w:rsidR="002B41BF" w:rsidRPr="00DA0238">
        <w:rPr>
          <w:lang w:val="ru-RU"/>
        </w:rPr>
        <w:t>-</w:t>
      </w:r>
      <w:proofErr w:type="spellStart"/>
      <w:r w:rsidR="002B41BF" w:rsidRPr="00DA0238">
        <w:rPr>
          <w:rStyle w:val="TextTranslationItalic"/>
          <w:lang w:val="ru-RU"/>
        </w:rPr>
        <w:t>ратнавали</w:t>
      </w:r>
      <w:proofErr w:type="spellEnd"/>
      <w:r w:rsidR="002B41BF" w:rsidRPr="00DA0238">
        <w:rPr>
          <w:lang w:val="ru-RU"/>
        </w:rPr>
        <w:t xml:space="preserve">. Представители разных школ </w:t>
      </w:r>
      <w:r w:rsidR="00735A3B">
        <w:rPr>
          <w:lang w:val="ru-RU"/>
        </w:rPr>
        <w:t>внесли</w:t>
      </w:r>
      <w:r w:rsidR="002B41BF" w:rsidRPr="00DA0238">
        <w:rPr>
          <w:lang w:val="ru-RU"/>
        </w:rPr>
        <w:t xml:space="preserve"> свой особенный и важный вклад в дело толкования знаменитой </w:t>
      </w:r>
      <w:proofErr w:type="spellStart"/>
      <w:r w:rsidR="002B41BF" w:rsidRPr="00DA0238">
        <w:rPr>
          <w:rStyle w:val="TextTranslationItalic"/>
          <w:lang w:val="ru-RU"/>
        </w:rPr>
        <w:t>Бхагаваты</w:t>
      </w:r>
      <w:proofErr w:type="spellEnd"/>
      <w:r w:rsidR="002B41BF" w:rsidRPr="00DA0238">
        <w:rPr>
          <w:lang w:val="ru-RU"/>
        </w:rPr>
        <w:t>.</w:t>
      </w:r>
    </w:p>
    <w:p w14:paraId="46168E7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A639270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В главе "О благодеянии" книги </w:t>
      </w:r>
      <w:proofErr w:type="spellStart"/>
      <w:r>
        <w:rPr>
          <w:lang w:val="ru-RU"/>
        </w:rPr>
        <w:t>Хемадри</w:t>
      </w:r>
      <w:proofErr w:type="spellEnd"/>
      <w:r>
        <w:rPr>
          <w:lang w:val="ru-RU"/>
        </w:rPr>
        <w:t xml:space="preserve">, где </w:t>
      </w:r>
      <w:proofErr w:type="spellStart"/>
      <w:r>
        <w:rPr>
          <w:rStyle w:val="TextTranslationItalic"/>
          <w:lang w:val="ru-RU"/>
        </w:rPr>
        <w:t>Пураны</w:t>
      </w:r>
      <w:proofErr w:type="spellEnd"/>
      <w:r>
        <w:rPr>
          <w:lang w:val="ru-RU"/>
        </w:rPr>
        <w:t xml:space="preserve"> рассматриваются как добрый дар, </w:t>
      </w:r>
      <w:proofErr w:type="spellStart"/>
      <w:r>
        <w:rPr>
          <w:rStyle w:val="TextTranslationItalic"/>
          <w:lang w:val="ru-RU"/>
        </w:rPr>
        <w:t>Шримад-Бхагаватам</w:t>
      </w:r>
      <w:proofErr w:type="spellEnd"/>
      <w:r>
        <w:rPr>
          <w:lang w:val="ru-RU"/>
        </w:rPr>
        <w:t xml:space="preserve"> представлена перечислением ее достоинств из </w:t>
      </w:r>
      <w:proofErr w:type="spellStart"/>
      <w:r>
        <w:rPr>
          <w:rStyle w:val="TextTranslationItalic"/>
          <w:lang w:val="ru-RU"/>
        </w:rPr>
        <w:t>Матсья</w:t>
      </w:r>
      <w:proofErr w:type="spellEnd"/>
      <w:r>
        <w:rPr>
          <w:lang w:val="ru-RU"/>
        </w:rPr>
        <w:t xml:space="preserve"> </w:t>
      </w:r>
      <w:proofErr w:type="spellStart"/>
      <w:r>
        <w:rPr>
          <w:rStyle w:val="TextTranslationItalic"/>
          <w:lang w:val="ru-RU"/>
        </w:rPr>
        <w:t>Пураны</w:t>
      </w:r>
      <w:proofErr w:type="spellEnd"/>
      <w:r>
        <w:rPr>
          <w:lang w:val="ru-RU"/>
        </w:rPr>
        <w:t xml:space="preserve">. В приложении к книге, названном "Значение для разных времен", </w:t>
      </w:r>
      <w:proofErr w:type="spellStart"/>
      <w:r>
        <w:rPr>
          <w:lang w:val="ru-RU"/>
        </w:rPr>
        <w:t>Хемадри</w:t>
      </w:r>
      <w:proofErr w:type="spellEnd"/>
      <w:r>
        <w:rPr>
          <w:lang w:val="ru-RU"/>
        </w:rPr>
        <w:t xml:space="preserve">, определяя заповеди и обычаи в век </w:t>
      </w:r>
      <w:r>
        <w:rPr>
          <w:i/>
          <w:lang w:val="ru-RU"/>
        </w:rPr>
        <w:t>Кали</w:t>
      </w:r>
      <w:r>
        <w:rPr>
          <w:lang w:val="ru-RU"/>
        </w:rPr>
        <w:t xml:space="preserve">, приводит стих из </w:t>
      </w:r>
      <w:r>
        <w:rPr>
          <w:rStyle w:val="TextTranslationItalic"/>
          <w:lang w:val="ru-RU"/>
        </w:rPr>
        <w:t>Шри</w:t>
      </w:r>
      <w:r>
        <w:rPr>
          <w:lang w:val="ru-RU"/>
        </w:rPr>
        <w:t xml:space="preserve"> </w:t>
      </w:r>
      <w:proofErr w:type="spellStart"/>
      <w:r>
        <w:rPr>
          <w:rStyle w:val="TextTranslationItalic"/>
          <w:lang w:val="ru-RU"/>
        </w:rPr>
        <w:t>Бхагаваты</w:t>
      </w:r>
      <w:proofErr w:type="spellEnd"/>
      <w:r>
        <w:rPr>
          <w:lang w:val="ru-RU"/>
        </w:rPr>
        <w:t xml:space="preserve"> (11.5.36), который звучит так: "Зрелые души чтят </w:t>
      </w:r>
      <w:r>
        <w:rPr>
          <w:rStyle w:val="TextTranslationItalic"/>
          <w:lang w:val="ru-RU"/>
        </w:rPr>
        <w:t>Кали</w:t>
      </w:r>
      <w:r>
        <w:rPr>
          <w:lang w:val="ru-RU"/>
        </w:rPr>
        <w:t>-</w:t>
      </w:r>
      <w:r>
        <w:rPr>
          <w:rStyle w:val="TextTranslationItalic"/>
          <w:lang w:val="ru-RU"/>
        </w:rPr>
        <w:t>югу</w:t>
      </w:r>
      <w:r>
        <w:rPr>
          <w:lang w:val="ru-RU"/>
        </w:rPr>
        <w:t xml:space="preserve">". Так </w:t>
      </w:r>
      <w:proofErr w:type="spellStart"/>
      <w:r>
        <w:rPr>
          <w:lang w:val="ru-RU"/>
        </w:rPr>
        <w:t>Хемадри</w:t>
      </w:r>
      <w:proofErr w:type="spellEnd"/>
      <w:r>
        <w:rPr>
          <w:lang w:val="ru-RU"/>
        </w:rPr>
        <w:t xml:space="preserve">, коего чтят все школы мысли, утверждает, что в </w:t>
      </w:r>
      <w:r>
        <w:rPr>
          <w:rStyle w:val="TextTranslationItalic"/>
          <w:lang w:val="ru-RU"/>
        </w:rPr>
        <w:t>Кали</w:t>
      </w:r>
      <w:r>
        <w:rPr>
          <w:lang w:val="ru-RU"/>
        </w:rPr>
        <w:t>-</w:t>
      </w:r>
      <w:r>
        <w:rPr>
          <w:rStyle w:val="TextTranslationItalic"/>
          <w:lang w:val="ru-RU"/>
        </w:rPr>
        <w:t>югу</w:t>
      </w:r>
      <w:r>
        <w:rPr>
          <w:lang w:val="ru-RU"/>
        </w:rPr>
        <w:t xml:space="preserve"> лишь заповеди и обычаи, приведенные в </w:t>
      </w:r>
      <w:proofErr w:type="spellStart"/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>, признают</w:t>
      </w:r>
      <w:r w:rsidRPr="00111A29">
        <w:rPr>
          <w:lang w:val="ru-RU"/>
        </w:rPr>
        <w:t xml:space="preserve">ся достоверными. В другой своей книге, </w:t>
      </w:r>
      <w:proofErr w:type="spellStart"/>
      <w:r w:rsidRPr="00111A29">
        <w:rPr>
          <w:rStyle w:val="TextTranslationItalic"/>
          <w:lang w:val="ru-RU"/>
        </w:rPr>
        <w:t>Самватсара</w:t>
      </w:r>
      <w:r w:rsidRPr="00111A29">
        <w:rPr>
          <w:lang w:val="ru-RU"/>
        </w:rPr>
        <w:t>-</w:t>
      </w:r>
      <w:r w:rsidRPr="00111A29">
        <w:rPr>
          <w:rStyle w:val="TextTranslationItalic"/>
          <w:lang w:val="ru-RU"/>
        </w:rPr>
        <w:t>прадипа</w:t>
      </w:r>
      <w:proofErr w:type="spellEnd"/>
      <w:r w:rsidRPr="00111A29">
        <w:rPr>
          <w:lang w:val="ru-RU"/>
        </w:rPr>
        <w:t xml:space="preserve"> </w:t>
      </w:r>
      <w:proofErr w:type="spellStart"/>
      <w:r w:rsidRPr="00111A29">
        <w:rPr>
          <w:lang w:val="ru-RU"/>
        </w:rPr>
        <w:t>Хемадри</w:t>
      </w:r>
      <w:proofErr w:type="spellEnd"/>
      <w:r w:rsidRPr="00111A29">
        <w:rPr>
          <w:lang w:val="ru-RU"/>
        </w:rPr>
        <w:t xml:space="preserve"> приводит отрывок из </w:t>
      </w:r>
      <w:proofErr w:type="spellStart"/>
      <w:r w:rsidRPr="00111A29">
        <w:rPr>
          <w:rStyle w:val="TextTranslationItalic"/>
          <w:lang w:val="ru-RU"/>
        </w:rPr>
        <w:t>Сканда</w:t>
      </w:r>
      <w:proofErr w:type="spellEnd"/>
      <w:r w:rsidRPr="00111A29">
        <w:rPr>
          <w:rStyle w:val="TextTranslationItalic"/>
          <w:lang w:val="ru-RU"/>
        </w:rPr>
        <w:t xml:space="preserve"> </w:t>
      </w:r>
      <w:proofErr w:type="spellStart"/>
      <w:r w:rsidRPr="00111A29">
        <w:rPr>
          <w:rStyle w:val="TextTranslationItalic"/>
          <w:lang w:val="ru-RU"/>
        </w:rPr>
        <w:t>Пураны</w:t>
      </w:r>
      <w:proofErr w:type="spellEnd"/>
      <w:r w:rsidRPr="00111A29">
        <w:rPr>
          <w:lang w:val="ru-RU"/>
        </w:rPr>
        <w:t xml:space="preserve">: "Что проку изучать тысячи священных трудов…" и заключает стихом </w:t>
      </w:r>
      <w:proofErr w:type="spellStart"/>
      <w:r w:rsidRPr="00111A29">
        <w:rPr>
          <w:rStyle w:val="TextTranslationItalic"/>
          <w:lang w:val="ru-RU"/>
        </w:rPr>
        <w:t>Бхагаваты</w:t>
      </w:r>
      <w:proofErr w:type="spellEnd"/>
      <w:r w:rsidRPr="00111A29">
        <w:rPr>
          <w:lang w:val="ru-RU"/>
        </w:rPr>
        <w:t>, что советует читателю переписать стих сей от ру</w:t>
      </w:r>
      <w:r>
        <w:rPr>
          <w:lang w:val="ru-RU"/>
        </w:rPr>
        <w:t>ки, дабы омыть себя от пороков нынешнего скверного века.</w:t>
      </w:r>
    </w:p>
    <w:p w14:paraId="08F5C98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840F6A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proofErr w:type="spellStart"/>
      <w:r w:rsidRPr="00DA0238">
        <w:rPr>
          <w:lang w:val="ru-RU"/>
        </w:rPr>
        <w:t>Шанкарачарья</w:t>
      </w:r>
      <w:proofErr w:type="spellEnd"/>
      <w:r w:rsidRPr="00DA0238">
        <w:rPr>
          <w:lang w:val="ru-RU"/>
        </w:rPr>
        <w:t xml:space="preserve">, известный как воплощение Шанкары Шивы, утверждает, что философия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 xml:space="preserve"> превосходит его </w:t>
      </w:r>
      <w:r w:rsidR="00F90EB9">
        <w:rPr>
          <w:lang w:val="ru-RU"/>
        </w:rPr>
        <w:t>доктрину</w:t>
      </w:r>
      <w:r w:rsidRPr="00DA0238">
        <w:rPr>
          <w:lang w:val="ru-RU"/>
        </w:rPr>
        <w:t xml:space="preserve"> слияния с бытием Всевышнего, ибо являет блаженство преданности и блаженство любовных игр. Потому как Всевышний среди прочих </w:t>
      </w:r>
      <w:r w:rsidR="00F90EB9">
        <w:rPr>
          <w:lang w:val="ru-RU"/>
        </w:rPr>
        <w:t xml:space="preserve">Его </w:t>
      </w:r>
      <w:r w:rsidRPr="00DA0238">
        <w:rPr>
          <w:lang w:val="ru-RU"/>
        </w:rPr>
        <w:t xml:space="preserve">намерений возжелал еще и сокрыть Себя от глаз мира, </w:t>
      </w:r>
      <w:proofErr w:type="spellStart"/>
      <w:r w:rsidRPr="00DA0238">
        <w:rPr>
          <w:lang w:val="ru-RU"/>
        </w:rPr>
        <w:t>Шанкарачарья</w:t>
      </w:r>
      <w:proofErr w:type="spellEnd"/>
      <w:r w:rsidRPr="00DA0238">
        <w:rPr>
          <w:lang w:val="ru-RU"/>
        </w:rPr>
        <w:t xml:space="preserve"> пропове</w:t>
      </w:r>
      <w:r w:rsidR="00337F42" w:rsidRPr="00DA0238">
        <w:rPr>
          <w:lang w:val="ru-RU"/>
        </w:rPr>
        <w:t>д</w:t>
      </w:r>
      <w:r w:rsidRPr="00DA0238">
        <w:rPr>
          <w:lang w:val="ru-RU"/>
        </w:rPr>
        <w:t xml:space="preserve">овал философию всеобщего единства, о коей </w:t>
      </w:r>
      <w:r w:rsidR="00F90EB9">
        <w:rPr>
          <w:lang w:val="ru-RU"/>
        </w:rPr>
        <w:t xml:space="preserve">мы поговорим </w:t>
      </w:r>
      <w:r w:rsidRPr="00DA0238">
        <w:rPr>
          <w:lang w:val="ru-RU"/>
        </w:rPr>
        <w:t>ниже.</w:t>
      </w:r>
    </w:p>
    <w:p w14:paraId="4F43C18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56550B4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Притом </w:t>
      </w:r>
      <w:proofErr w:type="spellStart"/>
      <w:r>
        <w:rPr>
          <w:lang w:val="ru-RU"/>
        </w:rPr>
        <w:t>Шанкарачарья</w:t>
      </w:r>
      <w:proofErr w:type="spellEnd"/>
      <w:r>
        <w:rPr>
          <w:lang w:val="ru-RU"/>
        </w:rPr>
        <w:t xml:space="preserve"> не пожелал ни критиковать, ни даже разбирать </w:t>
      </w:r>
      <w:proofErr w:type="spellStart"/>
      <w:r>
        <w:rPr>
          <w:rStyle w:val="TextTranslationItalic"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, хотя она всеобще признана как первоначальное толкование </w:t>
      </w:r>
      <w:r>
        <w:rPr>
          <w:rStyle w:val="TextTranslationItalic"/>
          <w:lang w:val="ru-RU"/>
        </w:rPr>
        <w:t>Веданты</w:t>
      </w:r>
      <w:r>
        <w:rPr>
          <w:lang w:val="ru-RU"/>
        </w:rPr>
        <w:t xml:space="preserve">. Отсылая нас в </w:t>
      </w:r>
      <w:proofErr w:type="spellStart"/>
      <w:r>
        <w:rPr>
          <w:rStyle w:val="TextTranslationItalic"/>
          <w:lang w:val="ru-RU"/>
        </w:rPr>
        <w:t>Говиндаштаке</w:t>
      </w:r>
      <w:proofErr w:type="spellEnd"/>
      <w:r>
        <w:rPr>
          <w:lang w:val="ru-RU"/>
        </w:rPr>
        <w:t xml:space="preserve"> к событиям, описанным в </w:t>
      </w:r>
      <w:proofErr w:type="spellStart"/>
      <w:r>
        <w:rPr>
          <w:rStyle w:val="TextTranslationItalic"/>
          <w:lang w:val="ru-RU"/>
        </w:rPr>
        <w:t>Бха</w:t>
      </w:r>
      <w:r w:rsidRPr="00111A29">
        <w:rPr>
          <w:rStyle w:val="TextTranslationItalic"/>
          <w:lang w:val="ru-RU"/>
        </w:rPr>
        <w:t>гавате</w:t>
      </w:r>
      <w:proofErr w:type="spellEnd"/>
      <w:r w:rsidRPr="00111A29">
        <w:rPr>
          <w:rStyle w:val="TextTranslationItalic"/>
          <w:b w:val="0"/>
          <w:i w:val="0"/>
          <w:lang w:val="ru-RU"/>
        </w:rPr>
        <w:t>,</w:t>
      </w:r>
      <w:r w:rsidRPr="00111A29">
        <w:rPr>
          <w:lang w:val="ru-RU"/>
        </w:rPr>
        <w:t xml:space="preserve"> например, похищению Кришной одежд у пастушек или изумлению царицы </w:t>
      </w:r>
      <w:proofErr w:type="spellStart"/>
      <w:r w:rsidRPr="00111A29">
        <w:rPr>
          <w:i/>
          <w:lang w:val="ru-RU"/>
        </w:rPr>
        <w:t>Враджи</w:t>
      </w:r>
      <w:proofErr w:type="spellEnd"/>
      <w:r w:rsidRPr="00111A29">
        <w:rPr>
          <w:lang w:val="ru-RU"/>
        </w:rPr>
        <w:t xml:space="preserve"> от увиденной ею Вселенной, он держится на почтительном расстоянии от сих событий и прибегает к цитированию </w:t>
      </w:r>
      <w:proofErr w:type="spellStart"/>
      <w:r w:rsidRPr="00111A29">
        <w:rPr>
          <w:rStyle w:val="TextTranslationItalic"/>
          <w:lang w:val="ru-RU"/>
        </w:rPr>
        <w:t>Бхагаваты</w:t>
      </w:r>
      <w:proofErr w:type="spellEnd"/>
      <w:r w:rsidRPr="00111A29">
        <w:rPr>
          <w:lang w:val="ru-RU"/>
        </w:rPr>
        <w:t xml:space="preserve"> лишь для того, чт</w:t>
      </w:r>
      <w:r>
        <w:rPr>
          <w:lang w:val="ru-RU"/>
        </w:rPr>
        <w:t>обы придать вес собственным работам.</w:t>
      </w:r>
    </w:p>
    <w:p w14:paraId="4AD60DB7" w14:textId="77777777" w:rsidR="00E45ADE" w:rsidRPr="00DA0238" w:rsidRDefault="00E45ADE" w:rsidP="004E41B6">
      <w:pPr>
        <w:pStyle w:val="TextTranslation"/>
        <w:ind w:firstLine="180"/>
        <w:rPr>
          <w:lang w:val="ru-RU"/>
        </w:rPr>
      </w:pPr>
    </w:p>
    <w:p w14:paraId="10D8F6C8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24</w:t>
      </w:r>
      <w:r w:rsidR="002D1E8E">
        <w:rPr>
          <w:b/>
          <w:lang w:val="ru-RU"/>
        </w:rPr>
        <w:t>.</w:t>
      </w:r>
    </w:p>
    <w:p w14:paraId="6E800D3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18766B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Шри </w:t>
      </w:r>
      <w:proofErr w:type="spellStart"/>
      <w:r w:rsidRPr="00DA0238">
        <w:rPr>
          <w:lang w:val="ru-RU"/>
        </w:rPr>
        <w:t>Мадхвачарья</w:t>
      </w:r>
      <w:proofErr w:type="spellEnd"/>
      <w:r w:rsidRPr="00DA0238">
        <w:rPr>
          <w:lang w:val="ru-RU"/>
        </w:rPr>
        <w:t xml:space="preserve"> принадлежит цепи ученической пр</w:t>
      </w:r>
      <w:r w:rsidR="00F66B69" w:rsidRPr="00DA0238">
        <w:rPr>
          <w:lang w:val="ru-RU"/>
        </w:rPr>
        <w:t>е</w:t>
      </w:r>
      <w:r w:rsidRPr="00DA0238">
        <w:rPr>
          <w:lang w:val="ru-RU"/>
        </w:rPr>
        <w:t>емственно</w:t>
      </w:r>
      <w:r w:rsidR="00F66B69" w:rsidRPr="00DA0238">
        <w:rPr>
          <w:lang w:val="ru-RU"/>
        </w:rPr>
        <w:t>с</w:t>
      </w:r>
      <w:r w:rsidRPr="00DA0238">
        <w:rPr>
          <w:lang w:val="ru-RU"/>
        </w:rPr>
        <w:t xml:space="preserve">ти от Шанкары. Обратившись к </w:t>
      </w:r>
      <w:r w:rsidRPr="00DA0238">
        <w:rPr>
          <w:i/>
          <w:lang w:val="ru-RU"/>
        </w:rPr>
        <w:t>Вайшнавизму</w:t>
      </w:r>
      <w:r w:rsidRPr="00DA0238">
        <w:rPr>
          <w:lang w:val="ru-RU"/>
        </w:rPr>
        <w:t xml:space="preserve"> после прочтения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>, он реш</w:t>
      </w:r>
      <w:r w:rsidR="00265AD5">
        <w:rPr>
          <w:lang w:val="ru-RU"/>
        </w:rPr>
        <w:t>ает</w:t>
      </w:r>
      <w:r w:rsidRPr="00DA0238">
        <w:rPr>
          <w:lang w:val="ru-RU"/>
        </w:rPr>
        <w:t xml:space="preserve"> не допустить, чтобы на </w:t>
      </w:r>
      <w:proofErr w:type="spellStart"/>
      <w:r w:rsidRPr="00DA0238">
        <w:rPr>
          <w:rStyle w:val="TextTranslationItalic"/>
          <w:lang w:val="ru-RU"/>
        </w:rPr>
        <w:t>вайшнавов</w:t>
      </w:r>
      <w:proofErr w:type="spellEnd"/>
      <w:r w:rsidRPr="00DA0238">
        <w:rPr>
          <w:lang w:val="ru-RU"/>
        </w:rPr>
        <w:t xml:space="preserve"> оказывали влияние такие толкователи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 xml:space="preserve"> среди последователей </w:t>
      </w:r>
      <w:proofErr w:type="spellStart"/>
      <w:r w:rsidRPr="00DA0238">
        <w:rPr>
          <w:lang w:val="ru-RU"/>
        </w:rPr>
        <w:t>Шанкарачарьи</w:t>
      </w:r>
      <w:proofErr w:type="spellEnd"/>
      <w:r w:rsidRPr="00DA0238">
        <w:rPr>
          <w:lang w:val="ru-RU"/>
        </w:rPr>
        <w:t xml:space="preserve">, как </w:t>
      </w:r>
      <w:proofErr w:type="spellStart"/>
      <w:r w:rsidRPr="00DA0238">
        <w:rPr>
          <w:lang w:val="ru-RU"/>
        </w:rPr>
        <w:t>Пуньяранья</w:t>
      </w:r>
      <w:proofErr w:type="spellEnd"/>
      <w:r w:rsidRPr="00DA0238">
        <w:rPr>
          <w:lang w:val="ru-RU"/>
        </w:rPr>
        <w:t>. Согласно преданию</w:t>
      </w:r>
      <w:r w:rsidR="00F66B69" w:rsidRPr="00DA0238">
        <w:rPr>
          <w:lang w:val="ru-RU"/>
        </w:rPr>
        <w:t>,</w:t>
      </w:r>
      <w:r w:rsidRPr="00DA0238">
        <w:rPr>
          <w:lang w:val="ru-RU"/>
        </w:rPr>
        <w:t xml:space="preserve"> Шри </w:t>
      </w:r>
      <w:proofErr w:type="spellStart"/>
      <w:r w:rsidRPr="00DA0238">
        <w:rPr>
          <w:lang w:val="ru-RU"/>
        </w:rPr>
        <w:t>Мадхава</w:t>
      </w:r>
      <w:proofErr w:type="spellEnd"/>
      <w:r w:rsidRPr="00DA0238">
        <w:rPr>
          <w:lang w:val="ru-RU"/>
        </w:rPr>
        <w:t xml:space="preserve"> составил собственное толкование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 xml:space="preserve"> именно для того, чтобы донести людям ее смысл</w:t>
      </w:r>
      <w:r w:rsidR="00265AD5">
        <w:rPr>
          <w:lang w:val="ru-RU"/>
        </w:rPr>
        <w:t xml:space="preserve"> в свете учения </w:t>
      </w:r>
      <w:proofErr w:type="spellStart"/>
      <w:r w:rsidR="00265AD5">
        <w:rPr>
          <w:i/>
          <w:lang w:val="ru-RU"/>
        </w:rPr>
        <w:t>вай</w:t>
      </w:r>
      <w:r w:rsidR="00265AD5" w:rsidRPr="00265AD5">
        <w:rPr>
          <w:i/>
          <w:lang w:val="ru-RU"/>
        </w:rPr>
        <w:t>шнавов</w:t>
      </w:r>
      <w:proofErr w:type="spellEnd"/>
      <w:r w:rsidRPr="00DA0238">
        <w:rPr>
          <w:lang w:val="ru-RU"/>
        </w:rPr>
        <w:t>.</w:t>
      </w:r>
    </w:p>
    <w:p w14:paraId="027C912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FD9B67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Сама </w:t>
      </w:r>
      <w:proofErr w:type="spellStart"/>
      <w:r w:rsidRPr="00DA0238">
        <w:rPr>
          <w:rStyle w:val="TextTranslationItalic"/>
          <w:lang w:val="ru-RU"/>
        </w:rPr>
        <w:t>Бхагавата</w:t>
      </w:r>
      <w:proofErr w:type="spellEnd"/>
      <w:r w:rsidRPr="00DA0238">
        <w:rPr>
          <w:lang w:val="ru-RU"/>
        </w:rPr>
        <w:t xml:space="preserve"> в Первой Книге своей гласит: "Нацедив самое ценное, что есть в священных преданиях и летописях, мудрый Вьяса изрек </w:t>
      </w:r>
      <w:proofErr w:type="spellStart"/>
      <w:r w:rsidRPr="00DA0238">
        <w:rPr>
          <w:rStyle w:val="TextTranslationItalic"/>
          <w:lang w:val="ru-RU"/>
        </w:rPr>
        <w:t>Бхагавату</w:t>
      </w:r>
      <w:proofErr w:type="spellEnd"/>
      <w:r w:rsidRPr="00DA0238">
        <w:rPr>
          <w:lang w:val="ru-RU"/>
        </w:rPr>
        <w:t xml:space="preserve"> — Песнь о Красоте — с</w:t>
      </w:r>
      <w:r w:rsidR="00043DD6">
        <w:rPr>
          <w:lang w:val="ru-RU"/>
        </w:rPr>
        <w:t>ыну с</w:t>
      </w:r>
      <w:r w:rsidRPr="00DA0238">
        <w:rPr>
          <w:lang w:val="ru-RU"/>
        </w:rPr>
        <w:t>воему Шуке, коего почитают своим предводителем все мудрецы, постигшие высшую Безмятежность</w:t>
      </w:r>
      <w:r w:rsidR="00F66B69" w:rsidRPr="00DA0238">
        <w:rPr>
          <w:lang w:val="ru-RU"/>
        </w:rPr>
        <w:t>"</w:t>
      </w:r>
      <w:r w:rsidRPr="00DA0238">
        <w:rPr>
          <w:lang w:val="ru-RU"/>
        </w:rPr>
        <w:t xml:space="preserve"> </w:t>
      </w:r>
      <w:r w:rsidR="00F66B69" w:rsidRPr="00DA0238">
        <w:rPr>
          <w:lang w:val="ru-RU"/>
        </w:rPr>
        <w:t>(</w:t>
      </w:r>
      <w:proofErr w:type="spellStart"/>
      <w:r w:rsidR="0023543F">
        <w:rPr>
          <w:rStyle w:val="TextTranslationItalic"/>
          <w:lang w:val="ru-RU"/>
        </w:rPr>
        <w:t>Шримад-Бхагаватам</w:t>
      </w:r>
      <w:proofErr w:type="spellEnd"/>
      <w:r w:rsidRPr="00DA0238">
        <w:rPr>
          <w:lang w:val="ru-RU"/>
        </w:rPr>
        <w:t xml:space="preserve"> 1.3.41</w:t>
      </w:r>
      <w:r w:rsidR="00F66B69" w:rsidRPr="00DA0238">
        <w:rPr>
          <w:lang w:val="ru-RU"/>
        </w:rPr>
        <w:t>)</w:t>
      </w:r>
      <w:r w:rsidR="00E45ADE" w:rsidRPr="00DA0238">
        <w:rPr>
          <w:lang w:val="ru-RU"/>
        </w:rPr>
        <w:t>.</w:t>
      </w:r>
      <w:r w:rsidRPr="00DA0238">
        <w:rPr>
          <w:lang w:val="ru-RU"/>
        </w:rPr>
        <w:t xml:space="preserve"> И в </w:t>
      </w:r>
      <w:r w:rsidR="00F66B69" w:rsidRPr="00DA0238">
        <w:rPr>
          <w:lang w:val="ru-RU"/>
        </w:rPr>
        <w:t>Двенадцатой</w:t>
      </w:r>
      <w:r w:rsidRPr="00DA0238">
        <w:rPr>
          <w:lang w:val="ru-RU"/>
        </w:rPr>
        <w:t xml:space="preserve">: </w:t>
      </w:r>
      <w:r w:rsidR="00E45ADE" w:rsidRPr="00DA0238">
        <w:rPr>
          <w:lang w:val="ru-RU"/>
        </w:rPr>
        <w:t>"</w:t>
      </w:r>
      <w:proofErr w:type="spellStart"/>
      <w:r w:rsidR="001A5EB6" w:rsidRPr="00DA0238">
        <w:rPr>
          <w:rStyle w:val="TextTranslationItalic"/>
          <w:lang w:val="ru-RU"/>
        </w:rPr>
        <w:t>Шримад-Бхагава</w:t>
      </w:r>
      <w:r w:rsidRPr="00DA0238">
        <w:rPr>
          <w:rStyle w:val="TextTranslationItalic"/>
          <w:lang w:val="ru-RU"/>
        </w:rPr>
        <w:t>та</w:t>
      </w:r>
      <w:proofErr w:type="spellEnd"/>
      <w:r w:rsidRPr="00DA0238">
        <w:rPr>
          <w:rStyle w:val="TextTranslationItalic"/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— итог мудрости </w:t>
      </w:r>
      <w:r w:rsidRPr="00DA0238">
        <w:rPr>
          <w:rStyle w:val="TextTranslationItalic"/>
          <w:lang w:val="ru-RU"/>
        </w:rPr>
        <w:t>Вед</w:t>
      </w:r>
      <w:r w:rsidRPr="00DA0238">
        <w:rPr>
          <w:lang w:val="ru-RU"/>
        </w:rPr>
        <w:t>. Кто однажды испил ее сладость, т</w:t>
      </w:r>
      <w:r w:rsidR="00043DD6">
        <w:rPr>
          <w:lang w:val="ru-RU"/>
        </w:rPr>
        <w:t>от не прельстится более иными</w:t>
      </w:r>
      <w:r w:rsidRPr="00DA0238">
        <w:rPr>
          <w:lang w:val="ru-RU"/>
        </w:rPr>
        <w:t xml:space="preserve"> сказ</w:t>
      </w:r>
      <w:r w:rsidR="00F66B69" w:rsidRPr="00DA0238">
        <w:rPr>
          <w:lang w:val="ru-RU"/>
        </w:rPr>
        <w:t>аниями, притчами и учениями</w:t>
      </w:r>
      <w:r w:rsidR="00E45ADE" w:rsidRPr="00DA0238">
        <w:rPr>
          <w:lang w:val="ru-RU"/>
        </w:rPr>
        <w:t>"</w:t>
      </w:r>
      <w:r w:rsidRPr="00DA0238">
        <w:rPr>
          <w:lang w:val="ru-RU"/>
        </w:rPr>
        <w:t xml:space="preserve"> (</w:t>
      </w:r>
      <w:proofErr w:type="spellStart"/>
      <w:r w:rsidR="0023543F">
        <w:rPr>
          <w:rStyle w:val="TextTranslationItalic"/>
          <w:lang w:val="ru-RU"/>
        </w:rPr>
        <w:t>Шримад-Бхагаватам</w:t>
      </w:r>
      <w:proofErr w:type="spellEnd"/>
      <w:r w:rsidR="00F66B69" w:rsidRPr="00DA0238">
        <w:rPr>
          <w:lang w:val="ru-RU"/>
        </w:rPr>
        <w:t xml:space="preserve"> 12.13.15)</w:t>
      </w:r>
      <w:r w:rsidR="00E45ADE" w:rsidRPr="00DA0238">
        <w:rPr>
          <w:lang w:val="ru-RU"/>
        </w:rPr>
        <w:t>.</w:t>
      </w:r>
    </w:p>
    <w:p w14:paraId="5E392A7A" w14:textId="77777777" w:rsidR="00F33F0F" w:rsidRDefault="00F33F0F" w:rsidP="004E41B6">
      <w:pPr>
        <w:pStyle w:val="TextTranslation"/>
        <w:ind w:firstLine="180"/>
        <w:rPr>
          <w:lang w:val="ru-RU"/>
        </w:rPr>
      </w:pPr>
    </w:p>
    <w:p w14:paraId="521F6CDA" w14:textId="77777777" w:rsidR="00F33F0F" w:rsidRDefault="00F33F0F" w:rsidP="004E41B6">
      <w:pPr>
        <w:pStyle w:val="TextTranslation"/>
        <w:ind w:firstLine="180"/>
        <w:rPr>
          <w:lang w:val="ru-RU"/>
        </w:rPr>
      </w:pPr>
    </w:p>
    <w:p w14:paraId="1A9FBB91" w14:textId="77777777" w:rsidR="00F33F0F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И снова в Первой </w:t>
      </w:r>
      <w:r w:rsidR="00F66B69" w:rsidRPr="00DA0238">
        <w:rPr>
          <w:lang w:val="ru-RU"/>
        </w:rPr>
        <w:t xml:space="preserve">Книге </w:t>
      </w:r>
      <w:r w:rsidRPr="00DA0238">
        <w:rPr>
          <w:lang w:val="ru-RU"/>
        </w:rPr>
        <w:t xml:space="preserve">звучит: </w:t>
      </w:r>
    </w:p>
    <w:p w14:paraId="7CEB7161" w14:textId="77777777" w:rsidR="00F33F0F" w:rsidRDefault="00F33F0F" w:rsidP="004E41B6">
      <w:pPr>
        <w:pStyle w:val="TextTranslation"/>
        <w:ind w:firstLine="180"/>
        <w:rPr>
          <w:lang w:val="ru-RU"/>
        </w:rPr>
      </w:pPr>
    </w:p>
    <w:p w14:paraId="6F698FEB" w14:textId="77777777" w:rsidR="00D05B06" w:rsidRPr="00D05B06" w:rsidRDefault="00D05B06" w:rsidP="00D05B06">
      <w:pPr>
        <w:pStyle w:val="TextTranslation"/>
        <w:ind w:firstLine="180"/>
        <w:rPr>
          <w:i/>
          <w:lang w:val="ru-RU"/>
        </w:rPr>
      </w:pPr>
      <w:proofErr w:type="spellStart"/>
      <w:r w:rsidRPr="00D05B06">
        <w:rPr>
          <w:i/>
          <w:lang w:val="ru-RU"/>
        </w:rPr>
        <w:t>нигама-калпа-тарор</w:t>
      </w:r>
      <w:proofErr w:type="spellEnd"/>
      <w:r w:rsidRPr="00D05B06">
        <w:rPr>
          <w:i/>
          <w:lang w:val="ru-RU"/>
        </w:rPr>
        <w:t xml:space="preserve"> </w:t>
      </w:r>
      <w:proofErr w:type="spellStart"/>
      <w:r w:rsidRPr="00D05B06">
        <w:rPr>
          <w:i/>
          <w:lang w:val="ru-RU"/>
        </w:rPr>
        <w:t>галитам</w:t>
      </w:r>
      <w:proofErr w:type="spellEnd"/>
      <w:r w:rsidRPr="00D05B06">
        <w:rPr>
          <w:i/>
          <w:lang w:val="ru-RU"/>
        </w:rPr>
        <w:t xml:space="preserve"> </w:t>
      </w:r>
      <w:proofErr w:type="spellStart"/>
      <w:r w:rsidRPr="00D05B06">
        <w:rPr>
          <w:i/>
          <w:lang w:val="ru-RU"/>
        </w:rPr>
        <w:t>пхалам</w:t>
      </w:r>
      <w:proofErr w:type="spellEnd"/>
    </w:p>
    <w:p w14:paraId="3FC329F9" w14:textId="77777777" w:rsidR="00D05B06" w:rsidRPr="00D05B06" w:rsidRDefault="00D05B06" w:rsidP="00D05B06">
      <w:pPr>
        <w:pStyle w:val="TextTranslation"/>
        <w:ind w:firstLine="180"/>
        <w:rPr>
          <w:i/>
          <w:lang w:val="ru-RU"/>
        </w:rPr>
      </w:pPr>
      <w:proofErr w:type="spellStart"/>
      <w:r w:rsidRPr="00D05B06">
        <w:rPr>
          <w:i/>
          <w:lang w:val="ru-RU"/>
        </w:rPr>
        <w:t>шука-мукхад</w:t>
      </w:r>
      <w:proofErr w:type="spellEnd"/>
      <w:r w:rsidRPr="00D05B06">
        <w:rPr>
          <w:i/>
          <w:lang w:val="ru-RU"/>
        </w:rPr>
        <w:t xml:space="preserve"> </w:t>
      </w:r>
      <w:proofErr w:type="spellStart"/>
      <w:r w:rsidRPr="00D05B06">
        <w:rPr>
          <w:i/>
          <w:lang w:val="ru-RU"/>
        </w:rPr>
        <w:t>амрита-драва-самйутам</w:t>
      </w:r>
      <w:proofErr w:type="spellEnd"/>
    </w:p>
    <w:p w14:paraId="3D2E1C2F" w14:textId="77777777" w:rsidR="00D05B06" w:rsidRPr="00D05B06" w:rsidRDefault="00D05B06" w:rsidP="00D05B06">
      <w:pPr>
        <w:pStyle w:val="TextTranslation"/>
        <w:ind w:firstLine="180"/>
        <w:rPr>
          <w:i/>
          <w:lang w:val="ru-RU"/>
        </w:rPr>
      </w:pPr>
      <w:proofErr w:type="spellStart"/>
      <w:r w:rsidRPr="00D05B06">
        <w:rPr>
          <w:i/>
          <w:lang w:val="ru-RU"/>
        </w:rPr>
        <w:t>пибата</w:t>
      </w:r>
      <w:proofErr w:type="spellEnd"/>
      <w:r w:rsidRPr="00D05B06">
        <w:rPr>
          <w:i/>
          <w:lang w:val="ru-RU"/>
        </w:rPr>
        <w:t xml:space="preserve"> </w:t>
      </w:r>
      <w:proofErr w:type="spellStart"/>
      <w:r w:rsidRPr="00D05B06">
        <w:rPr>
          <w:i/>
          <w:lang w:val="ru-RU"/>
        </w:rPr>
        <w:t>бхагаватам</w:t>
      </w:r>
      <w:proofErr w:type="spellEnd"/>
      <w:r w:rsidRPr="00D05B06">
        <w:rPr>
          <w:i/>
          <w:lang w:val="ru-RU"/>
        </w:rPr>
        <w:t xml:space="preserve"> расам </w:t>
      </w:r>
      <w:proofErr w:type="spellStart"/>
      <w:r w:rsidRPr="00D05B06">
        <w:rPr>
          <w:i/>
          <w:lang w:val="ru-RU"/>
        </w:rPr>
        <w:t>алайам</w:t>
      </w:r>
      <w:proofErr w:type="spellEnd"/>
    </w:p>
    <w:p w14:paraId="2CFC120A" w14:textId="77777777" w:rsidR="00D05B06" w:rsidRPr="00D05B06" w:rsidRDefault="00D05B06" w:rsidP="00D05B06">
      <w:pPr>
        <w:pStyle w:val="TextTranslation"/>
        <w:ind w:firstLine="180"/>
        <w:rPr>
          <w:i/>
          <w:lang w:val="ru-RU"/>
        </w:rPr>
      </w:pPr>
      <w:proofErr w:type="spellStart"/>
      <w:r w:rsidRPr="00D05B06">
        <w:rPr>
          <w:i/>
          <w:lang w:val="ru-RU"/>
        </w:rPr>
        <w:t>мухур</w:t>
      </w:r>
      <w:proofErr w:type="spellEnd"/>
      <w:r w:rsidRPr="00D05B06">
        <w:rPr>
          <w:i/>
          <w:lang w:val="ru-RU"/>
        </w:rPr>
        <w:t xml:space="preserve"> </w:t>
      </w:r>
      <w:proofErr w:type="spellStart"/>
      <w:r w:rsidRPr="00D05B06">
        <w:rPr>
          <w:i/>
          <w:lang w:val="ru-RU"/>
        </w:rPr>
        <w:t>ахо</w:t>
      </w:r>
      <w:proofErr w:type="spellEnd"/>
      <w:r w:rsidRPr="00D05B06">
        <w:rPr>
          <w:i/>
          <w:lang w:val="ru-RU"/>
        </w:rPr>
        <w:t xml:space="preserve"> </w:t>
      </w:r>
      <w:proofErr w:type="spellStart"/>
      <w:r w:rsidRPr="00D05B06">
        <w:rPr>
          <w:i/>
          <w:lang w:val="ru-RU"/>
        </w:rPr>
        <w:t>расика</w:t>
      </w:r>
      <w:proofErr w:type="spellEnd"/>
      <w:r w:rsidRPr="00D05B06">
        <w:rPr>
          <w:i/>
          <w:lang w:val="ru-RU"/>
        </w:rPr>
        <w:t xml:space="preserve"> </w:t>
      </w:r>
      <w:proofErr w:type="spellStart"/>
      <w:r w:rsidRPr="00D05B06">
        <w:rPr>
          <w:i/>
          <w:lang w:val="ru-RU"/>
        </w:rPr>
        <w:t>бхуви</w:t>
      </w:r>
      <w:proofErr w:type="spellEnd"/>
      <w:r w:rsidRPr="00D05B06">
        <w:rPr>
          <w:i/>
          <w:lang w:val="ru-RU"/>
        </w:rPr>
        <w:t xml:space="preserve"> </w:t>
      </w:r>
      <w:proofErr w:type="spellStart"/>
      <w:r w:rsidRPr="00D05B06">
        <w:rPr>
          <w:i/>
          <w:lang w:val="ru-RU"/>
        </w:rPr>
        <w:t>бхавуках</w:t>
      </w:r>
      <w:proofErr w:type="spellEnd"/>
    </w:p>
    <w:p w14:paraId="5D4CD0BD" w14:textId="77777777" w:rsidR="00F33F0F" w:rsidRDefault="00F33F0F" w:rsidP="004E41B6">
      <w:pPr>
        <w:pStyle w:val="TextTranslation"/>
        <w:ind w:firstLine="180"/>
        <w:rPr>
          <w:lang w:val="ru-RU"/>
        </w:rPr>
      </w:pPr>
    </w:p>
    <w:p w14:paraId="66F0CAF5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r w:rsidR="00F33F0F" w:rsidRPr="00F33F0F">
        <w:rPr>
          <w:lang w:val="ru-RU"/>
        </w:rPr>
        <w:t>О пытливые искатели Истины, упивайтесь же сладкими струями сего сказания, что неиссякаемым потоком сочатся от спелого плода древа желаний, Вед. Многих мудрецов, стяжавших безразличие к радостям мира, пьянил хмель сего сказания о Красоте. К сему сладостному плоду прикасались уста блаженного попугая Шуки, отчего тот сделался еще приятней вкусом</w:t>
      </w:r>
      <w:r w:rsidR="00E45ADE" w:rsidRPr="00DA0238">
        <w:rPr>
          <w:lang w:val="ru-RU"/>
        </w:rPr>
        <w:t>"</w:t>
      </w:r>
      <w:r w:rsidR="00F33F0F"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Шри</w:t>
      </w:r>
      <w:r w:rsidR="00F33F0F">
        <w:rPr>
          <w:rStyle w:val="TextTranslationItalic"/>
          <w:lang w:val="ru-RU"/>
        </w:rPr>
        <w:t>мад-</w:t>
      </w:r>
      <w:r w:rsidRPr="00DA0238">
        <w:rPr>
          <w:rStyle w:val="TextTranslationItalic"/>
          <w:lang w:val="ru-RU"/>
        </w:rPr>
        <w:t>Бхагавата</w:t>
      </w:r>
      <w:r w:rsidR="00F33F0F">
        <w:rPr>
          <w:rStyle w:val="TextTranslationItalic"/>
          <w:lang w:val="ru-RU"/>
        </w:rPr>
        <w:t>м</w:t>
      </w:r>
      <w:proofErr w:type="spellEnd"/>
      <w:r w:rsidR="00F66B69" w:rsidRPr="00DA0238">
        <w:rPr>
          <w:lang w:val="ru-RU"/>
        </w:rPr>
        <w:t xml:space="preserve"> 1.1.3)</w:t>
      </w:r>
      <w:r w:rsidR="00E45ADE" w:rsidRPr="00DA0238">
        <w:rPr>
          <w:lang w:val="ru-RU"/>
        </w:rPr>
        <w:t>.</w:t>
      </w:r>
    </w:p>
    <w:p w14:paraId="3EA7133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A98E246" w14:textId="77777777" w:rsidR="00D05B06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И далее: </w:t>
      </w:r>
    </w:p>
    <w:p w14:paraId="462D613C" w14:textId="77777777" w:rsidR="00D05B06" w:rsidRDefault="00D05B06" w:rsidP="004E41B6">
      <w:pPr>
        <w:pStyle w:val="TextTranslation"/>
        <w:ind w:firstLine="180"/>
        <w:rPr>
          <w:lang w:val="ru-RU"/>
        </w:rPr>
      </w:pPr>
    </w:p>
    <w:p w14:paraId="55F8116A" w14:textId="77777777" w:rsidR="00D26523" w:rsidRPr="00D26523" w:rsidRDefault="00D26523" w:rsidP="00D26523">
      <w:pPr>
        <w:pStyle w:val="TextTranslation"/>
        <w:ind w:firstLine="180"/>
        <w:rPr>
          <w:i/>
          <w:lang w:val="ru-RU"/>
        </w:rPr>
      </w:pPr>
      <w:proofErr w:type="spellStart"/>
      <w:r w:rsidRPr="00D26523">
        <w:rPr>
          <w:i/>
          <w:lang w:val="ru-RU"/>
        </w:rPr>
        <w:t>йах</w:t>
      </w:r>
      <w:proofErr w:type="spellEnd"/>
      <w:r w:rsidRPr="00D26523">
        <w:rPr>
          <w:i/>
          <w:lang w:val="ru-RU"/>
        </w:rPr>
        <w:t xml:space="preserve"> </w:t>
      </w:r>
      <w:proofErr w:type="spellStart"/>
      <w:r w:rsidRPr="00D26523">
        <w:rPr>
          <w:i/>
          <w:lang w:val="ru-RU"/>
        </w:rPr>
        <w:t>сванубхавам</w:t>
      </w:r>
      <w:proofErr w:type="spellEnd"/>
      <w:r w:rsidRPr="00D26523">
        <w:rPr>
          <w:i/>
          <w:lang w:val="ru-RU"/>
        </w:rPr>
        <w:t xml:space="preserve"> </w:t>
      </w:r>
      <w:proofErr w:type="spellStart"/>
      <w:r w:rsidRPr="00D26523">
        <w:rPr>
          <w:i/>
          <w:lang w:val="ru-RU"/>
        </w:rPr>
        <w:t>акхила</w:t>
      </w:r>
      <w:proofErr w:type="spellEnd"/>
      <w:r w:rsidRPr="00D26523">
        <w:rPr>
          <w:i/>
          <w:lang w:val="ru-RU"/>
        </w:rPr>
        <w:t xml:space="preserve">-шрути-сарам </w:t>
      </w:r>
      <w:proofErr w:type="spellStart"/>
      <w:r w:rsidRPr="00D26523">
        <w:rPr>
          <w:i/>
          <w:lang w:val="ru-RU"/>
        </w:rPr>
        <w:t>экам</w:t>
      </w:r>
      <w:proofErr w:type="spellEnd"/>
    </w:p>
    <w:p w14:paraId="28C0E873" w14:textId="77777777" w:rsidR="00D26523" w:rsidRPr="00D26523" w:rsidRDefault="00D26523" w:rsidP="00D26523">
      <w:pPr>
        <w:pStyle w:val="TextTranslation"/>
        <w:ind w:firstLine="180"/>
        <w:rPr>
          <w:i/>
          <w:lang w:val="ru-RU"/>
        </w:rPr>
      </w:pPr>
      <w:proofErr w:type="spellStart"/>
      <w:r w:rsidRPr="00D26523">
        <w:rPr>
          <w:i/>
          <w:lang w:val="ru-RU"/>
        </w:rPr>
        <w:t>адхйатма-дипам</w:t>
      </w:r>
      <w:proofErr w:type="spellEnd"/>
      <w:r w:rsidRPr="00D26523">
        <w:rPr>
          <w:i/>
          <w:lang w:val="ru-RU"/>
        </w:rPr>
        <w:t xml:space="preserve"> </w:t>
      </w:r>
      <w:proofErr w:type="spellStart"/>
      <w:r w:rsidRPr="00D26523">
        <w:rPr>
          <w:i/>
          <w:lang w:val="ru-RU"/>
        </w:rPr>
        <w:t>атититиршатам</w:t>
      </w:r>
      <w:proofErr w:type="spellEnd"/>
      <w:r w:rsidRPr="00D26523">
        <w:rPr>
          <w:i/>
          <w:lang w:val="ru-RU"/>
        </w:rPr>
        <w:t xml:space="preserve"> тамо ’</w:t>
      </w:r>
      <w:proofErr w:type="spellStart"/>
      <w:r w:rsidRPr="00D26523">
        <w:rPr>
          <w:i/>
          <w:lang w:val="ru-RU"/>
        </w:rPr>
        <w:t>ндхам</w:t>
      </w:r>
      <w:proofErr w:type="spellEnd"/>
    </w:p>
    <w:p w14:paraId="0BA24E8F" w14:textId="77777777" w:rsidR="00D26523" w:rsidRPr="00D26523" w:rsidRDefault="00D26523" w:rsidP="00D26523">
      <w:pPr>
        <w:pStyle w:val="TextTranslation"/>
        <w:ind w:firstLine="180"/>
        <w:rPr>
          <w:i/>
          <w:lang w:val="ru-RU"/>
        </w:rPr>
      </w:pPr>
      <w:proofErr w:type="spellStart"/>
      <w:r w:rsidRPr="00D26523">
        <w:rPr>
          <w:i/>
          <w:lang w:val="ru-RU"/>
        </w:rPr>
        <w:t>самсаринам</w:t>
      </w:r>
      <w:proofErr w:type="spellEnd"/>
      <w:r w:rsidRPr="00D26523">
        <w:rPr>
          <w:i/>
          <w:lang w:val="ru-RU"/>
        </w:rPr>
        <w:t xml:space="preserve"> </w:t>
      </w:r>
      <w:proofErr w:type="spellStart"/>
      <w:r w:rsidRPr="00D26523">
        <w:rPr>
          <w:i/>
          <w:lang w:val="ru-RU"/>
        </w:rPr>
        <w:t>карунайаха</w:t>
      </w:r>
      <w:proofErr w:type="spellEnd"/>
      <w:r w:rsidRPr="00D26523">
        <w:rPr>
          <w:i/>
          <w:lang w:val="ru-RU"/>
        </w:rPr>
        <w:t xml:space="preserve"> </w:t>
      </w:r>
      <w:proofErr w:type="spellStart"/>
      <w:r w:rsidRPr="00D26523">
        <w:rPr>
          <w:i/>
          <w:lang w:val="ru-RU"/>
        </w:rPr>
        <w:t>пурана-гухйам</w:t>
      </w:r>
      <w:proofErr w:type="spellEnd"/>
    </w:p>
    <w:p w14:paraId="6CAC8210" w14:textId="77777777" w:rsidR="00D26523" w:rsidRPr="00D26523" w:rsidRDefault="00D26523" w:rsidP="00D26523">
      <w:pPr>
        <w:pStyle w:val="TextTranslation"/>
        <w:ind w:firstLine="180"/>
        <w:rPr>
          <w:i/>
          <w:lang w:val="ru-RU"/>
        </w:rPr>
      </w:pPr>
      <w:r w:rsidRPr="00D26523">
        <w:rPr>
          <w:i/>
          <w:lang w:val="ru-RU"/>
        </w:rPr>
        <w:t xml:space="preserve">там </w:t>
      </w:r>
      <w:proofErr w:type="spellStart"/>
      <w:r w:rsidRPr="00D26523">
        <w:rPr>
          <w:i/>
          <w:lang w:val="ru-RU"/>
        </w:rPr>
        <w:t>вйаса-сунум</w:t>
      </w:r>
      <w:proofErr w:type="spellEnd"/>
      <w:r w:rsidRPr="00D26523">
        <w:rPr>
          <w:i/>
          <w:lang w:val="ru-RU"/>
        </w:rPr>
        <w:t xml:space="preserve"> </w:t>
      </w:r>
      <w:proofErr w:type="spellStart"/>
      <w:r w:rsidRPr="00D26523">
        <w:rPr>
          <w:i/>
          <w:lang w:val="ru-RU"/>
        </w:rPr>
        <w:t>упайами</w:t>
      </w:r>
      <w:proofErr w:type="spellEnd"/>
      <w:r w:rsidRPr="00D26523">
        <w:rPr>
          <w:i/>
          <w:lang w:val="ru-RU"/>
        </w:rPr>
        <w:t xml:space="preserve"> </w:t>
      </w:r>
      <w:proofErr w:type="spellStart"/>
      <w:r w:rsidRPr="00D26523">
        <w:rPr>
          <w:i/>
          <w:lang w:val="ru-RU"/>
        </w:rPr>
        <w:t>гурум</w:t>
      </w:r>
      <w:proofErr w:type="spellEnd"/>
      <w:r w:rsidRPr="00D26523">
        <w:rPr>
          <w:i/>
          <w:lang w:val="ru-RU"/>
        </w:rPr>
        <w:t xml:space="preserve"> </w:t>
      </w:r>
      <w:proofErr w:type="spellStart"/>
      <w:r w:rsidRPr="00D26523">
        <w:rPr>
          <w:i/>
          <w:lang w:val="ru-RU"/>
        </w:rPr>
        <w:t>мунинам</w:t>
      </w:r>
      <w:proofErr w:type="spellEnd"/>
    </w:p>
    <w:p w14:paraId="31068FE8" w14:textId="77777777" w:rsidR="00D05B06" w:rsidRDefault="00D05B06" w:rsidP="004E41B6">
      <w:pPr>
        <w:pStyle w:val="TextTranslation"/>
        <w:ind w:firstLine="180"/>
        <w:rPr>
          <w:lang w:val="ru-RU"/>
        </w:rPr>
      </w:pPr>
    </w:p>
    <w:p w14:paraId="63CB86E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"Юношу сего я почитаю учителем всех учителей, первым из мудрецов. Это он из сострадания к несчастным, что из жизни в жизнь силятся обрести счастье в призрачном мире, поведал свету о прекрасной Действительности, что лежит по ту сторону чувственного опыта. Его откровение есть суть священных писаний. Устами его гласит</w:t>
      </w:r>
      <w:r w:rsidR="00E45ADE" w:rsidRPr="00DA0238">
        <w:rPr>
          <w:lang w:val="ru-RU"/>
        </w:rPr>
        <w:t xml:space="preserve"> запредельная Действительность"</w:t>
      </w:r>
      <w:r w:rsidR="00D26523"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Шри</w:t>
      </w:r>
      <w:r w:rsidR="00D26523">
        <w:rPr>
          <w:rStyle w:val="TextTranslationItalic"/>
          <w:lang w:val="ru-RU"/>
        </w:rPr>
        <w:t>мад-</w:t>
      </w:r>
      <w:r w:rsidRPr="00DA0238">
        <w:rPr>
          <w:rStyle w:val="TextTranslationItalic"/>
          <w:lang w:val="ru-RU"/>
        </w:rPr>
        <w:t>Бхагавата</w:t>
      </w:r>
      <w:r w:rsidR="008F4D01">
        <w:rPr>
          <w:rStyle w:val="TextTranslationItalic"/>
          <w:lang w:val="ru-RU"/>
        </w:rPr>
        <w:t>м</w:t>
      </w:r>
      <w:proofErr w:type="spellEnd"/>
      <w:r w:rsidR="004A1286" w:rsidRPr="00DA0238">
        <w:rPr>
          <w:lang w:val="ru-RU"/>
        </w:rPr>
        <w:t xml:space="preserve"> 1.2.3)</w:t>
      </w:r>
      <w:r w:rsidR="00E45ADE" w:rsidRPr="00DA0238">
        <w:rPr>
          <w:lang w:val="ru-RU"/>
        </w:rPr>
        <w:t>.</w:t>
      </w:r>
    </w:p>
    <w:p w14:paraId="1204358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6862015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Из сего следует, что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превосходит все прочие учения и толкования оных.</w:t>
      </w:r>
    </w:p>
    <w:p w14:paraId="2289ADA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6D6D7D3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25</w:t>
      </w:r>
      <w:r w:rsidR="00D26523">
        <w:rPr>
          <w:b/>
          <w:lang w:val="ru-RU"/>
        </w:rPr>
        <w:t>.</w:t>
      </w:r>
    </w:p>
    <w:p w14:paraId="4B22876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6B24F45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Известно, что Шуке было предложено сидение учителя в собрании мудрецов. Описано это событие так</w:t>
      </w:r>
      <w:r w:rsidR="004A1286" w:rsidRPr="00DA0238">
        <w:rPr>
          <w:lang w:val="ru-RU"/>
        </w:rPr>
        <w:t>: "Случилось, что в то же время</w:t>
      </w:r>
      <w:r w:rsidRPr="00DA0238">
        <w:rPr>
          <w:lang w:val="ru-RU"/>
        </w:rPr>
        <w:t xml:space="preserve"> там же, на берегу божественной реки, сошлись в многочисленное собрание великие старцы и пророки, мудрецы, царственные подвижники, волхвы и вселенские патриархи, кои одним своим присутствием способны преобразить всякое место на Земле в святилище Божие.</w:t>
      </w:r>
    </w:p>
    <w:p w14:paraId="0197C86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6F01C6B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Были среди них </w:t>
      </w:r>
      <w:proofErr w:type="spellStart"/>
      <w:r>
        <w:rPr>
          <w:lang w:val="ru-RU"/>
        </w:rPr>
        <w:t>Атри</w:t>
      </w:r>
      <w:proofErr w:type="spellEnd"/>
      <w:r>
        <w:rPr>
          <w:lang w:val="ru-RU"/>
        </w:rPr>
        <w:t xml:space="preserve"> с </w:t>
      </w:r>
      <w:proofErr w:type="spellStart"/>
      <w:r>
        <w:rPr>
          <w:lang w:val="ru-RU"/>
        </w:rPr>
        <w:t>Васиштхою</w:t>
      </w:r>
      <w:proofErr w:type="spellEnd"/>
      <w:r>
        <w:rPr>
          <w:lang w:val="ru-RU"/>
        </w:rPr>
        <w:t xml:space="preserve">, и </w:t>
      </w:r>
      <w:proofErr w:type="spellStart"/>
      <w:r>
        <w:rPr>
          <w:lang w:val="ru-RU"/>
        </w:rPr>
        <w:t>Чьявана</w:t>
      </w:r>
      <w:proofErr w:type="spellEnd"/>
      <w:r>
        <w:rPr>
          <w:lang w:val="ru-RU"/>
        </w:rPr>
        <w:t xml:space="preserve"> с </w:t>
      </w:r>
      <w:proofErr w:type="spellStart"/>
      <w:r>
        <w:rPr>
          <w:lang w:val="ru-RU"/>
        </w:rPr>
        <w:t>Шарадваном</w:t>
      </w:r>
      <w:proofErr w:type="spellEnd"/>
      <w:r>
        <w:rPr>
          <w:lang w:val="ru-RU"/>
        </w:rPr>
        <w:t xml:space="preserve">, и </w:t>
      </w:r>
      <w:proofErr w:type="spellStart"/>
      <w:r>
        <w:rPr>
          <w:lang w:val="ru-RU"/>
        </w:rPr>
        <w:t>Ариштанеми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Бхригу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Ангира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Парашара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Вишвамитра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Парашурама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Утатх</w:t>
      </w:r>
      <w:r w:rsidRPr="00B400C8">
        <w:rPr>
          <w:lang w:val="ru-RU"/>
        </w:rPr>
        <w:t>ья</w:t>
      </w:r>
      <w:proofErr w:type="spellEnd"/>
      <w:r w:rsidRPr="00B400C8">
        <w:rPr>
          <w:lang w:val="ru-RU"/>
        </w:rPr>
        <w:t xml:space="preserve">, </w:t>
      </w:r>
      <w:proofErr w:type="spellStart"/>
      <w:r w:rsidRPr="00B400C8">
        <w:rPr>
          <w:lang w:val="ru-RU"/>
        </w:rPr>
        <w:t>Индрапрамада</w:t>
      </w:r>
      <w:proofErr w:type="spellEnd"/>
      <w:r w:rsidRPr="00B400C8">
        <w:rPr>
          <w:lang w:val="ru-RU"/>
        </w:rPr>
        <w:t xml:space="preserve">, </w:t>
      </w:r>
      <w:proofErr w:type="spellStart"/>
      <w:r w:rsidRPr="00B400C8">
        <w:rPr>
          <w:lang w:val="ru-RU"/>
        </w:rPr>
        <w:t>Идхмаваху</w:t>
      </w:r>
      <w:proofErr w:type="spellEnd"/>
      <w:r w:rsidRPr="00B400C8">
        <w:rPr>
          <w:lang w:val="ru-RU"/>
        </w:rPr>
        <w:t xml:space="preserve">, </w:t>
      </w:r>
      <w:proofErr w:type="spellStart"/>
      <w:r w:rsidRPr="00B400C8">
        <w:rPr>
          <w:lang w:val="ru-RU"/>
        </w:rPr>
        <w:t>Медхатитхи</w:t>
      </w:r>
      <w:proofErr w:type="spellEnd"/>
      <w:r w:rsidRPr="00B400C8">
        <w:rPr>
          <w:lang w:val="ru-RU"/>
        </w:rPr>
        <w:t xml:space="preserve">, Девала, </w:t>
      </w:r>
      <w:proofErr w:type="spellStart"/>
      <w:r w:rsidRPr="00B400C8">
        <w:rPr>
          <w:lang w:val="ru-RU"/>
        </w:rPr>
        <w:t>Арштишена</w:t>
      </w:r>
      <w:proofErr w:type="spellEnd"/>
      <w:r w:rsidRPr="00B400C8">
        <w:rPr>
          <w:lang w:val="ru-RU"/>
        </w:rPr>
        <w:t xml:space="preserve">, </w:t>
      </w:r>
      <w:proofErr w:type="spellStart"/>
      <w:r w:rsidRPr="00B400C8">
        <w:rPr>
          <w:lang w:val="ru-RU"/>
        </w:rPr>
        <w:t>Бхарадваджа</w:t>
      </w:r>
      <w:proofErr w:type="spellEnd"/>
      <w:r w:rsidRPr="00B400C8">
        <w:rPr>
          <w:lang w:val="ru-RU"/>
        </w:rPr>
        <w:t>, Га</w:t>
      </w:r>
      <w:r>
        <w:rPr>
          <w:lang w:val="ru-RU"/>
        </w:rPr>
        <w:t xml:space="preserve">утама, </w:t>
      </w:r>
      <w:proofErr w:type="spellStart"/>
      <w:r>
        <w:rPr>
          <w:lang w:val="ru-RU"/>
        </w:rPr>
        <w:t>Пиппалада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Майтрея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Аурва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Каваша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Кумбхайони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Двайпаяна</w:t>
      </w:r>
      <w:proofErr w:type="spellEnd"/>
      <w:r>
        <w:rPr>
          <w:lang w:val="ru-RU"/>
        </w:rPr>
        <w:t xml:space="preserve"> Вьяса и вечный скиталец и певец истины </w:t>
      </w:r>
      <w:proofErr w:type="spellStart"/>
      <w:r>
        <w:rPr>
          <w:lang w:val="ru-RU"/>
        </w:rPr>
        <w:t>Нарада</w:t>
      </w:r>
      <w:proofErr w:type="spellEnd"/>
      <w:r>
        <w:rPr>
          <w:lang w:val="ru-RU"/>
        </w:rPr>
        <w:t>.</w:t>
      </w:r>
    </w:p>
    <w:p w14:paraId="347EF82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603002F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Приблизившись к месту своего последнего подвига, царственный отшельник увидал, что оно полно мудрецов, небожителей, могучих волхвов и повелителей высших миров. Немало изумленный государь низким поклоном приветствовал собрание.</w:t>
      </w:r>
    </w:p>
    <w:p w14:paraId="3C2AC2E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F83B165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Истинно, в тот час берег Ганги сиял животворящим светом, точно небо в звездную ночь. Сложив ладони пред лицом, государь известил присутствующих о </w:t>
      </w:r>
      <w:r w:rsidRPr="00DA0238">
        <w:rPr>
          <w:lang w:val="ru-RU"/>
        </w:rPr>
        <w:lastRenderedPageBreak/>
        <w:t>своем решении встрети</w:t>
      </w:r>
      <w:r w:rsidR="00E45ADE" w:rsidRPr="00DA0238">
        <w:rPr>
          <w:lang w:val="ru-RU"/>
        </w:rPr>
        <w:t>ть смерть в покаянии и молитвах"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Шри</w:t>
      </w:r>
      <w:r w:rsidR="008F4D01">
        <w:rPr>
          <w:rStyle w:val="TextTranslationItalic"/>
          <w:lang w:val="ru-RU"/>
        </w:rPr>
        <w:t>мад-</w:t>
      </w:r>
      <w:r w:rsidRPr="00DA0238">
        <w:rPr>
          <w:rStyle w:val="TextTranslationItalic"/>
          <w:lang w:val="ru-RU"/>
        </w:rPr>
        <w:t>Бхагавата</w:t>
      </w:r>
      <w:r w:rsidR="008F4D01">
        <w:rPr>
          <w:rStyle w:val="TextTranslationItalic"/>
          <w:lang w:val="ru-RU"/>
        </w:rPr>
        <w:t>м</w:t>
      </w:r>
      <w:proofErr w:type="spellEnd"/>
      <w:r w:rsidR="004A1286" w:rsidRPr="00DA0238">
        <w:rPr>
          <w:lang w:val="ru-RU"/>
        </w:rPr>
        <w:t xml:space="preserve"> 1.19.8-12)</w:t>
      </w:r>
      <w:r w:rsidR="00E45ADE" w:rsidRPr="00DA0238">
        <w:rPr>
          <w:lang w:val="ru-RU"/>
        </w:rPr>
        <w:t>.</w:t>
      </w:r>
    </w:p>
    <w:p w14:paraId="0A39403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162481D" w14:textId="77777777" w:rsidR="003B67ED" w:rsidRDefault="002B41BF" w:rsidP="004E41B6">
      <w:pPr>
        <w:pStyle w:val="TextTranslation"/>
        <w:ind w:firstLine="180"/>
        <w:outlineLvl w:val="0"/>
        <w:rPr>
          <w:lang w:val="ru-RU"/>
        </w:rPr>
      </w:pPr>
      <w:r w:rsidRPr="00DA0238">
        <w:rPr>
          <w:lang w:val="ru-RU"/>
        </w:rPr>
        <w:t>Царь молвил:</w:t>
      </w:r>
    </w:p>
    <w:p w14:paraId="42756637" w14:textId="77777777" w:rsidR="006617A3" w:rsidRPr="00DA0238" w:rsidRDefault="006617A3" w:rsidP="004E41B6">
      <w:pPr>
        <w:pStyle w:val="TextTranslation"/>
        <w:ind w:firstLine="180"/>
        <w:outlineLvl w:val="0"/>
        <w:rPr>
          <w:lang w:val="ru-RU"/>
        </w:rPr>
      </w:pPr>
    </w:p>
    <w:p w14:paraId="2CDF121D" w14:textId="77777777" w:rsidR="006617A3" w:rsidRPr="006617A3" w:rsidRDefault="006617A3" w:rsidP="006617A3">
      <w:pPr>
        <w:ind w:firstLine="180"/>
        <w:rPr>
          <w:b/>
          <w:i/>
          <w:lang w:val="ru-RU"/>
        </w:rPr>
      </w:pPr>
      <w:proofErr w:type="spellStart"/>
      <w:r w:rsidRPr="006617A3">
        <w:rPr>
          <w:b/>
          <w:i/>
          <w:lang w:val="ru-RU"/>
        </w:rPr>
        <w:t>таташ</w:t>
      </w:r>
      <w:proofErr w:type="spellEnd"/>
      <w:r w:rsidRPr="006617A3">
        <w:rPr>
          <w:b/>
          <w:i/>
          <w:lang w:val="ru-RU"/>
        </w:rPr>
        <w:t xml:space="preserve"> </w:t>
      </w:r>
      <w:proofErr w:type="spellStart"/>
      <w:r w:rsidRPr="006617A3">
        <w:rPr>
          <w:b/>
          <w:i/>
          <w:lang w:val="ru-RU"/>
        </w:rPr>
        <w:t>ча</w:t>
      </w:r>
      <w:proofErr w:type="spellEnd"/>
      <w:r w:rsidRPr="006617A3">
        <w:rPr>
          <w:b/>
          <w:i/>
          <w:lang w:val="ru-RU"/>
        </w:rPr>
        <w:t xml:space="preserve"> вах </w:t>
      </w:r>
      <w:proofErr w:type="spellStart"/>
      <w:r w:rsidRPr="006617A3">
        <w:rPr>
          <w:b/>
          <w:i/>
          <w:lang w:val="ru-RU"/>
        </w:rPr>
        <w:t>приччхйам</w:t>
      </w:r>
      <w:proofErr w:type="spellEnd"/>
      <w:r w:rsidRPr="006617A3">
        <w:rPr>
          <w:b/>
          <w:i/>
          <w:lang w:val="ru-RU"/>
        </w:rPr>
        <w:t xml:space="preserve"> имам </w:t>
      </w:r>
      <w:proofErr w:type="spellStart"/>
      <w:r w:rsidRPr="006617A3">
        <w:rPr>
          <w:b/>
          <w:i/>
          <w:lang w:val="ru-RU"/>
        </w:rPr>
        <w:t>виприччхе</w:t>
      </w:r>
      <w:proofErr w:type="spellEnd"/>
    </w:p>
    <w:p w14:paraId="04C6BCFA" w14:textId="77777777" w:rsidR="006617A3" w:rsidRPr="006617A3" w:rsidRDefault="006617A3" w:rsidP="006617A3">
      <w:pPr>
        <w:ind w:firstLine="180"/>
        <w:rPr>
          <w:b/>
          <w:i/>
          <w:lang w:val="ru-RU"/>
        </w:rPr>
      </w:pPr>
      <w:proofErr w:type="spellStart"/>
      <w:r w:rsidRPr="006617A3">
        <w:rPr>
          <w:b/>
          <w:i/>
          <w:lang w:val="ru-RU"/>
        </w:rPr>
        <w:t>вишрабхйа</w:t>
      </w:r>
      <w:proofErr w:type="spellEnd"/>
      <w:r w:rsidRPr="006617A3">
        <w:rPr>
          <w:b/>
          <w:i/>
          <w:lang w:val="ru-RU"/>
        </w:rPr>
        <w:t xml:space="preserve"> </w:t>
      </w:r>
      <w:proofErr w:type="spellStart"/>
      <w:r w:rsidRPr="006617A3">
        <w:rPr>
          <w:b/>
          <w:i/>
          <w:lang w:val="ru-RU"/>
        </w:rPr>
        <w:t>випра</w:t>
      </w:r>
      <w:proofErr w:type="spellEnd"/>
      <w:r w:rsidRPr="006617A3">
        <w:rPr>
          <w:b/>
          <w:i/>
          <w:lang w:val="ru-RU"/>
        </w:rPr>
        <w:t xml:space="preserve"> </w:t>
      </w:r>
      <w:proofErr w:type="spellStart"/>
      <w:r w:rsidRPr="006617A3">
        <w:rPr>
          <w:b/>
          <w:i/>
          <w:lang w:val="ru-RU"/>
        </w:rPr>
        <w:t>ити</w:t>
      </w:r>
      <w:proofErr w:type="spellEnd"/>
      <w:r w:rsidRPr="006617A3">
        <w:rPr>
          <w:b/>
          <w:i/>
          <w:lang w:val="ru-RU"/>
        </w:rPr>
        <w:t xml:space="preserve"> </w:t>
      </w:r>
      <w:proofErr w:type="spellStart"/>
      <w:r w:rsidRPr="006617A3">
        <w:rPr>
          <w:b/>
          <w:i/>
          <w:lang w:val="ru-RU"/>
        </w:rPr>
        <w:t>критйатайам</w:t>
      </w:r>
      <w:proofErr w:type="spellEnd"/>
    </w:p>
    <w:p w14:paraId="574C7F83" w14:textId="77777777" w:rsidR="006617A3" w:rsidRPr="006617A3" w:rsidRDefault="006617A3" w:rsidP="006617A3">
      <w:pPr>
        <w:ind w:firstLine="180"/>
        <w:rPr>
          <w:b/>
          <w:i/>
          <w:lang w:val="ru-RU"/>
        </w:rPr>
      </w:pPr>
      <w:proofErr w:type="spellStart"/>
      <w:r w:rsidRPr="006617A3">
        <w:rPr>
          <w:b/>
          <w:i/>
          <w:lang w:val="ru-RU"/>
        </w:rPr>
        <w:t>сарватмана</w:t>
      </w:r>
      <w:proofErr w:type="spellEnd"/>
      <w:r w:rsidRPr="006617A3">
        <w:rPr>
          <w:b/>
          <w:i/>
          <w:lang w:val="ru-RU"/>
        </w:rPr>
        <w:t xml:space="preserve"> </w:t>
      </w:r>
      <w:proofErr w:type="spellStart"/>
      <w:r w:rsidRPr="006617A3">
        <w:rPr>
          <w:b/>
          <w:i/>
          <w:lang w:val="ru-RU"/>
        </w:rPr>
        <w:t>мрийаманаиш</w:t>
      </w:r>
      <w:proofErr w:type="spellEnd"/>
      <w:r w:rsidRPr="006617A3">
        <w:rPr>
          <w:b/>
          <w:i/>
          <w:lang w:val="ru-RU"/>
        </w:rPr>
        <w:t xml:space="preserve"> </w:t>
      </w:r>
      <w:proofErr w:type="spellStart"/>
      <w:r w:rsidRPr="006617A3">
        <w:rPr>
          <w:b/>
          <w:i/>
          <w:lang w:val="ru-RU"/>
        </w:rPr>
        <w:t>ча</w:t>
      </w:r>
      <w:proofErr w:type="spellEnd"/>
      <w:r w:rsidRPr="006617A3">
        <w:rPr>
          <w:b/>
          <w:i/>
          <w:lang w:val="ru-RU"/>
        </w:rPr>
        <w:t xml:space="preserve"> </w:t>
      </w:r>
      <w:proofErr w:type="spellStart"/>
      <w:r w:rsidRPr="006617A3">
        <w:rPr>
          <w:b/>
          <w:i/>
          <w:lang w:val="ru-RU"/>
        </w:rPr>
        <w:t>критйам</w:t>
      </w:r>
      <w:proofErr w:type="spellEnd"/>
    </w:p>
    <w:p w14:paraId="2CC4A360" w14:textId="77777777" w:rsidR="006617A3" w:rsidRPr="006617A3" w:rsidRDefault="006617A3" w:rsidP="006617A3">
      <w:pPr>
        <w:ind w:firstLine="180"/>
        <w:rPr>
          <w:b/>
          <w:i/>
          <w:lang w:val="ru-RU"/>
        </w:rPr>
      </w:pPr>
      <w:proofErr w:type="spellStart"/>
      <w:r w:rsidRPr="006617A3">
        <w:rPr>
          <w:b/>
          <w:i/>
          <w:lang w:val="ru-RU"/>
        </w:rPr>
        <w:t>шуддхам</w:t>
      </w:r>
      <w:proofErr w:type="spellEnd"/>
      <w:r w:rsidRPr="006617A3">
        <w:rPr>
          <w:b/>
          <w:i/>
          <w:lang w:val="ru-RU"/>
        </w:rPr>
        <w:t xml:space="preserve"> </w:t>
      </w:r>
      <w:proofErr w:type="spellStart"/>
      <w:r w:rsidRPr="006617A3">
        <w:rPr>
          <w:b/>
          <w:i/>
          <w:lang w:val="ru-RU"/>
        </w:rPr>
        <w:t>ча</w:t>
      </w:r>
      <w:proofErr w:type="spellEnd"/>
      <w:r w:rsidRPr="006617A3">
        <w:rPr>
          <w:b/>
          <w:i/>
          <w:lang w:val="ru-RU"/>
        </w:rPr>
        <w:t xml:space="preserve"> </w:t>
      </w:r>
      <w:proofErr w:type="spellStart"/>
      <w:r w:rsidRPr="006617A3">
        <w:rPr>
          <w:b/>
          <w:i/>
          <w:lang w:val="ru-RU"/>
        </w:rPr>
        <w:t>татрамришатабхийуктах</w:t>
      </w:r>
      <w:proofErr w:type="spellEnd"/>
    </w:p>
    <w:p w14:paraId="0EBC6B1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D657406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"Сейчас, когда солнце жизни моей подошло к последней черте, я желаю знать, ради чего живет человек и что должно делать ему, когда о</w:t>
      </w:r>
      <w:r w:rsidR="00E45ADE" w:rsidRPr="00DA0238">
        <w:rPr>
          <w:lang w:val="ru-RU"/>
        </w:rPr>
        <w:t>н осознал, что дни его сочтены"</w:t>
      </w:r>
      <w:r w:rsidR="007410CD"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Шри</w:t>
      </w:r>
      <w:r w:rsidR="008F4D01">
        <w:rPr>
          <w:rStyle w:val="TextTranslationItalic"/>
          <w:lang w:val="ru-RU"/>
        </w:rPr>
        <w:t>мад-</w:t>
      </w:r>
      <w:r w:rsidRPr="00DA0238">
        <w:rPr>
          <w:rStyle w:val="TextTranslationItalic"/>
          <w:lang w:val="ru-RU"/>
        </w:rPr>
        <w:t>Бхагавата</w:t>
      </w:r>
      <w:r w:rsidR="008F4D01">
        <w:rPr>
          <w:rStyle w:val="TextTranslationItalic"/>
          <w:lang w:val="ru-RU"/>
        </w:rPr>
        <w:t>м</w:t>
      </w:r>
      <w:proofErr w:type="spellEnd"/>
      <w:r w:rsidR="004A1286" w:rsidRPr="00DA0238">
        <w:rPr>
          <w:lang w:val="ru-RU"/>
        </w:rPr>
        <w:t xml:space="preserve"> 1.19.24)</w:t>
      </w:r>
      <w:r w:rsidR="00E45ADE" w:rsidRPr="00DA0238">
        <w:rPr>
          <w:lang w:val="ru-RU"/>
        </w:rPr>
        <w:t>.</w:t>
      </w:r>
    </w:p>
    <w:p w14:paraId="6820F121" w14:textId="77777777" w:rsidR="007410CD" w:rsidRPr="00DA0238" w:rsidRDefault="007410CD" w:rsidP="004E41B6">
      <w:pPr>
        <w:pStyle w:val="TextTranslation"/>
        <w:ind w:firstLine="180"/>
        <w:rPr>
          <w:lang w:val="ru-RU"/>
        </w:rPr>
      </w:pPr>
    </w:p>
    <w:p w14:paraId="52CF6EDB" w14:textId="77777777" w:rsidR="007410CD" w:rsidRPr="007410CD" w:rsidRDefault="007410CD" w:rsidP="007410CD">
      <w:pPr>
        <w:ind w:firstLine="180"/>
        <w:rPr>
          <w:b/>
          <w:i/>
          <w:lang w:val="ru-RU"/>
        </w:rPr>
      </w:pPr>
      <w:proofErr w:type="spellStart"/>
      <w:r w:rsidRPr="007410CD">
        <w:rPr>
          <w:b/>
          <w:i/>
          <w:lang w:val="ru-RU"/>
        </w:rPr>
        <w:t>татрабхавад</w:t>
      </w:r>
      <w:proofErr w:type="spellEnd"/>
      <w:r w:rsidRPr="007410CD">
        <w:rPr>
          <w:b/>
          <w:i/>
          <w:lang w:val="ru-RU"/>
        </w:rPr>
        <w:t xml:space="preserve"> бхагаван </w:t>
      </w:r>
      <w:proofErr w:type="spellStart"/>
      <w:r w:rsidRPr="007410CD">
        <w:rPr>
          <w:b/>
          <w:i/>
          <w:lang w:val="ru-RU"/>
        </w:rPr>
        <w:t>вйаса-путро</w:t>
      </w:r>
      <w:proofErr w:type="spellEnd"/>
    </w:p>
    <w:p w14:paraId="7ADCA8AA" w14:textId="77777777" w:rsidR="007410CD" w:rsidRPr="007410CD" w:rsidRDefault="007410CD" w:rsidP="007410CD">
      <w:pPr>
        <w:ind w:firstLine="180"/>
        <w:rPr>
          <w:b/>
          <w:i/>
          <w:lang w:val="ru-RU"/>
        </w:rPr>
      </w:pPr>
      <w:proofErr w:type="spellStart"/>
      <w:r w:rsidRPr="007410CD">
        <w:rPr>
          <w:b/>
          <w:i/>
          <w:lang w:val="ru-RU"/>
        </w:rPr>
        <w:t>йадриччхайа</w:t>
      </w:r>
      <w:proofErr w:type="spellEnd"/>
      <w:r w:rsidRPr="007410CD">
        <w:rPr>
          <w:b/>
          <w:i/>
          <w:lang w:val="ru-RU"/>
        </w:rPr>
        <w:t xml:space="preserve"> гам </w:t>
      </w:r>
      <w:proofErr w:type="spellStart"/>
      <w:r w:rsidRPr="007410CD">
        <w:rPr>
          <w:b/>
          <w:i/>
          <w:lang w:val="ru-RU"/>
        </w:rPr>
        <w:t>атамано</w:t>
      </w:r>
      <w:proofErr w:type="spellEnd"/>
      <w:r w:rsidRPr="007410CD">
        <w:rPr>
          <w:b/>
          <w:i/>
          <w:lang w:val="ru-RU"/>
        </w:rPr>
        <w:t xml:space="preserve"> ’</w:t>
      </w:r>
      <w:proofErr w:type="spellStart"/>
      <w:r w:rsidRPr="007410CD">
        <w:rPr>
          <w:b/>
          <w:i/>
          <w:lang w:val="ru-RU"/>
        </w:rPr>
        <w:t>напекшах</w:t>
      </w:r>
      <w:proofErr w:type="spellEnd"/>
    </w:p>
    <w:p w14:paraId="7E3F6B2E" w14:textId="77777777" w:rsidR="007410CD" w:rsidRPr="007410CD" w:rsidRDefault="007410CD" w:rsidP="007410CD">
      <w:pPr>
        <w:ind w:firstLine="180"/>
        <w:rPr>
          <w:b/>
          <w:i/>
          <w:lang w:val="ru-RU"/>
        </w:rPr>
      </w:pPr>
      <w:proofErr w:type="spellStart"/>
      <w:r w:rsidRPr="007410CD">
        <w:rPr>
          <w:b/>
          <w:i/>
          <w:lang w:val="ru-RU"/>
        </w:rPr>
        <w:t>алакшйа-линго</w:t>
      </w:r>
      <w:proofErr w:type="spellEnd"/>
      <w:r w:rsidRPr="007410CD">
        <w:rPr>
          <w:b/>
          <w:i/>
          <w:lang w:val="ru-RU"/>
        </w:rPr>
        <w:t xml:space="preserve"> </w:t>
      </w:r>
      <w:proofErr w:type="spellStart"/>
      <w:r w:rsidRPr="007410CD">
        <w:rPr>
          <w:b/>
          <w:i/>
          <w:lang w:val="ru-RU"/>
        </w:rPr>
        <w:t>ниджа-лабха-тушто</w:t>
      </w:r>
      <w:proofErr w:type="spellEnd"/>
    </w:p>
    <w:p w14:paraId="61FFB36D" w14:textId="77777777" w:rsidR="007410CD" w:rsidRPr="007410CD" w:rsidRDefault="007410CD" w:rsidP="007410CD">
      <w:pPr>
        <w:ind w:firstLine="180"/>
        <w:rPr>
          <w:b/>
          <w:i/>
          <w:lang w:val="ru-RU"/>
        </w:rPr>
      </w:pPr>
      <w:proofErr w:type="spellStart"/>
      <w:r w:rsidRPr="007410CD">
        <w:rPr>
          <w:b/>
          <w:i/>
          <w:lang w:val="ru-RU"/>
        </w:rPr>
        <w:t>вриташ</w:t>
      </w:r>
      <w:proofErr w:type="spellEnd"/>
      <w:r w:rsidRPr="007410CD">
        <w:rPr>
          <w:b/>
          <w:i/>
          <w:lang w:val="ru-RU"/>
        </w:rPr>
        <w:t xml:space="preserve"> </w:t>
      </w:r>
      <w:proofErr w:type="spellStart"/>
      <w:r w:rsidRPr="007410CD">
        <w:rPr>
          <w:b/>
          <w:i/>
          <w:lang w:val="ru-RU"/>
        </w:rPr>
        <w:t>ча</w:t>
      </w:r>
      <w:proofErr w:type="spellEnd"/>
      <w:r w:rsidRPr="007410CD">
        <w:rPr>
          <w:b/>
          <w:i/>
          <w:lang w:val="ru-RU"/>
        </w:rPr>
        <w:t xml:space="preserve"> </w:t>
      </w:r>
      <w:proofErr w:type="spellStart"/>
      <w:r w:rsidRPr="007410CD">
        <w:rPr>
          <w:b/>
          <w:i/>
          <w:lang w:val="ru-RU"/>
        </w:rPr>
        <w:t>балаир</w:t>
      </w:r>
      <w:proofErr w:type="spellEnd"/>
      <w:r w:rsidRPr="007410CD">
        <w:rPr>
          <w:b/>
          <w:i/>
          <w:lang w:val="ru-RU"/>
        </w:rPr>
        <w:t xml:space="preserve"> </w:t>
      </w:r>
      <w:proofErr w:type="spellStart"/>
      <w:r w:rsidRPr="007410CD">
        <w:rPr>
          <w:b/>
          <w:i/>
          <w:lang w:val="ru-RU"/>
        </w:rPr>
        <w:t>авадхута-вешах</w:t>
      </w:r>
      <w:proofErr w:type="spellEnd"/>
    </w:p>
    <w:p w14:paraId="29935635" w14:textId="77777777" w:rsidR="003B67ED" w:rsidRDefault="003B67ED" w:rsidP="004E41B6">
      <w:pPr>
        <w:ind w:firstLine="180"/>
        <w:rPr>
          <w:b/>
          <w:lang w:val="ru-RU"/>
        </w:rPr>
      </w:pPr>
    </w:p>
    <w:p w14:paraId="145F0187" w14:textId="77777777" w:rsidR="006617A3" w:rsidRPr="006617A3" w:rsidRDefault="007410CD" w:rsidP="006617A3">
      <w:pPr>
        <w:ind w:firstLine="180"/>
        <w:jc w:val="both"/>
        <w:rPr>
          <w:b/>
          <w:lang w:val="ru-RU"/>
        </w:rPr>
      </w:pPr>
      <w:r>
        <w:rPr>
          <w:b/>
          <w:lang w:val="ru-RU"/>
        </w:rPr>
        <w:t>"</w:t>
      </w:r>
      <w:r w:rsidR="006617A3" w:rsidRPr="006617A3">
        <w:rPr>
          <w:b/>
          <w:lang w:val="ru-RU"/>
        </w:rPr>
        <w:t>Не успел венценосный отшельник закончить свою речь, как из лесной чащи неподалеку явилось странное зрелище. То была толпа во главе с юношей как есть голым. И не было при нем никакой вещи, указывающей на принадлежность к какому-либо чину или занятию. Взгляд незнакомца выражал такое отрешение, такое безразличие к окружающему, что определенно нельзя было сказать, кто пред тобой — святой или умалишенный. Вслед за ним толпою увивались дети, которые плевали ему в спину и называли словами, к</w:t>
      </w:r>
      <w:r w:rsidR="006617A3" w:rsidRPr="007410CD">
        <w:rPr>
          <w:b/>
          <w:lang w:val="ru-RU"/>
        </w:rPr>
        <w:t>акие я не решусь повторить в почтенном собрании</w:t>
      </w:r>
      <w:r w:rsidRPr="007410CD">
        <w:rPr>
          <w:b/>
          <w:lang w:val="ru-RU"/>
        </w:rPr>
        <w:t>"</w:t>
      </w:r>
      <w:r w:rsidR="006617A3" w:rsidRPr="007410CD">
        <w:rPr>
          <w:b/>
          <w:lang w:val="ru-RU"/>
        </w:rPr>
        <w:t>.</w:t>
      </w:r>
      <w:r w:rsidRPr="007410CD">
        <w:rPr>
          <w:b/>
          <w:lang w:val="ru-RU"/>
        </w:rPr>
        <w:t xml:space="preserve"> (</w:t>
      </w:r>
      <w:proofErr w:type="spellStart"/>
      <w:r w:rsidRPr="007410CD">
        <w:rPr>
          <w:rStyle w:val="TextTranslationItalic"/>
          <w:b/>
          <w:lang w:val="ru-RU"/>
        </w:rPr>
        <w:t>Шримад-Бхагаватам</w:t>
      </w:r>
      <w:proofErr w:type="spellEnd"/>
      <w:r w:rsidRPr="007410CD">
        <w:rPr>
          <w:b/>
          <w:lang w:val="ru-RU"/>
        </w:rPr>
        <w:t xml:space="preserve"> 1.19.2</w:t>
      </w:r>
      <w:r>
        <w:rPr>
          <w:b/>
          <w:lang w:val="ru-RU"/>
        </w:rPr>
        <w:t>5</w:t>
      </w:r>
      <w:r w:rsidRPr="007410CD">
        <w:rPr>
          <w:b/>
          <w:lang w:val="ru-RU"/>
        </w:rPr>
        <w:t>).</w:t>
      </w:r>
    </w:p>
    <w:p w14:paraId="1BCA5C74" w14:textId="77777777" w:rsidR="006617A3" w:rsidRPr="00DA0238" w:rsidRDefault="006617A3" w:rsidP="004E41B6">
      <w:pPr>
        <w:ind w:firstLine="180"/>
        <w:rPr>
          <w:b/>
          <w:lang w:val="ru-RU"/>
        </w:rPr>
      </w:pPr>
    </w:p>
    <w:p w14:paraId="3D49A1C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Тогда мудрецы поднялись со свои</w:t>
      </w:r>
      <w:r w:rsidR="004174DE" w:rsidRPr="00DA0238">
        <w:rPr>
          <w:lang w:val="ru-RU"/>
        </w:rPr>
        <w:t>х</w:t>
      </w:r>
      <w:r w:rsidRPr="00DA0238">
        <w:rPr>
          <w:lang w:val="ru-RU"/>
        </w:rPr>
        <w:t xml:space="preserve"> мест почтить его. "И такой неземной, такой покойный душевный свет исходил от того юноши, что в окружении обитателей небес он казался полною луною на звездном небосклоне" (</w:t>
      </w:r>
      <w:proofErr w:type="spellStart"/>
      <w:r w:rsidRPr="00DA0238">
        <w:rPr>
          <w:lang w:val="ru-RU"/>
        </w:rPr>
        <w:t>Шримад-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="004A1286" w:rsidRPr="00DA0238">
        <w:rPr>
          <w:lang w:val="ru-RU"/>
        </w:rPr>
        <w:t xml:space="preserve"> 1.19.30)</w:t>
      </w:r>
      <w:r w:rsidR="00E45ADE" w:rsidRPr="00DA0238">
        <w:rPr>
          <w:lang w:val="ru-RU"/>
        </w:rPr>
        <w:t>.</w:t>
      </w:r>
    </w:p>
    <w:p w14:paraId="4CCF849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01E6B06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26</w:t>
      </w:r>
      <w:r w:rsidR="00A94F12">
        <w:rPr>
          <w:b/>
          <w:lang w:val="ru-RU"/>
        </w:rPr>
        <w:t>.</w:t>
      </w:r>
    </w:p>
    <w:p w14:paraId="39FC9AA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AC69BF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В собрании, где вещал Шука</w:t>
      </w:r>
      <w:r w:rsidR="004A1286" w:rsidRPr="00DA0238">
        <w:rPr>
          <w:lang w:val="ru-RU"/>
        </w:rPr>
        <w:t>,</w:t>
      </w:r>
      <w:r w:rsidRPr="00DA0238">
        <w:rPr>
          <w:lang w:val="ru-RU"/>
        </w:rPr>
        <w:t xml:space="preserve"> присутствовали Вьяса с </w:t>
      </w:r>
      <w:proofErr w:type="spellStart"/>
      <w:r w:rsidRPr="00DA0238">
        <w:rPr>
          <w:lang w:val="ru-RU"/>
        </w:rPr>
        <w:t>Нарадой</w:t>
      </w:r>
      <w:proofErr w:type="spellEnd"/>
      <w:r w:rsidRPr="00DA0238">
        <w:rPr>
          <w:lang w:val="ru-RU"/>
        </w:rPr>
        <w:t>. Первый был ему учителем, второй</w:t>
      </w:r>
      <w:r w:rsidR="004A1286" w:rsidRPr="00DA0238">
        <w:rPr>
          <w:lang w:val="ru-RU"/>
        </w:rPr>
        <w:t xml:space="preserve"> — </w:t>
      </w:r>
      <w:r w:rsidRPr="00DA0238">
        <w:rPr>
          <w:lang w:val="ru-RU"/>
        </w:rPr>
        <w:t xml:space="preserve">учителем учителя. И оба они признались, что </w:t>
      </w:r>
      <w:proofErr w:type="spellStart"/>
      <w:r w:rsidRPr="00DA0238">
        <w:rPr>
          <w:rStyle w:val="TextTranslationItalic"/>
          <w:lang w:val="ru-RU"/>
        </w:rPr>
        <w:t>Бхагавата</w:t>
      </w:r>
      <w:proofErr w:type="spellEnd"/>
      <w:r w:rsidRPr="00DA0238">
        <w:rPr>
          <w:lang w:val="ru-RU"/>
        </w:rPr>
        <w:t xml:space="preserve">, изошедшая из уст Шуки, есть нечто неслыханное прежде. Так получилось, что Шука оказался наставником для своих учителей. Сказано: </w:t>
      </w:r>
      <w:r w:rsidR="003132B1">
        <w:rPr>
          <w:lang w:val="ru-RU"/>
        </w:rPr>
        <w:t>"</w:t>
      </w:r>
      <w:proofErr w:type="spellStart"/>
      <w:r w:rsidR="003132B1" w:rsidRPr="003132B1">
        <w:rPr>
          <w:i/>
          <w:lang w:val="ru-RU"/>
        </w:rPr>
        <w:t>галитам</w:t>
      </w:r>
      <w:proofErr w:type="spellEnd"/>
      <w:r w:rsidR="003132B1" w:rsidRPr="003132B1">
        <w:rPr>
          <w:i/>
          <w:lang w:val="ru-RU"/>
        </w:rPr>
        <w:t xml:space="preserve"> </w:t>
      </w:r>
      <w:proofErr w:type="spellStart"/>
      <w:r w:rsidR="003132B1" w:rsidRPr="003132B1">
        <w:rPr>
          <w:i/>
          <w:lang w:val="ru-RU"/>
        </w:rPr>
        <w:t>пхалам</w:t>
      </w:r>
      <w:proofErr w:type="spellEnd"/>
      <w:r w:rsidR="003132B1" w:rsidRPr="003132B1">
        <w:rPr>
          <w:i/>
          <w:lang w:val="ru-RU"/>
        </w:rPr>
        <w:br/>
      </w:r>
      <w:proofErr w:type="spellStart"/>
      <w:r w:rsidR="003132B1" w:rsidRPr="003132B1">
        <w:rPr>
          <w:i/>
          <w:lang w:val="ru-RU"/>
        </w:rPr>
        <w:t>шука</w:t>
      </w:r>
      <w:proofErr w:type="spellEnd"/>
      <w:r w:rsidR="003132B1" w:rsidRPr="003132B1">
        <w:rPr>
          <w:i/>
          <w:lang w:val="ru-RU"/>
        </w:rPr>
        <w:t>...</w:t>
      </w:r>
      <w:proofErr w:type="spellStart"/>
      <w:r w:rsidR="003132B1" w:rsidRPr="003132B1">
        <w:rPr>
          <w:i/>
          <w:lang w:val="ru-RU"/>
        </w:rPr>
        <w:t>мухур</w:t>
      </w:r>
      <w:proofErr w:type="spellEnd"/>
      <w:r w:rsidR="003132B1" w:rsidRPr="003132B1">
        <w:rPr>
          <w:i/>
          <w:lang w:val="ru-RU"/>
        </w:rPr>
        <w:t xml:space="preserve"> </w:t>
      </w:r>
      <w:proofErr w:type="spellStart"/>
      <w:r w:rsidR="003132B1" w:rsidRPr="003132B1">
        <w:rPr>
          <w:i/>
          <w:lang w:val="ru-RU"/>
        </w:rPr>
        <w:t>ахо</w:t>
      </w:r>
      <w:proofErr w:type="spellEnd"/>
      <w:r w:rsidR="003132B1" w:rsidRPr="003132B1">
        <w:rPr>
          <w:i/>
          <w:lang w:val="ru-RU"/>
        </w:rPr>
        <w:t xml:space="preserve"> </w:t>
      </w:r>
      <w:proofErr w:type="spellStart"/>
      <w:r w:rsidR="003132B1" w:rsidRPr="003132B1">
        <w:rPr>
          <w:i/>
          <w:lang w:val="ru-RU"/>
        </w:rPr>
        <w:t>расика</w:t>
      </w:r>
      <w:proofErr w:type="spellEnd"/>
      <w:r w:rsidR="003132B1" w:rsidRPr="003132B1">
        <w:rPr>
          <w:i/>
          <w:lang w:val="ru-RU"/>
        </w:rPr>
        <w:t xml:space="preserve"> </w:t>
      </w:r>
      <w:proofErr w:type="spellStart"/>
      <w:r w:rsidR="003132B1" w:rsidRPr="003132B1">
        <w:rPr>
          <w:i/>
          <w:lang w:val="ru-RU"/>
        </w:rPr>
        <w:t>бхуви</w:t>
      </w:r>
      <w:proofErr w:type="spellEnd"/>
      <w:r w:rsidR="003132B1" w:rsidRPr="003132B1">
        <w:rPr>
          <w:i/>
          <w:lang w:val="ru-RU"/>
        </w:rPr>
        <w:t xml:space="preserve"> </w:t>
      </w:r>
      <w:proofErr w:type="spellStart"/>
      <w:r w:rsidR="003132B1" w:rsidRPr="003132B1">
        <w:rPr>
          <w:i/>
          <w:lang w:val="ru-RU"/>
        </w:rPr>
        <w:t>бхавуках</w:t>
      </w:r>
      <w:proofErr w:type="spellEnd"/>
      <w:r w:rsidR="003132B1">
        <w:rPr>
          <w:i/>
          <w:lang w:val="ru-RU"/>
        </w:rPr>
        <w:t xml:space="preserve"> - </w:t>
      </w:r>
      <w:r w:rsidR="003132B1" w:rsidRPr="003132B1">
        <w:rPr>
          <w:lang w:val="ru-RU"/>
        </w:rPr>
        <w:t>о</w:t>
      </w:r>
      <w:r w:rsidRPr="00DA0238">
        <w:rPr>
          <w:lang w:val="ru-RU"/>
        </w:rPr>
        <w:t xml:space="preserve">т прикосновения уст Шуки плод сей поспел и наполнился </w:t>
      </w:r>
      <w:r w:rsidR="00A94F12">
        <w:rPr>
          <w:lang w:val="ru-RU"/>
        </w:rPr>
        <w:t>соком</w:t>
      </w:r>
      <w:r w:rsidRPr="00DA0238">
        <w:rPr>
          <w:lang w:val="ru-RU"/>
        </w:rPr>
        <w:t>"</w:t>
      </w:r>
      <w:r w:rsidR="006E31CD"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Шри</w:t>
      </w:r>
      <w:r w:rsidR="003132B1">
        <w:rPr>
          <w:rStyle w:val="TextTranslationItalic"/>
          <w:lang w:val="ru-RU"/>
        </w:rPr>
        <w:t>мад-</w:t>
      </w:r>
      <w:r w:rsidRPr="00DA0238">
        <w:rPr>
          <w:rStyle w:val="TextTranslationItalic"/>
          <w:lang w:val="ru-RU"/>
        </w:rPr>
        <w:t>Бхагавата</w:t>
      </w:r>
      <w:r w:rsidR="003132B1">
        <w:rPr>
          <w:rStyle w:val="TextTranslationItalic"/>
          <w:lang w:val="ru-RU"/>
        </w:rPr>
        <w:t>м</w:t>
      </w:r>
      <w:proofErr w:type="spellEnd"/>
      <w:r w:rsidR="004A1286" w:rsidRPr="00DA0238">
        <w:rPr>
          <w:lang w:val="ru-RU"/>
        </w:rPr>
        <w:t xml:space="preserve"> 1.1.3).</w:t>
      </w:r>
      <w:r w:rsidRPr="00DA0238">
        <w:rPr>
          <w:lang w:val="ru-RU"/>
        </w:rPr>
        <w:t xml:space="preserve"> Хотя бы по этой причине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превосходит значимостью все Писания. Величие </w:t>
      </w:r>
      <w:proofErr w:type="spellStart"/>
      <w:r w:rsidRPr="00DA0238">
        <w:rPr>
          <w:rStyle w:val="TextTranslationItalic"/>
          <w:lang w:val="ru-RU"/>
        </w:rPr>
        <w:t>Матсьи</w:t>
      </w:r>
      <w:proofErr w:type="spellEnd"/>
      <w:r w:rsidRPr="00DA0238">
        <w:rPr>
          <w:lang w:val="ru-RU"/>
        </w:rPr>
        <w:t xml:space="preserve"> и иных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lang w:val="ru-RU"/>
        </w:rPr>
        <w:t xml:space="preserve"> относительно. К тому, что сказано</w:t>
      </w:r>
      <w:r w:rsidR="00AB6823" w:rsidRPr="00DA0238">
        <w:rPr>
          <w:lang w:val="ru-RU"/>
        </w:rPr>
        <w:t>,</w:t>
      </w:r>
      <w:r w:rsidRPr="00DA0238">
        <w:rPr>
          <w:lang w:val="ru-RU"/>
        </w:rPr>
        <w:t xml:space="preserve"> остается лишь добавить, что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="004A1286" w:rsidRPr="00DA0238">
        <w:rPr>
          <w:lang w:val="ru-RU"/>
        </w:rPr>
        <w:t xml:space="preserve"> суть</w:t>
      </w:r>
      <w:r w:rsidRPr="00DA0238">
        <w:rPr>
          <w:lang w:val="ru-RU"/>
        </w:rPr>
        <w:t xml:space="preserve"> образ Самого Шри Кришны.</w:t>
      </w:r>
    </w:p>
    <w:p w14:paraId="205B1B2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22D12F0" w14:textId="77777777" w:rsidR="00FD026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Сказано в Первой Книге сей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="00FD0268">
        <w:rPr>
          <w:lang w:val="ru-RU"/>
        </w:rPr>
        <w:t>:</w:t>
      </w:r>
    </w:p>
    <w:p w14:paraId="763C5960" w14:textId="77777777" w:rsidR="00FD0268" w:rsidRDefault="00FD0268" w:rsidP="004E41B6">
      <w:pPr>
        <w:pStyle w:val="TextTranslation"/>
        <w:ind w:firstLine="180"/>
        <w:rPr>
          <w:lang w:val="ru-RU"/>
        </w:rPr>
      </w:pPr>
    </w:p>
    <w:p w14:paraId="043DB010" w14:textId="77777777" w:rsidR="00FD0268" w:rsidRPr="00FD0268" w:rsidRDefault="00FD0268" w:rsidP="00FD0268">
      <w:pPr>
        <w:pStyle w:val="TextTranslation"/>
        <w:ind w:firstLine="180"/>
        <w:rPr>
          <w:i/>
          <w:lang w:val="ru-RU"/>
        </w:rPr>
      </w:pPr>
      <w:proofErr w:type="spellStart"/>
      <w:r w:rsidRPr="00FD0268">
        <w:rPr>
          <w:i/>
          <w:lang w:val="ru-RU"/>
        </w:rPr>
        <w:t>кришне</w:t>
      </w:r>
      <w:proofErr w:type="spellEnd"/>
      <w:r w:rsidRPr="00FD0268">
        <w:rPr>
          <w:i/>
          <w:lang w:val="ru-RU"/>
        </w:rPr>
        <w:t xml:space="preserve"> </w:t>
      </w:r>
      <w:proofErr w:type="spellStart"/>
      <w:r w:rsidRPr="00FD0268">
        <w:rPr>
          <w:i/>
          <w:lang w:val="ru-RU"/>
        </w:rPr>
        <w:t>сва-дхамопагате</w:t>
      </w:r>
      <w:proofErr w:type="spellEnd"/>
    </w:p>
    <w:p w14:paraId="4D9816C6" w14:textId="77777777" w:rsidR="00FD0268" w:rsidRPr="00FD0268" w:rsidRDefault="00FD0268" w:rsidP="00FD0268">
      <w:pPr>
        <w:pStyle w:val="TextTranslation"/>
        <w:ind w:firstLine="180"/>
        <w:rPr>
          <w:i/>
          <w:lang w:val="ru-RU"/>
        </w:rPr>
      </w:pPr>
      <w:r w:rsidRPr="00FD0268">
        <w:rPr>
          <w:i/>
          <w:lang w:val="ru-RU"/>
        </w:rPr>
        <w:t>дхарма-</w:t>
      </w:r>
      <w:proofErr w:type="spellStart"/>
      <w:r w:rsidRPr="00FD0268">
        <w:rPr>
          <w:i/>
          <w:lang w:val="ru-RU"/>
        </w:rPr>
        <w:t>джнанадибхих</w:t>
      </w:r>
      <w:proofErr w:type="spellEnd"/>
      <w:r w:rsidRPr="00FD0268">
        <w:rPr>
          <w:i/>
          <w:lang w:val="ru-RU"/>
        </w:rPr>
        <w:t xml:space="preserve"> саха</w:t>
      </w:r>
    </w:p>
    <w:p w14:paraId="5EAE9646" w14:textId="77777777" w:rsidR="00FD0268" w:rsidRPr="00FD0268" w:rsidRDefault="00FD0268" w:rsidP="00FD0268">
      <w:pPr>
        <w:pStyle w:val="TextTranslation"/>
        <w:ind w:firstLine="180"/>
        <w:rPr>
          <w:i/>
          <w:lang w:val="ru-RU"/>
        </w:rPr>
      </w:pPr>
      <w:proofErr w:type="spellStart"/>
      <w:r w:rsidRPr="00FD0268">
        <w:rPr>
          <w:i/>
          <w:lang w:val="ru-RU"/>
        </w:rPr>
        <w:t>калау</w:t>
      </w:r>
      <w:proofErr w:type="spellEnd"/>
      <w:r w:rsidRPr="00FD0268">
        <w:rPr>
          <w:i/>
          <w:lang w:val="ru-RU"/>
        </w:rPr>
        <w:t xml:space="preserve"> </w:t>
      </w:r>
      <w:proofErr w:type="spellStart"/>
      <w:r w:rsidRPr="00FD0268">
        <w:rPr>
          <w:i/>
          <w:lang w:val="ru-RU"/>
        </w:rPr>
        <w:t>нашта-дришам</w:t>
      </w:r>
      <w:proofErr w:type="spellEnd"/>
      <w:r w:rsidRPr="00FD0268">
        <w:rPr>
          <w:i/>
          <w:lang w:val="ru-RU"/>
        </w:rPr>
        <w:t xml:space="preserve"> </w:t>
      </w:r>
      <w:proofErr w:type="spellStart"/>
      <w:r w:rsidRPr="00FD0268">
        <w:rPr>
          <w:i/>
          <w:lang w:val="ru-RU"/>
        </w:rPr>
        <w:t>эша</w:t>
      </w:r>
      <w:proofErr w:type="spellEnd"/>
    </w:p>
    <w:p w14:paraId="6AC7EE4B" w14:textId="77777777" w:rsidR="00FD0268" w:rsidRPr="00FD0268" w:rsidRDefault="00FD0268" w:rsidP="00FD0268">
      <w:pPr>
        <w:pStyle w:val="TextTranslation"/>
        <w:ind w:firstLine="180"/>
        <w:rPr>
          <w:i/>
          <w:lang w:val="ru-RU"/>
        </w:rPr>
      </w:pPr>
      <w:proofErr w:type="spellStart"/>
      <w:r w:rsidRPr="00FD0268">
        <w:rPr>
          <w:i/>
          <w:lang w:val="ru-RU"/>
        </w:rPr>
        <w:t>пуранарко</w:t>
      </w:r>
      <w:proofErr w:type="spellEnd"/>
      <w:r w:rsidRPr="00FD0268">
        <w:rPr>
          <w:i/>
          <w:lang w:val="ru-RU"/>
        </w:rPr>
        <w:t xml:space="preserve"> ’</w:t>
      </w:r>
      <w:proofErr w:type="spellStart"/>
      <w:r w:rsidRPr="00FD0268">
        <w:rPr>
          <w:i/>
          <w:lang w:val="ru-RU"/>
        </w:rPr>
        <w:t>дхунодитах</w:t>
      </w:r>
      <w:proofErr w:type="spellEnd"/>
    </w:p>
    <w:p w14:paraId="130D9E8C" w14:textId="77777777" w:rsidR="00FD0268" w:rsidRDefault="00FD0268" w:rsidP="004E41B6">
      <w:pPr>
        <w:pStyle w:val="TextTranslation"/>
        <w:ind w:firstLine="180"/>
        <w:rPr>
          <w:lang w:val="ru-RU"/>
        </w:rPr>
      </w:pPr>
    </w:p>
    <w:p w14:paraId="0C881889" w14:textId="77777777" w:rsidR="00FD0268" w:rsidRDefault="00FD0268" w:rsidP="004E41B6">
      <w:pPr>
        <w:pStyle w:val="TextTranslation"/>
        <w:ind w:firstLine="180"/>
        <w:rPr>
          <w:lang w:val="ru-RU"/>
        </w:rPr>
      </w:pPr>
    </w:p>
    <w:p w14:paraId="5C21F1AC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"Песнь сия – </w:t>
      </w:r>
      <w:r w:rsidRPr="00DA0238">
        <w:rPr>
          <w:rStyle w:val="TextTranslationItalic"/>
          <w:lang w:val="ru-RU"/>
        </w:rPr>
        <w:t>Шри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Бхагавата</w:t>
      </w:r>
      <w:proofErr w:type="spellEnd"/>
      <w:r w:rsidRPr="00DA0238">
        <w:rPr>
          <w:lang w:val="ru-RU"/>
        </w:rPr>
        <w:t xml:space="preserve">, что поет о безупречной Красоте, сияет словно солнце, изгоняя мрак порочного века, что начался ровно в тот день, когда Неотразимая Красота, </w:t>
      </w:r>
      <w:r w:rsidR="00A94F12">
        <w:rPr>
          <w:lang w:val="ru-RU"/>
        </w:rPr>
        <w:t xml:space="preserve">Шри </w:t>
      </w:r>
      <w:r w:rsidR="00A94F12" w:rsidRPr="00DA0238">
        <w:rPr>
          <w:lang w:val="ru-RU"/>
        </w:rPr>
        <w:t>Кришна,</w:t>
      </w:r>
      <w:r w:rsidR="00A94F12">
        <w:rPr>
          <w:lang w:val="ru-RU"/>
        </w:rPr>
        <w:t xml:space="preserve"> </w:t>
      </w:r>
      <w:r w:rsidRPr="00DA0238">
        <w:rPr>
          <w:lang w:val="ru-RU"/>
        </w:rPr>
        <w:t>вместе с законом и справедливостью удалился в Свою нетленную обитель"</w:t>
      </w:r>
      <w:r w:rsidR="00FD0268"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="006E31CD">
        <w:rPr>
          <w:rStyle w:val="TextTranslationItalic"/>
          <w:lang w:val="ru-RU"/>
        </w:rPr>
        <w:t>Шримад-Бхагаватам</w:t>
      </w:r>
      <w:proofErr w:type="spellEnd"/>
      <w:r w:rsidRPr="00DA0238">
        <w:rPr>
          <w:lang w:val="ru-RU"/>
        </w:rPr>
        <w:t xml:space="preserve"> 1.3.43).</w:t>
      </w:r>
    </w:p>
    <w:p w14:paraId="1D412C4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84C5CA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Для нас очевидно, что Повесть сия наделена всеми достоинствами; она "наотрез отвергает всякое учение и </w:t>
      </w:r>
      <w:r w:rsidR="00B50058" w:rsidRPr="00DA0238">
        <w:rPr>
          <w:lang w:val="ru-RU"/>
        </w:rPr>
        <w:t>долженствование</w:t>
      </w:r>
      <w:r w:rsidRPr="00DA0238">
        <w:rPr>
          <w:lang w:val="ru-RU"/>
        </w:rPr>
        <w:t xml:space="preserve">, что побуждаются корыстью и выгодой: она возвещает о Высшей Истине". По утверждению </w:t>
      </w:r>
      <w:proofErr w:type="spellStart"/>
      <w:r w:rsidRPr="00DA0238">
        <w:rPr>
          <w:rStyle w:val="TextTranslationItalic"/>
          <w:lang w:val="ru-RU"/>
        </w:rPr>
        <w:t>Му</w:t>
      </w:r>
      <w:r w:rsidR="00D73AB2">
        <w:rPr>
          <w:rStyle w:val="TextTranslationItalic"/>
          <w:lang w:val="ru-RU"/>
        </w:rPr>
        <w:t>к</w:t>
      </w:r>
      <w:r w:rsidRPr="00DA0238">
        <w:rPr>
          <w:rStyle w:val="TextTranslationItalic"/>
          <w:lang w:val="ru-RU"/>
        </w:rPr>
        <w:t>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пхалы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смрити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lang w:val="ru-RU"/>
        </w:rPr>
        <w:t>Хемадри</w:t>
      </w:r>
      <w:proofErr w:type="spellEnd"/>
      <w:r w:rsidR="00B50058" w:rsidRPr="00DA0238">
        <w:rPr>
          <w:lang w:val="ru-RU"/>
        </w:rPr>
        <w:t>,</w:t>
      </w:r>
      <w:r w:rsidRPr="00DA0238">
        <w:rPr>
          <w:lang w:val="ru-RU"/>
        </w:rPr>
        <w:t xml:space="preserve"> "</w:t>
      </w:r>
      <w:r w:rsidRPr="00DA0238">
        <w:rPr>
          <w:rStyle w:val="TextTranslationItalic"/>
          <w:lang w:val="ru-RU"/>
        </w:rPr>
        <w:t>Веды</w:t>
      </w:r>
      <w:r w:rsidRPr="00DA0238">
        <w:rPr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и </w:t>
      </w:r>
      <w:proofErr w:type="spellStart"/>
      <w:r w:rsidR="0003592C">
        <w:rPr>
          <w:i/>
          <w:lang w:val="ru-RU"/>
        </w:rPr>
        <w:t>Итихасы</w:t>
      </w:r>
      <w:proofErr w:type="spellEnd"/>
      <w:r w:rsidRPr="00DA0238">
        <w:rPr>
          <w:color w:val="FF0000"/>
          <w:lang w:val="ru-RU"/>
        </w:rPr>
        <w:t xml:space="preserve"> </w:t>
      </w:r>
      <w:r w:rsidRPr="00DA0238">
        <w:rPr>
          <w:lang w:val="ru-RU"/>
        </w:rPr>
        <w:t xml:space="preserve">учат как учитель, друг и возлюбленный соответственно. </w:t>
      </w:r>
      <w:proofErr w:type="spellStart"/>
      <w:r w:rsidRPr="00DA0238">
        <w:rPr>
          <w:rStyle w:val="TextTranslationItalic"/>
          <w:lang w:val="ru-RU"/>
        </w:rPr>
        <w:t>Бхагавата</w:t>
      </w:r>
      <w:proofErr w:type="spellEnd"/>
      <w:r w:rsidRPr="00DA0238">
        <w:rPr>
          <w:lang w:val="ru-RU"/>
        </w:rPr>
        <w:t xml:space="preserve"> учит как все трое вместе".</w:t>
      </w:r>
    </w:p>
    <w:p w14:paraId="548A9F9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5189361" w14:textId="77777777" w:rsidR="00E5776F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Есть мнение, что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происходят из </w:t>
      </w:r>
      <w:r w:rsidRPr="00DA0238">
        <w:rPr>
          <w:rStyle w:val="TextTranslationItalic"/>
          <w:lang w:val="ru-RU"/>
        </w:rPr>
        <w:t>Веды</w:t>
      </w:r>
      <w:r w:rsidRPr="00DA0238">
        <w:rPr>
          <w:lang w:val="ru-RU"/>
        </w:rPr>
        <w:t xml:space="preserve">.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Pr="00DA0238">
        <w:rPr>
          <w:lang w:val="ru-RU"/>
        </w:rPr>
        <w:t xml:space="preserve"> опираются на авторитет </w:t>
      </w:r>
      <w:r w:rsidRPr="00DA0238">
        <w:rPr>
          <w:rStyle w:val="TextTranslationItalic"/>
          <w:lang w:val="ru-RU"/>
        </w:rPr>
        <w:t>Вед</w:t>
      </w:r>
      <w:r w:rsidRPr="00DA0238">
        <w:rPr>
          <w:lang w:val="ru-RU"/>
        </w:rPr>
        <w:t xml:space="preserve">. Но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опровергает сию мысль в отношении себя. Иначе говоря, </w:t>
      </w:r>
      <w:proofErr w:type="spellStart"/>
      <w:r w:rsidRPr="00DA0238">
        <w:rPr>
          <w:rStyle w:val="TextTranslationItalic"/>
          <w:lang w:val="ru-RU"/>
        </w:rPr>
        <w:t>Шри</w:t>
      </w:r>
      <w:r w:rsidR="00E5776F">
        <w:rPr>
          <w:rStyle w:val="TextTranslationItalic"/>
          <w:lang w:val="ru-RU"/>
        </w:rPr>
        <w:t>мад-</w:t>
      </w:r>
      <w:r w:rsidRPr="00DA0238">
        <w:rPr>
          <w:rStyle w:val="TextTranslationItalic"/>
          <w:lang w:val="ru-RU"/>
        </w:rPr>
        <w:t>Бхагавата</w:t>
      </w:r>
      <w:r w:rsidR="00E5776F">
        <w:rPr>
          <w:rStyle w:val="TextTranslationItalic"/>
          <w:lang w:val="ru-RU"/>
        </w:rPr>
        <w:t>м</w:t>
      </w:r>
      <w:proofErr w:type="spellEnd"/>
      <w:r w:rsidR="00E5776F">
        <w:rPr>
          <w:lang w:val="ru-RU"/>
        </w:rPr>
        <w:t xml:space="preserve"> утверждает собственную достоверность</w:t>
      </w:r>
      <w:r w:rsidRPr="00DA0238">
        <w:rPr>
          <w:lang w:val="ru-RU"/>
        </w:rPr>
        <w:t xml:space="preserve">. </w:t>
      </w:r>
    </w:p>
    <w:p w14:paraId="7ADAED4A" w14:textId="77777777" w:rsidR="00E5776F" w:rsidRDefault="00E5776F" w:rsidP="004E41B6">
      <w:pPr>
        <w:pStyle w:val="TextTranslation"/>
        <w:ind w:firstLine="180"/>
        <w:rPr>
          <w:lang w:val="ru-RU"/>
        </w:rPr>
      </w:pPr>
    </w:p>
    <w:p w14:paraId="3BCE3628" w14:textId="77777777" w:rsidR="00E5776F" w:rsidRPr="00E5776F" w:rsidRDefault="00E5776F" w:rsidP="00E5776F">
      <w:pPr>
        <w:pStyle w:val="TextTranslation"/>
        <w:ind w:firstLine="180"/>
        <w:rPr>
          <w:i/>
          <w:lang w:val="ru-RU"/>
        </w:rPr>
      </w:pPr>
      <w:proofErr w:type="spellStart"/>
      <w:r w:rsidRPr="00E5776F">
        <w:rPr>
          <w:i/>
          <w:lang w:val="ru-RU"/>
        </w:rPr>
        <w:t>катхам</w:t>
      </w:r>
      <w:proofErr w:type="spellEnd"/>
      <w:r w:rsidRPr="00E5776F">
        <w:rPr>
          <w:i/>
          <w:lang w:val="ru-RU"/>
        </w:rPr>
        <w:t xml:space="preserve"> </w:t>
      </w:r>
      <w:proofErr w:type="spellStart"/>
      <w:r w:rsidRPr="00E5776F">
        <w:rPr>
          <w:i/>
          <w:lang w:val="ru-RU"/>
        </w:rPr>
        <w:t>ва</w:t>
      </w:r>
      <w:proofErr w:type="spellEnd"/>
      <w:r w:rsidRPr="00E5776F">
        <w:rPr>
          <w:i/>
          <w:lang w:val="ru-RU"/>
        </w:rPr>
        <w:t xml:space="preserve"> </w:t>
      </w:r>
      <w:proofErr w:type="spellStart"/>
      <w:r w:rsidRPr="00E5776F">
        <w:rPr>
          <w:i/>
          <w:lang w:val="ru-RU"/>
        </w:rPr>
        <w:t>пандавейасйа</w:t>
      </w:r>
      <w:proofErr w:type="spellEnd"/>
    </w:p>
    <w:p w14:paraId="71006330" w14:textId="77777777" w:rsidR="00E5776F" w:rsidRPr="00E5776F" w:rsidRDefault="00E5776F" w:rsidP="00E5776F">
      <w:pPr>
        <w:pStyle w:val="TextTranslation"/>
        <w:ind w:firstLine="180"/>
        <w:rPr>
          <w:i/>
          <w:lang w:val="ru-RU"/>
        </w:rPr>
      </w:pPr>
      <w:proofErr w:type="spellStart"/>
      <w:r w:rsidRPr="00E5776F">
        <w:rPr>
          <w:i/>
          <w:lang w:val="ru-RU"/>
        </w:rPr>
        <w:t>раджаршер</w:t>
      </w:r>
      <w:proofErr w:type="spellEnd"/>
      <w:r w:rsidRPr="00E5776F">
        <w:rPr>
          <w:i/>
          <w:lang w:val="ru-RU"/>
        </w:rPr>
        <w:t xml:space="preserve"> </w:t>
      </w:r>
      <w:proofErr w:type="spellStart"/>
      <w:r w:rsidRPr="00E5776F">
        <w:rPr>
          <w:i/>
          <w:lang w:val="ru-RU"/>
        </w:rPr>
        <w:t>мунина</w:t>
      </w:r>
      <w:proofErr w:type="spellEnd"/>
      <w:r w:rsidRPr="00E5776F">
        <w:rPr>
          <w:i/>
          <w:lang w:val="ru-RU"/>
        </w:rPr>
        <w:t xml:space="preserve"> саха</w:t>
      </w:r>
    </w:p>
    <w:p w14:paraId="36EA0D4B" w14:textId="77777777" w:rsidR="00E5776F" w:rsidRPr="00E5776F" w:rsidRDefault="00E5776F" w:rsidP="00E5776F">
      <w:pPr>
        <w:pStyle w:val="TextTranslation"/>
        <w:ind w:firstLine="180"/>
        <w:rPr>
          <w:i/>
          <w:lang w:val="ru-RU"/>
        </w:rPr>
      </w:pPr>
      <w:proofErr w:type="spellStart"/>
      <w:r w:rsidRPr="00E5776F">
        <w:rPr>
          <w:i/>
          <w:lang w:val="ru-RU"/>
        </w:rPr>
        <w:t>самвадах</w:t>
      </w:r>
      <w:proofErr w:type="spellEnd"/>
      <w:r w:rsidRPr="00E5776F">
        <w:rPr>
          <w:i/>
          <w:lang w:val="ru-RU"/>
        </w:rPr>
        <w:t xml:space="preserve"> </w:t>
      </w:r>
      <w:proofErr w:type="spellStart"/>
      <w:r w:rsidRPr="00E5776F">
        <w:rPr>
          <w:i/>
          <w:lang w:val="ru-RU"/>
        </w:rPr>
        <w:t>самабхут</w:t>
      </w:r>
      <w:proofErr w:type="spellEnd"/>
      <w:r w:rsidRPr="00E5776F">
        <w:rPr>
          <w:i/>
          <w:lang w:val="ru-RU"/>
        </w:rPr>
        <w:t xml:space="preserve"> тата</w:t>
      </w:r>
    </w:p>
    <w:p w14:paraId="4C0CBC74" w14:textId="77777777" w:rsidR="00E5776F" w:rsidRPr="00E5776F" w:rsidRDefault="00E5776F" w:rsidP="00E5776F">
      <w:pPr>
        <w:pStyle w:val="TextTranslation"/>
        <w:ind w:firstLine="180"/>
        <w:rPr>
          <w:i/>
          <w:lang w:val="ru-RU"/>
        </w:rPr>
      </w:pPr>
      <w:proofErr w:type="spellStart"/>
      <w:r w:rsidRPr="00E5776F">
        <w:rPr>
          <w:i/>
          <w:lang w:val="ru-RU"/>
        </w:rPr>
        <w:t>йатраиша</w:t>
      </w:r>
      <w:proofErr w:type="spellEnd"/>
      <w:r w:rsidRPr="00E5776F">
        <w:rPr>
          <w:i/>
          <w:lang w:val="ru-RU"/>
        </w:rPr>
        <w:t xml:space="preserve"> </w:t>
      </w:r>
      <w:proofErr w:type="spellStart"/>
      <w:r w:rsidRPr="00E5776F">
        <w:rPr>
          <w:i/>
          <w:lang w:val="ru-RU"/>
        </w:rPr>
        <w:t>сатвати</w:t>
      </w:r>
      <w:proofErr w:type="spellEnd"/>
      <w:r w:rsidRPr="00E5776F">
        <w:rPr>
          <w:i/>
          <w:lang w:val="ru-RU"/>
        </w:rPr>
        <w:t xml:space="preserve"> </w:t>
      </w:r>
      <w:proofErr w:type="spellStart"/>
      <w:r w:rsidRPr="00E5776F">
        <w:rPr>
          <w:i/>
          <w:lang w:val="ru-RU"/>
        </w:rPr>
        <w:t>шрутих</w:t>
      </w:r>
      <w:proofErr w:type="spellEnd"/>
    </w:p>
    <w:p w14:paraId="1FA68F8D" w14:textId="77777777" w:rsidR="00E5776F" w:rsidRDefault="00E5776F" w:rsidP="004E41B6">
      <w:pPr>
        <w:pStyle w:val="TextTranslation"/>
        <w:ind w:firstLine="180"/>
        <w:rPr>
          <w:lang w:val="ru-RU"/>
        </w:rPr>
      </w:pPr>
    </w:p>
    <w:p w14:paraId="53DDCCCB" w14:textId="77777777" w:rsidR="00E74422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"Где и как произошла встреча Шуки с внуком доблестных </w:t>
      </w:r>
      <w:proofErr w:type="spellStart"/>
      <w:r w:rsidRPr="00DA0238">
        <w:rPr>
          <w:lang w:val="ru-RU"/>
        </w:rPr>
        <w:t>Пандавов</w:t>
      </w:r>
      <w:proofErr w:type="spellEnd"/>
      <w:r w:rsidRPr="00DA0238">
        <w:rPr>
          <w:lang w:val="ru-RU"/>
        </w:rPr>
        <w:t xml:space="preserve"> </w:t>
      </w:r>
      <w:proofErr w:type="spellStart"/>
      <w:r w:rsidR="005F0511" w:rsidRPr="00DA0238">
        <w:rPr>
          <w:lang w:val="ru-RU"/>
        </w:rPr>
        <w:t>Парикшитом</w:t>
      </w:r>
      <w:proofErr w:type="spellEnd"/>
      <w:r w:rsidRPr="00DA0238">
        <w:rPr>
          <w:lang w:val="ru-RU"/>
        </w:rPr>
        <w:t>? И что побудило</w:t>
      </w:r>
      <w:r w:rsidR="005F0511" w:rsidRPr="00DA0238">
        <w:rPr>
          <w:lang w:val="ru-RU"/>
        </w:rPr>
        <w:t xml:space="preserve"> государя внимать речам безумца</w:t>
      </w:r>
      <w:r w:rsidRPr="00DA0238">
        <w:rPr>
          <w:lang w:val="ru-RU"/>
        </w:rPr>
        <w:t xml:space="preserve"> будто священному учению?</w:t>
      </w:r>
      <w:r w:rsidR="00FD0268">
        <w:rPr>
          <w:lang w:val="ru-RU"/>
        </w:rPr>
        <w:t>"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Шри</w:t>
      </w:r>
      <w:r w:rsidR="00E5776F">
        <w:rPr>
          <w:rStyle w:val="TextTranslationItalic"/>
          <w:lang w:val="ru-RU"/>
        </w:rPr>
        <w:t>мад-</w:t>
      </w:r>
      <w:r w:rsidRPr="00DA0238">
        <w:rPr>
          <w:rStyle w:val="TextTranslationItalic"/>
          <w:lang w:val="ru-RU"/>
        </w:rPr>
        <w:t>Бхагавата</w:t>
      </w:r>
      <w:r w:rsidR="00E5776F">
        <w:rPr>
          <w:rStyle w:val="TextTranslationItalic"/>
          <w:lang w:val="ru-RU"/>
        </w:rPr>
        <w:t>м</w:t>
      </w:r>
      <w:proofErr w:type="spellEnd"/>
      <w:r w:rsidRPr="00DA0238">
        <w:rPr>
          <w:lang w:val="ru-RU"/>
        </w:rPr>
        <w:t xml:space="preserve"> 1.4.7).</w:t>
      </w:r>
    </w:p>
    <w:p w14:paraId="7F0666E7" w14:textId="77777777" w:rsidR="00E5776F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 </w:t>
      </w:r>
    </w:p>
    <w:p w14:paraId="33A69FFC" w14:textId="77777777" w:rsidR="003B67ED" w:rsidRPr="00DA0238" w:rsidRDefault="00257C15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Под "</w:t>
      </w:r>
      <w:proofErr w:type="spellStart"/>
      <w:r>
        <w:rPr>
          <w:i/>
          <w:lang w:val="ru-RU"/>
        </w:rPr>
        <w:t>сатвати</w:t>
      </w:r>
      <w:proofErr w:type="spellEnd"/>
      <w:r>
        <w:rPr>
          <w:lang w:val="ru-RU"/>
        </w:rPr>
        <w:t xml:space="preserve"> </w:t>
      </w:r>
      <w:proofErr w:type="spellStart"/>
      <w:r>
        <w:rPr>
          <w:i/>
          <w:lang w:val="ru-RU"/>
        </w:rPr>
        <w:t>шрутих</w:t>
      </w:r>
      <w:proofErr w:type="spellEnd"/>
      <w:r>
        <w:rPr>
          <w:lang w:val="ru-RU"/>
        </w:rPr>
        <w:t>" [священное учение] здесь понимается</w:t>
      </w:r>
      <w:r w:rsidRPr="00B400C8">
        <w:rPr>
          <w:lang w:val="ru-RU"/>
        </w:rPr>
        <w:t xml:space="preserve"> учение, которое чтят истинным святые души. </w:t>
      </w:r>
      <w:proofErr w:type="spellStart"/>
      <w:r w:rsidRPr="00B400C8">
        <w:rPr>
          <w:rStyle w:val="TextTranslationItalic"/>
          <w:lang w:val="ru-RU"/>
        </w:rPr>
        <w:t>Бхагавата</w:t>
      </w:r>
      <w:proofErr w:type="spellEnd"/>
      <w:r w:rsidRPr="00B400C8">
        <w:rPr>
          <w:lang w:val="ru-RU"/>
        </w:rPr>
        <w:t xml:space="preserve"> была явлена после того, как миру явились все прочие </w:t>
      </w:r>
      <w:proofErr w:type="spellStart"/>
      <w:r w:rsidRPr="00B400C8">
        <w:rPr>
          <w:rStyle w:val="TextTranslationItalic"/>
          <w:lang w:val="ru-RU"/>
        </w:rPr>
        <w:t>Пураны</w:t>
      </w:r>
      <w:proofErr w:type="spellEnd"/>
      <w:r w:rsidRPr="00B400C8">
        <w:rPr>
          <w:lang w:val="ru-RU"/>
        </w:rPr>
        <w:t xml:space="preserve">. Об этом свидетельствуют в своей беседе </w:t>
      </w:r>
      <w:proofErr w:type="spellStart"/>
      <w:r w:rsidRPr="00B400C8">
        <w:rPr>
          <w:lang w:val="ru-RU"/>
        </w:rPr>
        <w:t>В</w:t>
      </w:r>
      <w:r>
        <w:rPr>
          <w:lang w:val="ru-RU"/>
        </w:rPr>
        <w:t>ьясадева</w:t>
      </w:r>
      <w:proofErr w:type="spellEnd"/>
      <w:r>
        <w:rPr>
          <w:lang w:val="ru-RU"/>
        </w:rPr>
        <w:t xml:space="preserve"> и </w:t>
      </w:r>
      <w:proofErr w:type="spellStart"/>
      <w:r>
        <w:rPr>
          <w:lang w:val="ru-RU"/>
        </w:rPr>
        <w:t>Нарада</w:t>
      </w:r>
      <w:proofErr w:type="spellEnd"/>
      <w:r>
        <w:rPr>
          <w:lang w:val="ru-RU"/>
        </w:rPr>
        <w:t xml:space="preserve"> в Первой Книге.</w:t>
      </w:r>
    </w:p>
    <w:p w14:paraId="1A5447F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E5971CC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27</w:t>
      </w:r>
      <w:r w:rsidR="0003592C">
        <w:rPr>
          <w:b/>
          <w:lang w:val="ru-RU"/>
        </w:rPr>
        <w:t>.</w:t>
      </w:r>
    </w:p>
    <w:p w14:paraId="386F794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78B536F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Потому, дабы установить, в чем заключ</w:t>
      </w:r>
      <w:r w:rsidR="005F0511" w:rsidRPr="00DA0238">
        <w:rPr>
          <w:lang w:val="ru-RU"/>
        </w:rPr>
        <w:t>а</w:t>
      </w:r>
      <w:r w:rsidRPr="00DA0238">
        <w:rPr>
          <w:lang w:val="ru-RU"/>
        </w:rPr>
        <w:t xml:space="preserve">ется высшее благо жизни, нам должно сосредоточиться в своих поисках на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Бхагавате</w:t>
      </w:r>
      <w:proofErr w:type="spellEnd"/>
      <w:r w:rsidRPr="00DA0238">
        <w:rPr>
          <w:lang w:val="ru-RU"/>
        </w:rPr>
        <w:t>, бережно соглас</w:t>
      </w:r>
      <w:r w:rsidR="0003592C">
        <w:rPr>
          <w:lang w:val="ru-RU"/>
        </w:rPr>
        <w:t>у</w:t>
      </w:r>
      <w:r w:rsidRPr="00DA0238">
        <w:rPr>
          <w:lang w:val="ru-RU"/>
        </w:rPr>
        <w:t>я ее идеи с теми, что предшествовали ей и следовали за ней. Таким образом, вводные части [</w:t>
      </w:r>
      <w:proofErr w:type="spellStart"/>
      <w:r w:rsidRPr="00DA0238">
        <w:rPr>
          <w:rStyle w:val="TextTranslationItalic"/>
          <w:lang w:val="ru-RU"/>
        </w:rPr>
        <w:t>ануч</w:t>
      </w:r>
      <w:r w:rsidR="00F2404A" w:rsidRPr="00DA0238">
        <w:rPr>
          <w:rStyle w:val="TextTranslationItalic"/>
          <w:lang w:val="ru-RU"/>
        </w:rPr>
        <w:t>ч</w:t>
      </w:r>
      <w:r w:rsidRPr="00DA0238">
        <w:rPr>
          <w:rStyle w:val="TextTranslationItalic"/>
          <w:lang w:val="ru-RU"/>
        </w:rPr>
        <w:t>хеды</w:t>
      </w:r>
      <w:proofErr w:type="spellEnd"/>
      <w:r w:rsidRPr="00DA0238">
        <w:rPr>
          <w:lang w:val="ru-RU"/>
        </w:rPr>
        <w:t xml:space="preserve">] всех шести </w:t>
      </w:r>
      <w:r w:rsidR="005D4CBE">
        <w:rPr>
          <w:lang w:val="ru-RU"/>
        </w:rPr>
        <w:t>Очерков</w:t>
      </w:r>
      <w:r w:rsidRPr="00DA0238">
        <w:rPr>
          <w:lang w:val="ru-RU"/>
        </w:rPr>
        <w:t xml:space="preserve"> данного сочинения имеют </w:t>
      </w:r>
      <w:r w:rsidR="005D4CBE">
        <w:rPr>
          <w:lang w:val="ru-RU"/>
        </w:rPr>
        <w:t>вид</w:t>
      </w:r>
      <w:r w:rsidRPr="00DA0238">
        <w:rPr>
          <w:lang w:val="ru-RU"/>
        </w:rPr>
        <w:t xml:space="preserve"> сжатого содержания [</w:t>
      </w:r>
      <w:r w:rsidRPr="00DA0238">
        <w:rPr>
          <w:rStyle w:val="TextTranslationItalic"/>
          <w:lang w:val="ru-RU"/>
        </w:rPr>
        <w:t>сутры</w:t>
      </w:r>
      <w:r w:rsidRPr="00DA0238">
        <w:rPr>
          <w:lang w:val="ru-RU"/>
        </w:rPr>
        <w:t xml:space="preserve">]. Выдержки из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 xml:space="preserve"> есть собственно разбираемые нами тексты. А объяснения </w:t>
      </w:r>
      <w:proofErr w:type="spellStart"/>
      <w:r w:rsidRPr="00DA0238">
        <w:rPr>
          <w:lang w:val="ru-RU"/>
        </w:rPr>
        <w:t>Шридхары</w:t>
      </w:r>
      <w:proofErr w:type="spellEnd"/>
      <w:r w:rsidRPr="00DA0238">
        <w:rPr>
          <w:lang w:val="ru-RU"/>
        </w:rPr>
        <w:t xml:space="preserve"> Свами</w:t>
      </w:r>
      <w:r w:rsidR="005238DB" w:rsidRPr="00DA0238">
        <w:rPr>
          <w:lang w:val="ru-RU"/>
        </w:rPr>
        <w:t xml:space="preserve"> — </w:t>
      </w:r>
      <w:r w:rsidR="0003592C">
        <w:rPr>
          <w:lang w:val="ru-RU"/>
        </w:rPr>
        <w:t xml:space="preserve">их </w:t>
      </w:r>
      <w:r w:rsidRPr="00DA0238">
        <w:rPr>
          <w:lang w:val="ru-RU"/>
        </w:rPr>
        <w:t>первичн</w:t>
      </w:r>
      <w:r w:rsidR="0003592C">
        <w:rPr>
          <w:lang w:val="ru-RU"/>
        </w:rPr>
        <w:t>ое толкование</w:t>
      </w:r>
      <w:r w:rsidRPr="00DA0238">
        <w:rPr>
          <w:lang w:val="ru-RU"/>
        </w:rPr>
        <w:t>.</w:t>
      </w:r>
    </w:p>
    <w:p w14:paraId="270C923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852B12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proofErr w:type="spellStart"/>
      <w:r w:rsidRPr="00DA0238">
        <w:rPr>
          <w:lang w:val="ru-RU"/>
        </w:rPr>
        <w:t>Шридхара</w:t>
      </w:r>
      <w:proofErr w:type="spellEnd"/>
      <w:r w:rsidRPr="00DA0238">
        <w:rPr>
          <w:lang w:val="ru-RU"/>
        </w:rPr>
        <w:t xml:space="preserve"> Свами – безупречный </w:t>
      </w:r>
      <w:proofErr w:type="spellStart"/>
      <w:r w:rsidRPr="00DA0238">
        <w:rPr>
          <w:rStyle w:val="TextTranslationItalic"/>
          <w:lang w:val="ru-RU"/>
        </w:rPr>
        <w:t>вайшнав</w:t>
      </w:r>
      <w:proofErr w:type="spellEnd"/>
      <w:r w:rsidRPr="00DA0238">
        <w:rPr>
          <w:lang w:val="ru-RU"/>
        </w:rPr>
        <w:t xml:space="preserve">. Но дабы побудить приверженцев философии </w:t>
      </w:r>
      <w:proofErr w:type="spellStart"/>
      <w:r w:rsidRPr="00DA0238">
        <w:rPr>
          <w:lang w:val="ru-RU"/>
        </w:rPr>
        <w:t>недвойственности</w:t>
      </w:r>
      <w:proofErr w:type="spellEnd"/>
      <w:r w:rsidRPr="00DA0238">
        <w:rPr>
          <w:lang w:val="ru-RU"/>
        </w:rPr>
        <w:t xml:space="preserve"> [</w:t>
      </w:r>
      <w:proofErr w:type="spellStart"/>
      <w:r w:rsidRPr="00DA0238">
        <w:rPr>
          <w:rStyle w:val="TextTranslationItalic"/>
          <w:lang w:val="ru-RU"/>
        </w:rPr>
        <w:t>адвайта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вады</w:t>
      </w:r>
      <w:proofErr w:type="spellEnd"/>
      <w:r w:rsidRPr="00DA0238">
        <w:rPr>
          <w:lang w:val="ru-RU"/>
        </w:rPr>
        <w:t>], которая нынче широко распространилась в средних землях и за их пределами, воспевать Божью славу, он вплел некоторые их идеи в ткань своих произведений. Я также привожу дословно некоторые комментарии Шри Свами-</w:t>
      </w:r>
      <w:proofErr w:type="spellStart"/>
      <w:r w:rsidRPr="00DA0238">
        <w:rPr>
          <w:lang w:val="ru-RU"/>
        </w:rPr>
        <w:t>чараны</w:t>
      </w:r>
      <w:proofErr w:type="spellEnd"/>
      <w:r w:rsidRPr="00DA0238">
        <w:rPr>
          <w:lang w:val="ru-RU"/>
        </w:rPr>
        <w:t xml:space="preserve">, которые согласуются с чистой </w:t>
      </w:r>
      <w:r w:rsidRPr="00DA0238">
        <w:rPr>
          <w:i/>
          <w:lang w:val="ru-RU"/>
        </w:rPr>
        <w:t>вайшнавской</w:t>
      </w:r>
      <w:r w:rsidRPr="00DA0238">
        <w:rPr>
          <w:lang w:val="ru-RU"/>
        </w:rPr>
        <w:t xml:space="preserve"> философией.</w:t>
      </w:r>
    </w:p>
    <w:p w14:paraId="07632F9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3246D99" w14:textId="77777777" w:rsidR="00CF474C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Далее мое толкование некоторых стихов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 xml:space="preserve"> будет основываться на </w:t>
      </w:r>
      <w:r w:rsidR="004659BE" w:rsidRPr="00DA0238">
        <w:rPr>
          <w:lang w:val="ru-RU"/>
        </w:rPr>
        <w:t>комментариях</w:t>
      </w:r>
      <w:r w:rsidR="00D264DC" w:rsidRPr="00DA0238">
        <w:rPr>
          <w:lang w:val="ru-RU"/>
        </w:rPr>
        <w:t xml:space="preserve"> </w:t>
      </w:r>
      <w:proofErr w:type="spellStart"/>
      <w:r w:rsidR="00D264DC" w:rsidRPr="00DA0238">
        <w:rPr>
          <w:lang w:val="ru-RU"/>
        </w:rPr>
        <w:t>Шридхары</w:t>
      </w:r>
      <w:proofErr w:type="spellEnd"/>
      <w:r w:rsidRPr="00DA0238">
        <w:rPr>
          <w:lang w:val="ru-RU"/>
        </w:rPr>
        <w:t xml:space="preserve"> Свами</w:t>
      </w:r>
      <w:r w:rsidR="00D264DC" w:rsidRPr="00DA0238">
        <w:rPr>
          <w:lang w:val="ru-RU"/>
        </w:rPr>
        <w:t>,</w:t>
      </w:r>
      <w:r w:rsidRPr="00DA0238">
        <w:rPr>
          <w:lang w:val="ru-RU"/>
        </w:rPr>
        <w:t xml:space="preserve"> сделанны</w:t>
      </w:r>
      <w:r w:rsidR="00D264DC" w:rsidRPr="00DA0238">
        <w:rPr>
          <w:lang w:val="ru-RU"/>
        </w:rPr>
        <w:t>х</w:t>
      </w:r>
      <w:r w:rsidRPr="00DA0238">
        <w:rPr>
          <w:lang w:val="ru-RU"/>
        </w:rPr>
        <w:t xml:space="preserve"> им к другим стихам. Некоторые объяснения я основываю на высказываниях </w:t>
      </w:r>
      <w:r w:rsidR="004659BE" w:rsidRPr="00DA0238">
        <w:rPr>
          <w:lang w:val="ru-RU"/>
        </w:rPr>
        <w:t>возвышенных</w:t>
      </w:r>
      <w:r w:rsidRPr="00DA0238">
        <w:rPr>
          <w:lang w:val="ru-RU"/>
        </w:rPr>
        <w:t xml:space="preserve"> душ, </w:t>
      </w:r>
      <w:r w:rsidR="00313F03">
        <w:rPr>
          <w:lang w:val="ru-RU"/>
        </w:rPr>
        <w:t>— тех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вайшнавов</w:t>
      </w:r>
      <w:proofErr w:type="spellEnd"/>
      <w:r w:rsidRPr="00313F03">
        <w:rPr>
          <w:lang w:val="ru-RU"/>
        </w:rPr>
        <w:t>,</w:t>
      </w:r>
      <w:r w:rsidRPr="00DA0238">
        <w:rPr>
          <w:lang w:val="ru-RU"/>
        </w:rPr>
        <w:t xml:space="preserve"> что получили известность в южных землях,</w:t>
      </w:r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 xml:space="preserve">землях </w:t>
      </w:r>
      <w:r w:rsidRPr="00DA0238">
        <w:rPr>
          <w:rStyle w:val="TextTranslationItalic"/>
          <w:lang w:val="ru-RU"/>
        </w:rPr>
        <w:t>дравидов</w:t>
      </w:r>
      <w:r w:rsidRPr="00DA0238">
        <w:rPr>
          <w:lang w:val="ru-RU"/>
        </w:rPr>
        <w:t xml:space="preserve">, чья ученическая традиция была зачата самой богиней Шри. </w:t>
      </w:r>
      <w:proofErr w:type="spellStart"/>
      <w:r w:rsidR="001A5EB6" w:rsidRPr="00DA0238">
        <w:rPr>
          <w:rStyle w:val="TextTranslationItalic"/>
          <w:lang w:val="ru-RU"/>
        </w:rPr>
        <w:t>Шримад-Бхагава</w:t>
      </w:r>
      <w:r w:rsidRPr="00DA0238">
        <w:rPr>
          <w:rStyle w:val="TextTranslationItalic"/>
          <w:lang w:val="ru-RU"/>
        </w:rPr>
        <w:t>там</w:t>
      </w:r>
      <w:proofErr w:type="spellEnd"/>
      <w:r w:rsidRPr="00DA0238">
        <w:rPr>
          <w:lang w:val="ru-RU"/>
        </w:rPr>
        <w:t xml:space="preserve"> признает авторитет этих преданных и указывает на их значительный </w:t>
      </w:r>
      <w:r w:rsidR="00461426" w:rsidRPr="00DA0238">
        <w:rPr>
          <w:lang w:val="ru-RU"/>
        </w:rPr>
        <w:t xml:space="preserve">вклад в </w:t>
      </w:r>
      <w:r w:rsidRPr="00DA0238">
        <w:rPr>
          <w:rStyle w:val="TextTranslationItalic"/>
          <w:lang w:val="ru-RU"/>
        </w:rPr>
        <w:t>вайшнавскую</w:t>
      </w:r>
      <w:r w:rsidRPr="00DA0238">
        <w:rPr>
          <w:lang w:val="ru-RU"/>
        </w:rPr>
        <w:t xml:space="preserve"> мысль:</w:t>
      </w:r>
    </w:p>
    <w:p w14:paraId="278D4898" w14:textId="77777777" w:rsidR="004D3195" w:rsidRDefault="004D3195" w:rsidP="004E41B6">
      <w:pPr>
        <w:pStyle w:val="TextTranslation"/>
        <w:ind w:firstLine="180"/>
        <w:rPr>
          <w:lang w:val="ru-RU"/>
        </w:rPr>
      </w:pPr>
    </w:p>
    <w:p w14:paraId="7226CA08" w14:textId="77777777" w:rsidR="004D3195" w:rsidRPr="004D3195" w:rsidRDefault="004D3195" w:rsidP="004D3195">
      <w:pPr>
        <w:pStyle w:val="TextTranslation"/>
        <w:ind w:firstLine="180"/>
        <w:rPr>
          <w:i/>
          <w:lang w:val="ru-RU"/>
        </w:rPr>
      </w:pPr>
      <w:proofErr w:type="spellStart"/>
      <w:r w:rsidRPr="004D3195">
        <w:rPr>
          <w:i/>
          <w:lang w:val="ru-RU"/>
        </w:rPr>
        <w:t>критадишу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праджа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раджан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калав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иччханти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самбхавам</w:t>
      </w:r>
      <w:proofErr w:type="spellEnd"/>
    </w:p>
    <w:p w14:paraId="55218B71" w14:textId="77777777" w:rsidR="004D3195" w:rsidRPr="004D3195" w:rsidRDefault="004D3195" w:rsidP="004D3195">
      <w:pPr>
        <w:pStyle w:val="TextTranslation"/>
        <w:ind w:firstLine="180"/>
        <w:rPr>
          <w:i/>
          <w:lang w:val="ru-RU"/>
        </w:rPr>
      </w:pPr>
      <w:proofErr w:type="spellStart"/>
      <w:r w:rsidRPr="004D3195">
        <w:rPr>
          <w:i/>
          <w:lang w:val="ru-RU"/>
        </w:rPr>
        <w:t>калау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кхалу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бхавишйанти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нарайана-парайанах</w:t>
      </w:r>
      <w:proofErr w:type="spellEnd"/>
    </w:p>
    <w:p w14:paraId="02EF5588" w14:textId="77777777" w:rsidR="004D3195" w:rsidRDefault="004D3195" w:rsidP="004E41B6">
      <w:pPr>
        <w:pStyle w:val="TextTranslation"/>
        <w:ind w:firstLine="180"/>
        <w:rPr>
          <w:lang w:val="ru-RU"/>
        </w:rPr>
      </w:pPr>
    </w:p>
    <w:p w14:paraId="32B0EFF7" w14:textId="77777777" w:rsidR="004D3195" w:rsidRPr="004D3195" w:rsidRDefault="004D3195" w:rsidP="004D3195">
      <w:pPr>
        <w:pStyle w:val="TextTranslation"/>
        <w:ind w:firstLine="180"/>
        <w:rPr>
          <w:i/>
          <w:lang w:val="ru-RU"/>
        </w:rPr>
      </w:pPr>
      <w:proofErr w:type="spellStart"/>
      <w:r w:rsidRPr="004D3195">
        <w:rPr>
          <w:i/>
          <w:lang w:val="ru-RU"/>
        </w:rPr>
        <w:t>квачит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квачин</w:t>
      </w:r>
      <w:proofErr w:type="spellEnd"/>
      <w:r w:rsidRPr="004D3195">
        <w:rPr>
          <w:i/>
          <w:lang w:val="ru-RU"/>
        </w:rPr>
        <w:t xml:space="preserve"> махараджа </w:t>
      </w:r>
      <w:proofErr w:type="spellStart"/>
      <w:r w:rsidRPr="004D3195">
        <w:rPr>
          <w:i/>
          <w:lang w:val="ru-RU"/>
        </w:rPr>
        <w:t>дравидешу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ча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бхуришах</w:t>
      </w:r>
      <w:proofErr w:type="spellEnd"/>
    </w:p>
    <w:p w14:paraId="48F29AFE" w14:textId="77777777" w:rsidR="004D3195" w:rsidRPr="004D3195" w:rsidRDefault="004D3195" w:rsidP="004D3195">
      <w:pPr>
        <w:pStyle w:val="TextTranslation"/>
        <w:ind w:firstLine="180"/>
        <w:rPr>
          <w:i/>
          <w:lang w:val="ru-RU"/>
        </w:rPr>
      </w:pPr>
      <w:proofErr w:type="spellStart"/>
      <w:r w:rsidRPr="004D3195">
        <w:rPr>
          <w:i/>
          <w:lang w:val="ru-RU"/>
        </w:rPr>
        <w:t>тамрапарни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нади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йатра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критамала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пайасвини</w:t>
      </w:r>
      <w:proofErr w:type="spellEnd"/>
    </w:p>
    <w:p w14:paraId="1E30DEF6" w14:textId="77777777" w:rsidR="004D3195" w:rsidRPr="004D3195" w:rsidRDefault="004D3195" w:rsidP="004D3195">
      <w:pPr>
        <w:pStyle w:val="TextTranslation"/>
        <w:ind w:firstLine="180"/>
        <w:rPr>
          <w:i/>
          <w:lang w:val="ru-RU"/>
        </w:rPr>
      </w:pPr>
    </w:p>
    <w:p w14:paraId="53E6514B" w14:textId="77777777" w:rsidR="004D3195" w:rsidRPr="004D3195" w:rsidRDefault="004D3195" w:rsidP="004D3195">
      <w:pPr>
        <w:pStyle w:val="TextTranslation"/>
        <w:ind w:firstLine="180"/>
        <w:rPr>
          <w:i/>
          <w:lang w:val="ru-RU"/>
        </w:rPr>
      </w:pPr>
      <w:proofErr w:type="spellStart"/>
      <w:r w:rsidRPr="004D3195">
        <w:rPr>
          <w:i/>
          <w:lang w:val="ru-RU"/>
        </w:rPr>
        <w:t>кавери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ча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махапунйа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пратичи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ча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маханади</w:t>
      </w:r>
      <w:proofErr w:type="spellEnd"/>
    </w:p>
    <w:p w14:paraId="45C9807D" w14:textId="77777777" w:rsidR="004D3195" w:rsidRPr="004D3195" w:rsidRDefault="004D3195" w:rsidP="004D3195">
      <w:pPr>
        <w:pStyle w:val="TextTranslation"/>
        <w:ind w:firstLine="180"/>
        <w:rPr>
          <w:i/>
          <w:lang w:val="ru-RU"/>
        </w:rPr>
      </w:pPr>
      <w:proofErr w:type="spellStart"/>
      <w:r w:rsidRPr="004D3195">
        <w:rPr>
          <w:i/>
          <w:lang w:val="ru-RU"/>
        </w:rPr>
        <w:t>йе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пибанти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джалам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тасам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мануджа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мануджешвара</w:t>
      </w:r>
      <w:proofErr w:type="spellEnd"/>
    </w:p>
    <w:p w14:paraId="5E5317DF" w14:textId="77777777" w:rsidR="004D3195" w:rsidRPr="004D3195" w:rsidRDefault="004D3195" w:rsidP="004D3195">
      <w:pPr>
        <w:pStyle w:val="TextTranslation"/>
        <w:ind w:firstLine="180"/>
        <w:rPr>
          <w:i/>
          <w:lang w:val="ru-RU"/>
        </w:rPr>
      </w:pPr>
      <w:proofErr w:type="spellStart"/>
      <w:r w:rsidRPr="004D3195">
        <w:rPr>
          <w:i/>
          <w:lang w:val="ru-RU"/>
        </w:rPr>
        <w:t>прайо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бхакта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бхагавати</w:t>
      </w:r>
      <w:proofErr w:type="spellEnd"/>
      <w:r w:rsidRPr="004D3195">
        <w:rPr>
          <w:i/>
          <w:lang w:val="ru-RU"/>
        </w:rPr>
        <w:t xml:space="preserve"> </w:t>
      </w:r>
      <w:proofErr w:type="spellStart"/>
      <w:r w:rsidRPr="004D3195">
        <w:rPr>
          <w:i/>
          <w:lang w:val="ru-RU"/>
        </w:rPr>
        <w:t>васудеве</w:t>
      </w:r>
      <w:proofErr w:type="spellEnd"/>
      <w:r w:rsidRPr="004D3195">
        <w:rPr>
          <w:i/>
          <w:lang w:val="ru-RU"/>
        </w:rPr>
        <w:t xml:space="preserve"> ’</w:t>
      </w:r>
      <w:proofErr w:type="spellStart"/>
      <w:r w:rsidRPr="004D3195">
        <w:rPr>
          <w:i/>
          <w:lang w:val="ru-RU"/>
        </w:rPr>
        <w:t>малашайах</w:t>
      </w:r>
      <w:proofErr w:type="spellEnd"/>
    </w:p>
    <w:p w14:paraId="34C7A565" w14:textId="77777777" w:rsidR="004D3195" w:rsidRDefault="004D3195" w:rsidP="004E41B6">
      <w:pPr>
        <w:pStyle w:val="TextTranslation"/>
        <w:ind w:firstLine="180"/>
        <w:rPr>
          <w:lang w:val="ru-RU"/>
        </w:rPr>
      </w:pPr>
    </w:p>
    <w:p w14:paraId="6A20F64B" w14:textId="77777777" w:rsidR="00C12140" w:rsidRDefault="00C12140" w:rsidP="00C12140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"Порой те, кто появился на свет в три благодатных века, умоляют судьбу дать им возможность воплотиться в темный век </w:t>
      </w:r>
      <w:r w:rsidRPr="00DA0238">
        <w:rPr>
          <w:i/>
          <w:lang w:val="ru-RU"/>
        </w:rPr>
        <w:t>Кали</w:t>
      </w:r>
      <w:r w:rsidRPr="00DA0238">
        <w:rPr>
          <w:lang w:val="ru-RU"/>
        </w:rPr>
        <w:t xml:space="preserve">, ибо в </w:t>
      </w:r>
      <w:r>
        <w:rPr>
          <w:lang w:val="ru-RU"/>
        </w:rPr>
        <w:t>сей</w:t>
      </w:r>
      <w:r w:rsidRPr="00DA0238">
        <w:rPr>
          <w:lang w:val="ru-RU"/>
        </w:rPr>
        <w:t xml:space="preserve"> век на Земле</w:t>
      </w:r>
      <w:r>
        <w:rPr>
          <w:lang w:val="ru-RU"/>
        </w:rPr>
        <w:t>,</w:t>
      </w:r>
      <w:r w:rsidRPr="00DA0238">
        <w:rPr>
          <w:lang w:val="ru-RU"/>
        </w:rPr>
        <w:t xml:space="preserve"> </w:t>
      </w:r>
      <w:r>
        <w:rPr>
          <w:lang w:val="ru-RU"/>
        </w:rPr>
        <w:t xml:space="preserve">особенно </w:t>
      </w:r>
      <w:r w:rsidRPr="00DA0238">
        <w:rPr>
          <w:lang w:val="ru-RU"/>
        </w:rPr>
        <w:t xml:space="preserve">в стране </w:t>
      </w:r>
      <w:r>
        <w:rPr>
          <w:i/>
          <w:lang w:val="ru-RU"/>
        </w:rPr>
        <w:t>д</w:t>
      </w:r>
      <w:r w:rsidRPr="00DA0238">
        <w:rPr>
          <w:i/>
          <w:lang w:val="ru-RU"/>
        </w:rPr>
        <w:t>равидов</w:t>
      </w:r>
      <w:r>
        <w:rPr>
          <w:lang w:val="ru-RU"/>
        </w:rPr>
        <w:t xml:space="preserve">, </w:t>
      </w:r>
      <w:r w:rsidRPr="00DA0238">
        <w:rPr>
          <w:lang w:val="ru-RU"/>
        </w:rPr>
        <w:t xml:space="preserve">рождаются </w:t>
      </w:r>
      <w:r>
        <w:rPr>
          <w:lang w:val="ru-RU"/>
        </w:rPr>
        <w:t xml:space="preserve">верные слуги Божьи и </w:t>
      </w:r>
      <w:r w:rsidRPr="00DA0238">
        <w:rPr>
          <w:lang w:val="ru-RU"/>
        </w:rPr>
        <w:t>великие учители, указующие на преданное служение Богу как на путь к</w:t>
      </w:r>
      <w:r>
        <w:rPr>
          <w:lang w:val="ru-RU"/>
        </w:rPr>
        <w:t>о</w:t>
      </w:r>
      <w:r w:rsidRPr="00DA0238">
        <w:rPr>
          <w:lang w:val="ru-RU"/>
        </w:rPr>
        <w:t xml:space="preserve"> спасению</w:t>
      </w:r>
      <w:r>
        <w:rPr>
          <w:lang w:val="ru-RU"/>
        </w:rPr>
        <w:t xml:space="preserve">. </w:t>
      </w:r>
      <w:r w:rsidRPr="004D3195">
        <w:rPr>
          <w:lang w:val="ru-RU"/>
        </w:rPr>
        <w:t xml:space="preserve">В благословенном </w:t>
      </w:r>
      <w:r>
        <w:rPr>
          <w:lang w:val="ru-RU"/>
        </w:rPr>
        <w:t xml:space="preserve">краю </w:t>
      </w:r>
      <w:r w:rsidRPr="004D3195">
        <w:rPr>
          <w:lang w:val="ru-RU"/>
        </w:rPr>
        <w:t xml:space="preserve">том, где люди утоляют жажду водою рек </w:t>
      </w:r>
      <w:proofErr w:type="spellStart"/>
      <w:r w:rsidRPr="004D3195">
        <w:rPr>
          <w:lang w:val="ru-RU"/>
        </w:rPr>
        <w:t>Тамрапарни</w:t>
      </w:r>
      <w:proofErr w:type="spellEnd"/>
      <w:r w:rsidRPr="004D3195">
        <w:rPr>
          <w:lang w:val="ru-RU"/>
        </w:rPr>
        <w:t xml:space="preserve">, </w:t>
      </w:r>
      <w:proofErr w:type="spellStart"/>
      <w:r w:rsidRPr="004D3195">
        <w:rPr>
          <w:lang w:val="ru-RU"/>
        </w:rPr>
        <w:t>Критамалы</w:t>
      </w:r>
      <w:proofErr w:type="spellEnd"/>
      <w:r w:rsidRPr="004D3195">
        <w:rPr>
          <w:lang w:val="ru-RU"/>
        </w:rPr>
        <w:t xml:space="preserve">, </w:t>
      </w:r>
      <w:proofErr w:type="spellStart"/>
      <w:r w:rsidRPr="004D3195">
        <w:rPr>
          <w:lang w:val="ru-RU"/>
        </w:rPr>
        <w:t>Паяшвини</w:t>
      </w:r>
      <w:proofErr w:type="spellEnd"/>
      <w:r w:rsidRPr="004D3195">
        <w:rPr>
          <w:lang w:val="ru-RU"/>
        </w:rPr>
        <w:t xml:space="preserve">, </w:t>
      </w:r>
      <w:proofErr w:type="spellStart"/>
      <w:r w:rsidRPr="004D3195">
        <w:rPr>
          <w:lang w:val="ru-RU"/>
        </w:rPr>
        <w:t>Кавери</w:t>
      </w:r>
      <w:proofErr w:type="spellEnd"/>
      <w:r w:rsidRPr="004D3195">
        <w:rPr>
          <w:lang w:val="ru-RU"/>
        </w:rPr>
        <w:t xml:space="preserve">, </w:t>
      </w:r>
      <w:proofErr w:type="spellStart"/>
      <w:r w:rsidRPr="004D3195">
        <w:rPr>
          <w:lang w:val="ru-RU"/>
        </w:rPr>
        <w:t>Пратичи</w:t>
      </w:r>
      <w:proofErr w:type="spellEnd"/>
      <w:r w:rsidRPr="004D3195">
        <w:rPr>
          <w:lang w:val="ru-RU"/>
        </w:rPr>
        <w:t xml:space="preserve"> и </w:t>
      </w:r>
      <w:proofErr w:type="spellStart"/>
      <w:r w:rsidRPr="004D3195">
        <w:rPr>
          <w:lang w:val="ru-RU"/>
        </w:rPr>
        <w:t>Маханади</w:t>
      </w:r>
      <w:proofErr w:type="spellEnd"/>
      <w:r w:rsidRPr="004D3195">
        <w:rPr>
          <w:lang w:val="ru-RU"/>
        </w:rPr>
        <w:t>, рабы Божие хранят и исповедую</w:t>
      </w:r>
      <w:r>
        <w:rPr>
          <w:lang w:val="ru-RU"/>
        </w:rPr>
        <w:t>т учение о любви к Вседержителю</w:t>
      </w:r>
      <w:r w:rsidRPr="00DA0238">
        <w:rPr>
          <w:lang w:val="ru-RU"/>
        </w:rPr>
        <w:t>"</w:t>
      </w:r>
      <w:r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Pr="00DA0238">
        <w:rPr>
          <w:i/>
          <w:lang w:val="ru-RU"/>
        </w:rPr>
        <w:t>Шримад-</w:t>
      </w:r>
      <w:r w:rsidRPr="00DA0238"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11.5.38-40).</w:t>
      </w:r>
    </w:p>
    <w:p w14:paraId="0D959CF3" w14:textId="77777777" w:rsidR="006C3C24" w:rsidRDefault="006C3C24" w:rsidP="004E41B6">
      <w:pPr>
        <w:pStyle w:val="TextTranslation"/>
        <w:ind w:firstLine="180"/>
        <w:rPr>
          <w:lang w:val="ru-RU"/>
        </w:rPr>
      </w:pPr>
    </w:p>
    <w:p w14:paraId="3FB2D9D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Высказывания богословов в традиции Шри принимаются за авторитетные </w:t>
      </w:r>
      <w:proofErr w:type="spellStart"/>
      <w:r w:rsidRPr="00DA0238">
        <w:rPr>
          <w:lang w:val="ru-RU"/>
        </w:rPr>
        <w:t>Рамануджей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lang w:val="ru-RU"/>
        </w:rPr>
        <w:t>Ачарьей</w:t>
      </w:r>
      <w:proofErr w:type="spellEnd"/>
      <w:r w:rsidRPr="00DA0238">
        <w:rPr>
          <w:lang w:val="ru-RU"/>
        </w:rPr>
        <w:t xml:space="preserve"> в его </w:t>
      </w:r>
      <w:proofErr w:type="spellStart"/>
      <w:r w:rsidRPr="00DA0238">
        <w:rPr>
          <w:rStyle w:val="TextTranslationItalic"/>
          <w:lang w:val="ru-RU"/>
        </w:rPr>
        <w:t>Бхагавад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паде</w:t>
      </w:r>
      <w:proofErr w:type="spellEnd"/>
      <w:r w:rsidRPr="00DA0238">
        <w:rPr>
          <w:lang w:val="ru-RU"/>
        </w:rPr>
        <w:t xml:space="preserve">, изложенной в </w:t>
      </w:r>
      <w:r w:rsidRPr="00DA0238">
        <w:rPr>
          <w:rStyle w:val="TextTranslationItalic"/>
          <w:lang w:val="ru-RU"/>
        </w:rPr>
        <w:t>Шри</w:t>
      </w:r>
      <w:r w:rsidRPr="00DA0238">
        <w:rPr>
          <w:lang w:val="ru-RU"/>
        </w:rPr>
        <w:t>-</w:t>
      </w:r>
      <w:proofErr w:type="spellStart"/>
      <w:r w:rsidRPr="00DA0238">
        <w:rPr>
          <w:rStyle w:val="TextTranslationItalic"/>
          <w:lang w:val="ru-RU"/>
        </w:rPr>
        <w:t>бхашье</w:t>
      </w:r>
      <w:proofErr w:type="spellEnd"/>
      <w:r w:rsidRPr="00DA0238">
        <w:rPr>
          <w:lang w:val="ru-RU"/>
        </w:rPr>
        <w:t xml:space="preserve"> и других его произведениях.</w:t>
      </w:r>
    </w:p>
    <w:p w14:paraId="4B5CC6F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14A60E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Некоторые стихи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>, приведенные мною в книге</w:t>
      </w:r>
      <w:r w:rsidR="00461426" w:rsidRPr="00DA0238">
        <w:rPr>
          <w:lang w:val="ru-RU"/>
        </w:rPr>
        <w:t>,</w:t>
      </w:r>
      <w:r w:rsidRPr="00DA0238">
        <w:rPr>
          <w:lang w:val="ru-RU"/>
        </w:rPr>
        <w:t xml:space="preserve"> не требуют объяснения в силу их очевидности. Некоторые я толкую, опираясь на объяснения авторитетов. Потому как толкования </w:t>
      </w:r>
      <w:r w:rsidR="00313F03" w:rsidRPr="00313F03">
        <w:rPr>
          <w:i/>
          <w:lang w:val="ru-RU"/>
        </w:rPr>
        <w:t>Шри</w:t>
      </w:r>
      <w:r w:rsidR="00313F03">
        <w:rPr>
          <w:lang w:val="ru-RU"/>
        </w:rPr>
        <w:t xml:space="preserve"> </w:t>
      </w:r>
      <w:proofErr w:type="spellStart"/>
      <w:r w:rsidR="00313F03" w:rsidRPr="00313F03">
        <w:rPr>
          <w:i/>
          <w:lang w:val="ru-RU"/>
        </w:rPr>
        <w:t>Бхагаваты</w:t>
      </w:r>
      <w:proofErr w:type="spellEnd"/>
      <w:r w:rsidR="00313F03">
        <w:rPr>
          <w:lang w:val="ru-RU"/>
        </w:rPr>
        <w:t xml:space="preserve"> и </w:t>
      </w:r>
      <w:r w:rsidR="00313F03" w:rsidRPr="00313F03">
        <w:rPr>
          <w:i/>
          <w:lang w:val="ru-RU"/>
        </w:rPr>
        <w:t>Сутры</w:t>
      </w:r>
      <w:r w:rsidR="00313F03">
        <w:rPr>
          <w:lang w:val="ru-RU"/>
        </w:rPr>
        <w:t xml:space="preserve"> в традиции </w:t>
      </w:r>
      <w:proofErr w:type="spellStart"/>
      <w:r w:rsidR="00313F03">
        <w:rPr>
          <w:lang w:val="ru-RU"/>
        </w:rPr>
        <w:t>не</w:t>
      </w:r>
      <w:r w:rsidR="00A3273A">
        <w:rPr>
          <w:lang w:val="ru-RU"/>
        </w:rPr>
        <w:t>двойства</w:t>
      </w:r>
      <w:proofErr w:type="spellEnd"/>
      <w:r w:rsidR="00A3273A">
        <w:rPr>
          <w:lang w:val="ru-RU"/>
        </w:rPr>
        <w:t xml:space="preserve"> [</w:t>
      </w:r>
      <w:proofErr w:type="spellStart"/>
      <w:r w:rsidR="00A3273A">
        <w:rPr>
          <w:lang w:val="ru-RU"/>
        </w:rPr>
        <w:t>а</w:t>
      </w:r>
      <w:r w:rsidRPr="00DA0238">
        <w:rPr>
          <w:rStyle w:val="TextTranslationItalic"/>
          <w:lang w:val="ru-RU"/>
        </w:rPr>
        <w:t>двайта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вады</w:t>
      </w:r>
      <w:proofErr w:type="spellEnd"/>
      <w:r w:rsidR="00A3273A">
        <w:rPr>
          <w:lang w:val="ru-RU"/>
        </w:rPr>
        <w:t xml:space="preserve">] </w:t>
      </w:r>
      <w:r w:rsidRPr="00DA0238">
        <w:rPr>
          <w:lang w:val="ru-RU"/>
        </w:rPr>
        <w:t>широко известны читателям, я не утруждаю себя подробным их рассмотрением.</w:t>
      </w:r>
    </w:p>
    <w:p w14:paraId="5D744FF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22C8C99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28</w:t>
      </w:r>
      <w:r w:rsidR="00A3273A">
        <w:rPr>
          <w:b/>
          <w:lang w:val="ru-RU"/>
        </w:rPr>
        <w:t>.</w:t>
      </w:r>
    </w:p>
    <w:p w14:paraId="121AA99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3E7ED4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В настоящей работе я привожу изречения </w:t>
      </w:r>
      <w:proofErr w:type="spellStart"/>
      <w:r>
        <w:rPr>
          <w:rStyle w:val="TextTranslationItalic"/>
          <w:lang w:val="ru-RU"/>
        </w:rPr>
        <w:t>Пуран</w:t>
      </w:r>
      <w:proofErr w:type="spellEnd"/>
      <w:r>
        <w:rPr>
          <w:lang w:val="ru-RU"/>
        </w:rPr>
        <w:t xml:space="preserve">, </w:t>
      </w:r>
      <w:r>
        <w:rPr>
          <w:rStyle w:val="TextTranslationItalic"/>
          <w:lang w:val="ru-RU"/>
        </w:rPr>
        <w:t>шрути</w:t>
      </w:r>
      <w:r>
        <w:rPr>
          <w:lang w:val="ru-RU"/>
        </w:rPr>
        <w:t xml:space="preserve"> и д</w:t>
      </w:r>
      <w:r w:rsidRPr="00B400C8">
        <w:rPr>
          <w:lang w:val="ru-RU"/>
        </w:rPr>
        <w:t xml:space="preserve">ругих писаний для подтверждения моих мыслей, но не мыслей, что содержатся в </w:t>
      </w:r>
      <w:proofErr w:type="spellStart"/>
      <w:r w:rsidRPr="00B400C8">
        <w:rPr>
          <w:rStyle w:val="TextTranslationItalic"/>
          <w:lang w:val="ru-RU"/>
        </w:rPr>
        <w:t>Шримад-Бхагаватам</w:t>
      </w:r>
      <w:proofErr w:type="spellEnd"/>
      <w:r w:rsidRPr="00B400C8">
        <w:rPr>
          <w:lang w:val="ru-RU"/>
        </w:rPr>
        <w:t xml:space="preserve">. Некоторые из Писаний, к которым я обращаюсь, я не читал в оригинале, но заимствую выдержки из них, главным образом те, что приводит в своих работах Шри </w:t>
      </w:r>
      <w:proofErr w:type="spellStart"/>
      <w:r w:rsidRPr="00B400C8">
        <w:rPr>
          <w:lang w:val="ru-RU"/>
        </w:rPr>
        <w:t>Мадхвачарья</w:t>
      </w:r>
      <w:proofErr w:type="spellEnd"/>
      <w:r w:rsidRPr="00B400C8">
        <w:rPr>
          <w:lang w:val="ru-RU"/>
        </w:rPr>
        <w:t xml:space="preserve">, в частности в </w:t>
      </w:r>
      <w:r w:rsidRPr="00B400C8">
        <w:rPr>
          <w:i/>
          <w:lang w:val="ru-RU"/>
        </w:rPr>
        <w:t>Шри</w:t>
      </w:r>
      <w:r w:rsidRPr="00B400C8">
        <w:rPr>
          <w:lang w:val="ru-RU"/>
        </w:rPr>
        <w:t xml:space="preserve"> </w:t>
      </w:r>
      <w:proofErr w:type="spellStart"/>
      <w:r w:rsidRPr="00B400C8">
        <w:rPr>
          <w:rStyle w:val="TextTranslationItalic"/>
          <w:lang w:val="ru-RU"/>
        </w:rPr>
        <w:t>Бхагавата</w:t>
      </w:r>
      <w:r w:rsidRPr="00B400C8">
        <w:rPr>
          <w:lang w:val="ru-RU"/>
        </w:rPr>
        <w:t>-</w:t>
      </w:r>
      <w:r w:rsidRPr="00B400C8">
        <w:rPr>
          <w:rStyle w:val="TextTranslationItalic"/>
          <w:lang w:val="ru-RU"/>
        </w:rPr>
        <w:t>татпарайе</w:t>
      </w:r>
      <w:proofErr w:type="spellEnd"/>
      <w:r w:rsidRPr="00B400C8">
        <w:rPr>
          <w:lang w:val="ru-RU"/>
        </w:rPr>
        <w:t xml:space="preserve">, </w:t>
      </w:r>
      <w:r w:rsidRPr="00B400C8">
        <w:rPr>
          <w:rStyle w:val="TextTranslationItalic"/>
          <w:lang w:val="ru-RU"/>
        </w:rPr>
        <w:t>Мах</w:t>
      </w:r>
      <w:r>
        <w:rPr>
          <w:rStyle w:val="TextTranslationItalic"/>
          <w:lang w:val="ru-RU"/>
        </w:rPr>
        <w:t>абхарата</w:t>
      </w:r>
      <w:r>
        <w:rPr>
          <w:lang w:val="ru-RU"/>
        </w:rPr>
        <w:t>-</w:t>
      </w:r>
      <w:proofErr w:type="spellStart"/>
      <w:r>
        <w:rPr>
          <w:rStyle w:val="TextTranslationItalic"/>
          <w:lang w:val="ru-RU"/>
        </w:rPr>
        <w:t>татпарайе</w:t>
      </w:r>
      <w:proofErr w:type="spellEnd"/>
      <w:r>
        <w:rPr>
          <w:lang w:val="ru-RU"/>
        </w:rPr>
        <w:t xml:space="preserve"> и </w:t>
      </w:r>
      <w:r>
        <w:rPr>
          <w:rStyle w:val="TextTranslationItalic"/>
          <w:lang w:val="ru-RU"/>
        </w:rPr>
        <w:t>Брахма</w:t>
      </w:r>
      <w:r>
        <w:rPr>
          <w:lang w:val="ru-RU"/>
        </w:rPr>
        <w:t>-</w:t>
      </w:r>
      <w:r>
        <w:rPr>
          <w:rStyle w:val="TextTranslationItalic"/>
          <w:lang w:val="ru-RU"/>
        </w:rPr>
        <w:t>сутра</w:t>
      </w:r>
      <w:r>
        <w:rPr>
          <w:lang w:val="ru-RU"/>
        </w:rPr>
        <w:t>-</w:t>
      </w:r>
      <w:proofErr w:type="spellStart"/>
      <w:r>
        <w:rPr>
          <w:rStyle w:val="TextTranslationItalic"/>
          <w:lang w:val="ru-RU"/>
        </w:rPr>
        <w:t>бхашье</w:t>
      </w:r>
      <w:proofErr w:type="spellEnd"/>
      <w:r>
        <w:rPr>
          <w:rStyle w:val="TextTranslationItalic"/>
          <w:lang w:val="ru-RU"/>
        </w:rPr>
        <w:t>.</w:t>
      </w:r>
      <w:r>
        <w:rPr>
          <w:lang w:val="ru-RU"/>
        </w:rPr>
        <w:t xml:space="preserve"> Шри </w:t>
      </w:r>
      <w:proofErr w:type="spellStart"/>
      <w:r>
        <w:rPr>
          <w:lang w:val="ru-RU"/>
        </w:rPr>
        <w:t>Мадхава</w:t>
      </w:r>
      <w:proofErr w:type="spellEnd"/>
      <w:r>
        <w:rPr>
          <w:lang w:val="ru-RU"/>
        </w:rPr>
        <w:t xml:space="preserve"> – основатель школы </w:t>
      </w:r>
      <w:proofErr w:type="spellStart"/>
      <w:r>
        <w:rPr>
          <w:rStyle w:val="TextTranslationItalic"/>
          <w:lang w:val="ru-RU"/>
        </w:rPr>
        <w:t>Таттва</w:t>
      </w:r>
      <w:r>
        <w:rPr>
          <w:lang w:val="ru-RU"/>
        </w:rPr>
        <w:t>-</w:t>
      </w:r>
      <w:r>
        <w:rPr>
          <w:rStyle w:val="TextTranslationItalic"/>
          <w:lang w:val="ru-RU"/>
        </w:rPr>
        <w:t>вады</w:t>
      </w:r>
      <w:proofErr w:type="spellEnd"/>
      <w:r>
        <w:rPr>
          <w:lang w:val="ru-RU"/>
        </w:rPr>
        <w:t xml:space="preserve">. Он – образцовый авторитет. По нему можно сверять достоверность любой богословской мысли. Несмотря на изначальную принадлежность к традиции </w:t>
      </w:r>
      <w:proofErr w:type="spellStart"/>
      <w:r>
        <w:rPr>
          <w:lang w:val="ru-RU"/>
        </w:rPr>
        <w:t>Шримана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Шанкарачарьи</w:t>
      </w:r>
      <w:proofErr w:type="spellEnd"/>
      <w:r>
        <w:rPr>
          <w:lang w:val="ru-RU"/>
        </w:rPr>
        <w:t xml:space="preserve">, он отделил себя от той школы и присоединился к </w:t>
      </w:r>
      <w:proofErr w:type="spellStart"/>
      <w:r>
        <w:rPr>
          <w:rStyle w:val="TextTranslationItalic"/>
          <w:lang w:val="ru-RU"/>
        </w:rPr>
        <w:t>вайшнавам</w:t>
      </w:r>
      <w:proofErr w:type="spellEnd"/>
      <w:r>
        <w:rPr>
          <w:lang w:val="ru-RU"/>
        </w:rPr>
        <w:t xml:space="preserve">. Его </w:t>
      </w:r>
      <w:r>
        <w:rPr>
          <w:rStyle w:val="TextTranslationItalic"/>
          <w:lang w:val="ru-RU"/>
        </w:rPr>
        <w:t>вайшнавская</w:t>
      </w:r>
      <w:r>
        <w:rPr>
          <w:lang w:val="ru-RU"/>
        </w:rPr>
        <w:t xml:space="preserve"> доктрина получила широкое распространение, особенно в южных землях. К числу его учеников и последователей относятся такие выдающиеся ученые-</w:t>
      </w:r>
      <w:proofErr w:type="spellStart"/>
      <w:r>
        <w:rPr>
          <w:rStyle w:val="TextTranslationItalic"/>
          <w:lang w:val="ru-RU"/>
        </w:rPr>
        <w:t>ведантисты</w:t>
      </w:r>
      <w:proofErr w:type="spellEnd"/>
      <w:r>
        <w:rPr>
          <w:lang w:val="ru-RU"/>
        </w:rPr>
        <w:t xml:space="preserve">, как Шри </w:t>
      </w:r>
      <w:proofErr w:type="spellStart"/>
      <w:r>
        <w:rPr>
          <w:lang w:val="ru-RU"/>
        </w:rPr>
        <w:t>Виджаядхваджа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Тиртха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Брахманья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Тиртха</w:t>
      </w:r>
      <w:proofErr w:type="spellEnd"/>
      <w:r>
        <w:rPr>
          <w:lang w:val="ru-RU"/>
        </w:rPr>
        <w:t xml:space="preserve"> и Вьяса </w:t>
      </w:r>
      <w:proofErr w:type="spellStart"/>
      <w:r>
        <w:rPr>
          <w:lang w:val="ru-RU"/>
        </w:rPr>
        <w:t>Тиртха</w:t>
      </w:r>
      <w:proofErr w:type="spellEnd"/>
      <w:r>
        <w:rPr>
          <w:lang w:val="ru-RU"/>
        </w:rPr>
        <w:t>.</w:t>
      </w:r>
    </w:p>
    <w:p w14:paraId="138783B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0D47D56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Так в </w:t>
      </w:r>
      <w:r>
        <w:rPr>
          <w:rStyle w:val="TextTranslationItalic"/>
          <w:lang w:val="ru-RU"/>
        </w:rPr>
        <w:t>Махабхарата</w:t>
      </w:r>
      <w:r>
        <w:rPr>
          <w:lang w:val="ru-RU"/>
        </w:rPr>
        <w:t>-</w:t>
      </w:r>
      <w:proofErr w:type="spellStart"/>
      <w:r>
        <w:rPr>
          <w:rStyle w:val="TextTranslationItalic"/>
          <w:lang w:val="ru-RU"/>
        </w:rPr>
        <w:t>татпарайе</w:t>
      </w:r>
      <w:proofErr w:type="spellEnd"/>
      <w:r>
        <w:rPr>
          <w:lang w:val="ru-RU"/>
        </w:rPr>
        <w:t xml:space="preserve"> (2.7.8) Шри </w:t>
      </w:r>
      <w:proofErr w:type="spellStart"/>
      <w:r>
        <w:rPr>
          <w:lang w:val="ru-RU"/>
        </w:rPr>
        <w:t>Мадхава</w:t>
      </w:r>
      <w:proofErr w:type="spellEnd"/>
      <w:r>
        <w:rPr>
          <w:lang w:val="ru-RU"/>
        </w:rPr>
        <w:t xml:space="preserve"> говорит: "Милостью </w:t>
      </w:r>
      <w:r>
        <w:rPr>
          <w:rStyle w:val="TextTranslationItalic"/>
          <w:lang w:val="ru-RU"/>
        </w:rPr>
        <w:t>Веданта</w:t>
      </w:r>
      <w:r>
        <w:rPr>
          <w:lang w:val="ru-RU"/>
        </w:rPr>
        <w:t>-</w:t>
      </w:r>
      <w:r>
        <w:rPr>
          <w:rStyle w:val="TextTranslationItalic"/>
          <w:lang w:val="ru-RU"/>
        </w:rPr>
        <w:t>сутры</w:t>
      </w:r>
      <w:r>
        <w:rPr>
          <w:lang w:val="ru-RU"/>
        </w:rPr>
        <w:t xml:space="preserve"> мне открылось понимание других Писаний. Я излагаю мое мнение, согласуясь со взглядами Самого Всевышнего </w:t>
      </w:r>
      <w:proofErr w:type="spellStart"/>
      <w:r>
        <w:rPr>
          <w:lang w:val="ru-RU"/>
        </w:rPr>
        <w:t>Нараяны</w:t>
      </w:r>
      <w:proofErr w:type="spellEnd"/>
      <w:r>
        <w:rPr>
          <w:lang w:val="ru-RU"/>
        </w:rPr>
        <w:t xml:space="preserve"> — Бхагавана </w:t>
      </w:r>
      <w:proofErr w:type="spellStart"/>
      <w:r>
        <w:rPr>
          <w:lang w:val="ru-RU"/>
        </w:rPr>
        <w:t>Вьясы</w:t>
      </w:r>
      <w:proofErr w:type="spellEnd"/>
      <w:r>
        <w:rPr>
          <w:lang w:val="ru-RU"/>
        </w:rPr>
        <w:t xml:space="preserve">, высказанными им в </w:t>
      </w:r>
      <w:r>
        <w:rPr>
          <w:rStyle w:val="TextTranslationItalic"/>
          <w:lang w:val="ru-RU"/>
        </w:rPr>
        <w:t>Махабхарате</w:t>
      </w:r>
      <w:r>
        <w:rPr>
          <w:lang w:val="ru-RU"/>
        </w:rPr>
        <w:t xml:space="preserve"> и других книгах". Полезно знать, что </w:t>
      </w:r>
      <w:proofErr w:type="spellStart"/>
      <w:r>
        <w:rPr>
          <w:lang w:val="ru-RU"/>
        </w:rPr>
        <w:t>Мадхвачарья</w:t>
      </w:r>
      <w:proofErr w:type="spellEnd"/>
      <w:r>
        <w:rPr>
          <w:lang w:val="ru-RU"/>
        </w:rPr>
        <w:t xml:space="preserve"> ссылался на высказывания таких </w:t>
      </w:r>
      <w:r>
        <w:rPr>
          <w:rStyle w:val="TextTranslationItalic"/>
          <w:lang w:val="ru-RU"/>
        </w:rPr>
        <w:t>шрут</w:t>
      </w:r>
      <w:r w:rsidRPr="00B400C8">
        <w:rPr>
          <w:rStyle w:val="TextTranslationItalic"/>
          <w:lang w:val="ru-RU"/>
        </w:rPr>
        <w:t>и</w:t>
      </w:r>
      <w:r w:rsidRPr="00B400C8">
        <w:rPr>
          <w:rStyle w:val="TextTranslationItalic"/>
          <w:i w:val="0"/>
          <w:lang w:val="ru-RU"/>
        </w:rPr>
        <w:t xml:space="preserve"> [богоданной мудрости]</w:t>
      </w:r>
      <w:r w:rsidRPr="00B400C8">
        <w:rPr>
          <w:lang w:val="ru-RU"/>
        </w:rPr>
        <w:t xml:space="preserve">, как </w:t>
      </w:r>
      <w:proofErr w:type="spellStart"/>
      <w:r w:rsidRPr="00B400C8">
        <w:rPr>
          <w:rStyle w:val="TextTranslationItalic"/>
          <w:lang w:val="ru-RU"/>
        </w:rPr>
        <w:t>Чатур</w:t>
      </w:r>
      <w:proofErr w:type="spellEnd"/>
      <w:r w:rsidRPr="00B400C8">
        <w:rPr>
          <w:lang w:val="ru-RU"/>
        </w:rPr>
        <w:t>-</w:t>
      </w:r>
      <w:r w:rsidRPr="00B400C8">
        <w:rPr>
          <w:rStyle w:val="TextTranslationItalic"/>
          <w:lang w:val="ru-RU"/>
        </w:rPr>
        <w:t>веда</w:t>
      </w:r>
      <w:r w:rsidRPr="00B400C8">
        <w:rPr>
          <w:lang w:val="ru-RU"/>
        </w:rPr>
        <w:t>-</w:t>
      </w:r>
      <w:proofErr w:type="spellStart"/>
      <w:r w:rsidRPr="00B400C8">
        <w:rPr>
          <w:rStyle w:val="TextTranslationItalic"/>
          <w:lang w:val="ru-RU"/>
        </w:rPr>
        <w:t>шикха</w:t>
      </w:r>
      <w:proofErr w:type="spellEnd"/>
      <w:r w:rsidRPr="00B400C8">
        <w:rPr>
          <w:lang w:val="ru-RU"/>
        </w:rPr>
        <w:t xml:space="preserve">, </w:t>
      </w:r>
      <w:r w:rsidRPr="00B400C8">
        <w:rPr>
          <w:rStyle w:val="TextTranslationItalic"/>
          <w:lang w:val="ru-RU"/>
        </w:rPr>
        <w:t>Гаруда</w:t>
      </w:r>
      <w:r w:rsidRPr="00B400C8">
        <w:rPr>
          <w:lang w:val="ru-RU"/>
        </w:rPr>
        <w:t xml:space="preserve"> и прочие </w:t>
      </w:r>
      <w:proofErr w:type="spellStart"/>
      <w:r w:rsidRPr="00B400C8">
        <w:rPr>
          <w:rStyle w:val="TextTranslationItalic"/>
          <w:lang w:val="ru-RU"/>
        </w:rPr>
        <w:t>Пураны</w:t>
      </w:r>
      <w:proofErr w:type="spellEnd"/>
      <w:r w:rsidRPr="00B400C8">
        <w:rPr>
          <w:lang w:val="ru-RU"/>
        </w:rPr>
        <w:t xml:space="preserve">, кои нынче не везде доступны, на </w:t>
      </w:r>
      <w:r w:rsidRPr="00B400C8">
        <w:rPr>
          <w:lang w:val="ru-RU"/>
        </w:rPr>
        <w:lastRenderedPageBreak/>
        <w:t xml:space="preserve">такие </w:t>
      </w:r>
      <w:proofErr w:type="spellStart"/>
      <w:r w:rsidRPr="00B400C8">
        <w:rPr>
          <w:rStyle w:val="TextTranslationItalic"/>
          <w:lang w:val="ru-RU"/>
        </w:rPr>
        <w:t>самхиты</w:t>
      </w:r>
      <w:proofErr w:type="spellEnd"/>
      <w:r w:rsidRPr="00B400C8">
        <w:rPr>
          <w:lang w:val="ru-RU"/>
        </w:rPr>
        <w:t xml:space="preserve">, как </w:t>
      </w:r>
      <w:r w:rsidRPr="00B400C8">
        <w:rPr>
          <w:rStyle w:val="TextTranslationItalic"/>
          <w:lang w:val="ru-RU"/>
        </w:rPr>
        <w:t>Маха</w:t>
      </w:r>
      <w:r w:rsidRPr="00B400C8">
        <w:rPr>
          <w:lang w:val="ru-RU"/>
        </w:rPr>
        <w:t>-</w:t>
      </w:r>
      <w:proofErr w:type="spellStart"/>
      <w:r w:rsidRPr="00B400C8">
        <w:rPr>
          <w:rStyle w:val="TextTranslationItalic"/>
          <w:lang w:val="ru-RU"/>
        </w:rPr>
        <w:t>самхита</w:t>
      </w:r>
      <w:proofErr w:type="spellEnd"/>
      <w:r w:rsidRPr="00B400C8">
        <w:rPr>
          <w:lang w:val="ru-RU"/>
        </w:rPr>
        <w:t xml:space="preserve">, и такие </w:t>
      </w:r>
      <w:r w:rsidRPr="00B400C8">
        <w:rPr>
          <w:i/>
          <w:lang w:val="ru-RU"/>
        </w:rPr>
        <w:t>тантры</w:t>
      </w:r>
      <w:r w:rsidRPr="00B400C8">
        <w:rPr>
          <w:lang w:val="ru-RU"/>
        </w:rPr>
        <w:t xml:space="preserve">, как </w:t>
      </w:r>
      <w:r w:rsidRPr="00B400C8">
        <w:rPr>
          <w:i/>
          <w:lang w:val="ru-RU"/>
        </w:rPr>
        <w:t>Тантра</w:t>
      </w:r>
      <w:r w:rsidRPr="00B400C8">
        <w:rPr>
          <w:lang w:val="ru-RU"/>
        </w:rPr>
        <w:t>-</w:t>
      </w:r>
      <w:proofErr w:type="spellStart"/>
      <w:r w:rsidRPr="00B400C8">
        <w:rPr>
          <w:i/>
          <w:lang w:val="ru-RU"/>
        </w:rPr>
        <w:t>бхагавата</w:t>
      </w:r>
      <w:proofErr w:type="spellEnd"/>
      <w:r w:rsidRPr="00B400C8">
        <w:rPr>
          <w:lang w:val="ru-RU"/>
        </w:rPr>
        <w:t xml:space="preserve"> и </w:t>
      </w:r>
      <w:r w:rsidRPr="00B400C8">
        <w:rPr>
          <w:rStyle w:val="TextTranslationItalic"/>
          <w:lang w:val="ru-RU"/>
        </w:rPr>
        <w:t>Брахма</w:t>
      </w:r>
      <w:r w:rsidRPr="00B400C8">
        <w:rPr>
          <w:lang w:val="ru-RU"/>
        </w:rPr>
        <w:t>-</w:t>
      </w:r>
      <w:proofErr w:type="spellStart"/>
      <w:r w:rsidRPr="00B400C8">
        <w:rPr>
          <w:rStyle w:val="TextTranslationItalic"/>
          <w:lang w:val="ru-RU"/>
        </w:rPr>
        <w:t>тарка</w:t>
      </w:r>
      <w:proofErr w:type="spellEnd"/>
      <w:r w:rsidRPr="00B400C8">
        <w:rPr>
          <w:rStyle w:val="TextTranslationItalic"/>
          <w:lang w:val="ru-RU"/>
        </w:rPr>
        <w:t>.</w:t>
      </w:r>
    </w:p>
    <w:p w14:paraId="02D92A2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031FE51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29</w:t>
      </w:r>
      <w:r w:rsidR="00C92C5B">
        <w:rPr>
          <w:b/>
          <w:lang w:val="ru-RU"/>
        </w:rPr>
        <w:t>.</w:t>
      </w:r>
    </w:p>
    <w:p w14:paraId="78F64A7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B9363F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Ниже приводится слово признательности и почтения сказителю </w:t>
      </w:r>
      <w:proofErr w:type="spellStart"/>
      <w:r w:rsidR="001A5EB6" w:rsidRPr="00DA0238">
        <w:rPr>
          <w:rStyle w:val="TextTranslationItalic"/>
          <w:lang w:val="ru-RU"/>
        </w:rPr>
        <w:t>Шримад-Бхагава</w:t>
      </w:r>
      <w:r w:rsidRPr="00DA0238">
        <w:rPr>
          <w:rStyle w:val="TextTranslationItalic"/>
          <w:lang w:val="ru-RU"/>
        </w:rPr>
        <w:t>там</w:t>
      </w:r>
      <w:proofErr w:type="spellEnd"/>
      <w:r w:rsidRPr="00DA0238">
        <w:rPr>
          <w:lang w:val="ru-RU"/>
        </w:rPr>
        <w:t xml:space="preserve">, а также коротко определяется идея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 xml:space="preserve"> через чувственное состояние сказителя: "Я припадаю к ногам сына </w:t>
      </w:r>
      <w:proofErr w:type="spellStart"/>
      <w:r w:rsidRPr="00DA0238">
        <w:rPr>
          <w:lang w:val="ru-RU"/>
        </w:rPr>
        <w:t>Вьясы</w:t>
      </w:r>
      <w:proofErr w:type="spellEnd"/>
      <w:r w:rsidRPr="00DA0238">
        <w:rPr>
          <w:lang w:val="ru-RU"/>
        </w:rPr>
        <w:t>, юродивого Шуки, кто словом своим истребляет все пороки человеческой природы; кто вечно пребудет в недосягаемом для смертного блаженстве; кто непрестанно лицезрит Кришну в Его забавах с возлюбленными слугами; кто вещает миру о Прекрасном Лицедее и дозволяет смертным пригубить мед чарующих Господних игр!</w:t>
      </w:r>
      <w:r w:rsidR="00040345" w:rsidRPr="00DA0238">
        <w:rPr>
          <w:lang w:val="ru-RU"/>
        </w:rPr>
        <w:t>" (</w:t>
      </w:r>
      <w:proofErr w:type="spellStart"/>
      <w:r w:rsidR="0023543F">
        <w:rPr>
          <w:rStyle w:val="TextTranslationItalic"/>
          <w:lang w:val="ru-RU"/>
        </w:rPr>
        <w:t>Шримад-Бхагаватам</w:t>
      </w:r>
      <w:proofErr w:type="spellEnd"/>
      <w:r w:rsidR="00040345" w:rsidRPr="00DA0238">
        <w:rPr>
          <w:lang w:val="ru-RU"/>
        </w:rPr>
        <w:t xml:space="preserve"> 12.12.69)</w:t>
      </w:r>
      <w:r w:rsidRPr="00DA0238">
        <w:rPr>
          <w:lang w:val="ru-RU"/>
        </w:rPr>
        <w:t>.</w:t>
      </w:r>
    </w:p>
    <w:p w14:paraId="006EBF2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3A79BB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proofErr w:type="spellStart"/>
      <w:r w:rsidRPr="00DA0238">
        <w:rPr>
          <w:lang w:val="ru-RU"/>
        </w:rPr>
        <w:t>Шридхара</w:t>
      </w:r>
      <w:proofErr w:type="spellEnd"/>
      <w:r w:rsidRPr="00DA0238">
        <w:rPr>
          <w:lang w:val="ru-RU"/>
        </w:rPr>
        <w:t xml:space="preserve"> Свами так толкует данный стих: "</w:t>
      </w: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в</w:t>
      </w:r>
      <w:r w:rsidR="00040345" w:rsidRPr="00DA0238">
        <w:rPr>
          <w:lang w:val="ru-RU"/>
        </w:rPr>
        <w:t>ыражает почтение своему учителю,</w:t>
      </w:r>
      <w:r w:rsidRPr="00DA0238">
        <w:rPr>
          <w:lang w:val="ru-RU"/>
        </w:rPr>
        <w:t xml:space="preserve"> [</w:t>
      </w:r>
      <w:proofErr w:type="spellStart"/>
      <w:r w:rsidR="00040345" w:rsidRPr="00DA0238">
        <w:rPr>
          <w:lang w:val="ru-RU"/>
        </w:rPr>
        <w:t>с</w:t>
      </w:r>
      <w:r w:rsidRPr="00DA0238">
        <w:rPr>
          <w:rStyle w:val="TextTranslationItalic"/>
          <w:lang w:val="ru-RU"/>
        </w:rPr>
        <w:t>ва</w:t>
      </w:r>
      <w:proofErr w:type="spellEnd"/>
      <w:r w:rsidRPr="00DA0238">
        <w:rPr>
          <w:rStyle w:val="TextTranslationItalic"/>
          <w:lang w:val="ru-RU"/>
        </w:rPr>
        <w:t>-</w:t>
      </w:r>
      <w:proofErr w:type="spellStart"/>
      <w:r w:rsidRPr="00DA0238">
        <w:rPr>
          <w:rStyle w:val="TextTranslationItalic"/>
          <w:lang w:val="ru-RU"/>
        </w:rPr>
        <w:t>сукха</w:t>
      </w:r>
      <w:proofErr w:type="spellEnd"/>
      <w:r w:rsidRPr="00DA0238">
        <w:rPr>
          <w:rStyle w:val="TextTranslationItalic"/>
          <w:lang w:val="ru-RU"/>
        </w:rPr>
        <w:t>-</w:t>
      </w:r>
      <w:proofErr w:type="spellStart"/>
      <w:r w:rsidRPr="00DA0238">
        <w:rPr>
          <w:rStyle w:val="TextTranslationItalic"/>
          <w:lang w:val="ru-RU"/>
        </w:rPr>
        <w:t>нибхрита</w:t>
      </w:r>
      <w:proofErr w:type="spellEnd"/>
      <w:r w:rsidRPr="00DA0238">
        <w:rPr>
          <w:rStyle w:val="TextTranslationItalic"/>
          <w:lang w:val="ru-RU"/>
        </w:rPr>
        <w:t>-четах</w:t>
      </w:r>
      <w:r w:rsidRPr="00DA0238">
        <w:rPr>
          <w:lang w:val="ru-RU"/>
        </w:rPr>
        <w:t>] чье сердце само собою исп</w:t>
      </w:r>
      <w:r w:rsidR="00C92C5B">
        <w:rPr>
          <w:lang w:val="ru-RU"/>
        </w:rPr>
        <w:t>олнено счастья. Потому он остав</w:t>
      </w:r>
      <w:r w:rsidRPr="00DA0238">
        <w:rPr>
          <w:lang w:val="ru-RU"/>
        </w:rPr>
        <w:t>л</w:t>
      </w:r>
      <w:r w:rsidR="00C92C5B">
        <w:rPr>
          <w:lang w:val="ru-RU"/>
        </w:rPr>
        <w:t>яет</w:t>
      </w:r>
      <w:r w:rsidRPr="00DA0238">
        <w:rPr>
          <w:lang w:val="ru-RU"/>
        </w:rPr>
        <w:t xml:space="preserve"> прочие мысли. Будучи счастлив сам собою, он покидает область внутреннего блаженства, очарованный играми Безупречного Лицедея. Я склоняюсь к стопам того, кто явил миру свет истины, наделил мир </w:t>
      </w:r>
      <w:r w:rsidRPr="00DA0238">
        <w:rPr>
          <w:rStyle w:val="TextTranslationItalic"/>
          <w:i w:val="0"/>
          <w:lang w:val="ru-RU"/>
        </w:rPr>
        <w:t>Писанием</w:t>
      </w:r>
      <w:r w:rsidRPr="00DA0238">
        <w:rPr>
          <w:lang w:val="ru-RU"/>
        </w:rPr>
        <w:t xml:space="preserve">, </w:t>
      </w:r>
      <w:r w:rsidRPr="00DA0238">
        <w:rPr>
          <w:rStyle w:val="TextTranslationItalic"/>
          <w:lang w:val="ru-RU"/>
        </w:rPr>
        <w:t>Шри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Бхагаватою</w:t>
      </w:r>
      <w:proofErr w:type="spellEnd"/>
      <w:r w:rsidRPr="00DA0238">
        <w:rPr>
          <w:lang w:val="ru-RU"/>
        </w:rPr>
        <w:t>, коя указует человеку на высшую цель жизни".</w:t>
      </w:r>
    </w:p>
    <w:p w14:paraId="400CF0C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B7DE3F6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В этом же ключе мы рассматриваем речь Шри Шуки во Второй Книге, начинающуюся со слов "Большинство мудрецов, государь…" (</w:t>
      </w:r>
      <w:proofErr w:type="spellStart"/>
      <w:r>
        <w:rPr>
          <w:rStyle w:val="TextTranslationItalic"/>
          <w:lang w:val="ru-RU"/>
        </w:rPr>
        <w:t>Шримад-Бхагаватам</w:t>
      </w:r>
      <w:proofErr w:type="spellEnd"/>
      <w:r>
        <w:rPr>
          <w:lang w:val="ru-RU"/>
        </w:rPr>
        <w:t xml:space="preserve"> 2.1.7-9), и стих "Все недоброе и порочное…" (</w:t>
      </w:r>
      <w:proofErr w:type="spellStart"/>
      <w:r>
        <w:rPr>
          <w:rStyle w:val="TextTranslationItalic"/>
          <w:lang w:val="ru-RU"/>
        </w:rPr>
        <w:t>Шримад-Бхагаватам</w:t>
      </w:r>
      <w:proofErr w:type="spellEnd"/>
      <w:r>
        <w:rPr>
          <w:rStyle w:val="TextTranslationItalic"/>
          <w:lang w:val="ru-RU"/>
        </w:rPr>
        <w:t xml:space="preserve"> </w:t>
      </w:r>
      <w:r>
        <w:rPr>
          <w:lang w:val="ru-RU"/>
        </w:rPr>
        <w:t xml:space="preserve">12.12.69), указующий на чуждое и вредное для души. </w:t>
      </w:r>
      <w:proofErr w:type="gramStart"/>
      <w:r>
        <w:rPr>
          <w:lang w:val="ru-RU"/>
        </w:rPr>
        <w:t>Здесь несомненно</w:t>
      </w:r>
      <w:proofErr w:type="gramEnd"/>
      <w:r>
        <w:rPr>
          <w:lang w:val="ru-RU"/>
        </w:rPr>
        <w:t xml:space="preserve"> имеется в виду </w:t>
      </w:r>
      <w:proofErr w:type="spellStart"/>
      <w:r>
        <w:rPr>
          <w:rStyle w:val="TextTranslationItalic"/>
          <w:lang w:val="ru-RU"/>
        </w:rPr>
        <w:t>самбандха</w:t>
      </w:r>
      <w:r>
        <w:rPr>
          <w:lang w:val="ru-RU"/>
        </w:rPr>
        <w:t>-</w:t>
      </w:r>
      <w:r>
        <w:rPr>
          <w:rStyle w:val="TextTranslationItalic"/>
          <w:lang w:val="ru-RU"/>
        </w:rPr>
        <w:t>таттва</w:t>
      </w:r>
      <w:proofErr w:type="spellEnd"/>
      <w:r>
        <w:rPr>
          <w:rStyle w:val="TextTranslationItalic"/>
          <w:lang w:val="ru-RU"/>
        </w:rPr>
        <w:t>,</w:t>
      </w:r>
      <w:r>
        <w:rPr>
          <w:lang w:val="ru-RU"/>
        </w:rPr>
        <w:t xml:space="preserve"> сущность, к коей мы </w:t>
      </w:r>
      <w:proofErr w:type="gramStart"/>
      <w:r>
        <w:rPr>
          <w:lang w:val="ru-RU"/>
        </w:rPr>
        <w:t>стремимся</w:t>
      </w:r>
      <w:proofErr w:type="gramEnd"/>
      <w:r>
        <w:rPr>
          <w:lang w:val="ru-RU"/>
        </w:rPr>
        <w:t xml:space="preserve"> и коя превосходит блаженство единения с Единым. Сущность сия именуется Высшим Безупречным, что влечет к Себе Своею игрою. Сущность, что выражена целиком и полностью в имени "Кришна" [Неотразимый], кою живописует Шри </w:t>
      </w:r>
      <w:proofErr w:type="spellStart"/>
      <w:r>
        <w:rPr>
          <w:lang w:val="ru-RU"/>
        </w:rPr>
        <w:t>Бадараяна</w:t>
      </w:r>
      <w:proofErr w:type="spellEnd"/>
      <w:r>
        <w:rPr>
          <w:lang w:val="ru-RU"/>
        </w:rPr>
        <w:t xml:space="preserve"> Вьяса в состоянии внеземного восторга. Здесь же </w:t>
      </w:r>
      <w:proofErr w:type="spellStart"/>
      <w:r>
        <w:rPr>
          <w:lang w:val="ru-RU"/>
        </w:rPr>
        <w:t>указуется</w:t>
      </w:r>
      <w:proofErr w:type="spellEnd"/>
      <w:r>
        <w:rPr>
          <w:lang w:val="ru-RU"/>
        </w:rPr>
        <w:t xml:space="preserve"> на цель человеческой жизни, коя (цель) обозначается словом </w:t>
      </w:r>
      <w:proofErr w:type="spellStart"/>
      <w:r>
        <w:rPr>
          <w:rStyle w:val="TextTranslationItalic"/>
          <w:lang w:val="ru-RU"/>
        </w:rPr>
        <w:t>прайоджана</w:t>
      </w:r>
      <w:proofErr w:type="spellEnd"/>
      <w:r>
        <w:rPr>
          <w:lang w:val="ru-RU"/>
        </w:rPr>
        <w:t>. Эта цель — счастье чистой любви, что связывает душу с Неотразимым. Из этого в свою очередь становится ясен способ достижения [</w:t>
      </w:r>
      <w:proofErr w:type="spellStart"/>
      <w:r>
        <w:rPr>
          <w:rStyle w:val="TextTranslationItalic"/>
          <w:lang w:val="ru-RU"/>
        </w:rPr>
        <w:t>абхидея</w:t>
      </w:r>
      <w:proofErr w:type="spellEnd"/>
      <w:r>
        <w:rPr>
          <w:lang w:val="ru-RU"/>
        </w:rPr>
        <w:t>] цели — это такой</w:t>
      </w:r>
      <w:r w:rsidRPr="00BB27ED">
        <w:rPr>
          <w:lang w:val="ru-RU"/>
        </w:rPr>
        <w:t xml:space="preserve"> способ почитания Его, который порождает чистую к Нему любовь. Сказитель </w:t>
      </w:r>
      <w:r w:rsidRPr="00BB27ED">
        <w:rPr>
          <w:i/>
          <w:lang w:val="ru-RU"/>
        </w:rPr>
        <w:t>Шри</w:t>
      </w:r>
      <w:r w:rsidRPr="00BB27ED">
        <w:rPr>
          <w:lang w:val="ru-RU"/>
        </w:rPr>
        <w:t xml:space="preserve"> </w:t>
      </w:r>
      <w:proofErr w:type="spellStart"/>
      <w:r w:rsidRPr="00BB27ED">
        <w:rPr>
          <w:i/>
          <w:lang w:val="ru-RU"/>
        </w:rPr>
        <w:t>Бхагаваты</w:t>
      </w:r>
      <w:proofErr w:type="spellEnd"/>
      <w:r w:rsidRPr="00BB27ED">
        <w:rPr>
          <w:lang w:val="ru-RU"/>
        </w:rPr>
        <w:t xml:space="preserve"> Шука назван в данном стихе "сыном </w:t>
      </w:r>
      <w:proofErr w:type="spellStart"/>
      <w:r w:rsidRPr="00BB27ED">
        <w:rPr>
          <w:lang w:val="ru-RU"/>
        </w:rPr>
        <w:t>Вьясы</w:t>
      </w:r>
      <w:proofErr w:type="spellEnd"/>
      <w:r w:rsidRPr="00BB27ED">
        <w:rPr>
          <w:lang w:val="ru-RU"/>
        </w:rPr>
        <w:t xml:space="preserve">", потому как он, согласно </w:t>
      </w:r>
      <w:r w:rsidRPr="00BB27ED">
        <w:rPr>
          <w:rStyle w:val="TextTranslationItalic"/>
          <w:lang w:val="ru-RU"/>
        </w:rPr>
        <w:t>Брахма</w:t>
      </w:r>
      <w:r w:rsidRPr="00BB27ED">
        <w:rPr>
          <w:lang w:val="ru-RU"/>
        </w:rPr>
        <w:t>-</w:t>
      </w:r>
      <w:proofErr w:type="spellStart"/>
      <w:r w:rsidRPr="00BB27ED">
        <w:rPr>
          <w:rStyle w:val="TextTranslationItalic"/>
          <w:lang w:val="ru-RU"/>
        </w:rPr>
        <w:t>вайварта</w:t>
      </w:r>
      <w:proofErr w:type="spellEnd"/>
      <w:r w:rsidRPr="00BB27ED">
        <w:rPr>
          <w:lang w:val="ru-RU"/>
        </w:rPr>
        <w:t xml:space="preserve"> </w:t>
      </w:r>
      <w:proofErr w:type="spellStart"/>
      <w:r w:rsidRPr="00BB27ED">
        <w:rPr>
          <w:rStyle w:val="TextTranslationItalic"/>
          <w:lang w:val="ru-RU"/>
        </w:rPr>
        <w:t>Пуране</w:t>
      </w:r>
      <w:proofErr w:type="spellEnd"/>
      <w:r w:rsidRPr="00BB27ED">
        <w:rPr>
          <w:lang w:val="ru-RU"/>
        </w:rPr>
        <w:t>, был погружен в блаженство единения с Единым [</w:t>
      </w:r>
      <w:r w:rsidRPr="00BB27ED">
        <w:rPr>
          <w:i/>
          <w:lang w:val="ru-RU"/>
        </w:rPr>
        <w:t>Брахман</w:t>
      </w:r>
      <w:r w:rsidRPr="00BB27ED">
        <w:rPr>
          <w:lang w:val="ru-RU"/>
        </w:rPr>
        <w:t>], затем увлекся сказанием о Непорочном, затем милостью Кришны повед</w:t>
      </w:r>
      <w:r>
        <w:rPr>
          <w:lang w:val="ru-RU"/>
        </w:rPr>
        <w:t xml:space="preserve">ал </w:t>
      </w:r>
      <w:r>
        <w:rPr>
          <w:i/>
          <w:lang w:val="ru-RU"/>
        </w:rPr>
        <w:t>Шри</w:t>
      </w:r>
      <w:r>
        <w:rPr>
          <w:lang w:val="ru-RU"/>
        </w:rPr>
        <w:t xml:space="preserve"> </w:t>
      </w:r>
      <w:proofErr w:type="spellStart"/>
      <w:r>
        <w:rPr>
          <w:i/>
          <w:lang w:val="ru-RU"/>
        </w:rPr>
        <w:t>Бхагавату</w:t>
      </w:r>
      <w:proofErr w:type="spellEnd"/>
      <w:r>
        <w:rPr>
          <w:lang w:val="ru-RU"/>
        </w:rPr>
        <w:t>.</w:t>
      </w:r>
    </w:p>
    <w:p w14:paraId="379F388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2492713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 xml:space="preserve"> 30</w:t>
      </w:r>
      <w:r w:rsidR="00602896">
        <w:rPr>
          <w:b/>
          <w:lang w:val="ru-RU"/>
        </w:rPr>
        <w:t>.</w:t>
      </w:r>
    </w:p>
    <w:p w14:paraId="7B6D0A6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134C6B2" w14:textId="77777777" w:rsidR="00602896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Похожая мысль прослежив</w:t>
      </w:r>
      <w:r w:rsidR="00150EC6" w:rsidRPr="00DA0238">
        <w:rPr>
          <w:lang w:val="ru-RU"/>
        </w:rPr>
        <w:t>ается в рассуждениях первого расс</w:t>
      </w:r>
      <w:r w:rsidRPr="00DA0238">
        <w:rPr>
          <w:lang w:val="ru-RU"/>
        </w:rPr>
        <w:t xml:space="preserve">казчика </w:t>
      </w:r>
      <w:proofErr w:type="spellStart"/>
      <w:r w:rsidR="001A5EB6" w:rsidRPr="00DA0238">
        <w:rPr>
          <w:rStyle w:val="TextTranslationItalic"/>
          <w:lang w:val="ru-RU"/>
        </w:rPr>
        <w:t>Шримад-Бхагава</w:t>
      </w:r>
      <w:r w:rsidRPr="00DA0238">
        <w:rPr>
          <w:rStyle w:val="TextTranslationItalic"/>
          <w:lang w:val="ru-RU"/>
        </w:rPr>
        <w:t>там</w:t>
      </w:r>
      <w:proofErr w:type="spellEnd"/>
      <w:r w:rsidRPr="00DA0238">
        <w:rPr>
          <w:lang w:val="ru-RU"/>
        </w:rPr>
        <w:t xml:space="preserve"> Шри </w:t>
      </w:r>
      <w:proofErr w:type="spellStart"/>
      <w:r w:rsidRPr="00DA0238">
        <w:rPr>
          <w:lang w:val="ru-RU"/>
        </w:rPr>
        <w:t>Вьясадевы</w:t>
      </w:r>
      <w:proofErr w:type="spellEnd"/>
      <w:r w:rsidRPr="00DA0238">
        <w:rPr>
          <w:rStyle w:val="TextTranslationItalic"/>
          <w:lang w:val="ru-RU"/>
        </w:rPr>
        <w:t>,</w:t>
      </w:r>
      <w:r w:rsidRPr="00DA0238">
        <w:rPr>
          <w:lang w:val="ru-RU"/>
        </w:rPr>
        <w:t xml:space="preserve"> прежде чем он приступил к написанию главного труда своей жизни:</w:t>
      </w:r>
    </w:p>
    <w:p w14:paraId="00B753D7" w14:textId="77777777" w:rsidR="000E05E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 </w:t>
      </w:r>
    </w:p>
    <w:p w14:paraId="141802ED" w14:textId="77777777" w:rsidR="000E05E8" w:rsidRPr="000E05E8" w:rsidRDefault="000E05E8" w:rsidP="000E05E8">
      <w:pPr>
        <w:pStyle w:val="TextTranslation"/>
        <w:ind w:firstLine="180"/>
        <w:rPr>
          <w:i/>
          <w:lang w:val="ru-RU"/>
        </w:rPr>
      </w:pPr>
      <w:r w:rsidRPr="000E05E8">
        <w:rPr>
          <w:i/>
          <w:lang w:val="ru-RU"/>
        </w:rPr>
        <w:t>бхакти-</w:t>
      </w:r>
      <w:proofErr w:type="spellStart"/>
      <w:r w:rsidRPr="000E05E8">
        <w:rPr>
          <w:i/>
          <w:lang w:val="ru-RU"/>
        </w:rPr>
        <w:t>йогена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манаси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самйак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пранихите</w:t>
      </w:r>
      <w:proofErr w:type="spellEnd"/>
      <w:r w:rsidRPr="000E05E8">
        <w:rPr>
          <w:i/>
          <w:lang w:val="ru-RU"/>
        </w:rPr>
        <w:t xml:space="preserve"> ’</w:t>
      </w:r>
      <w:proofErr w:type="spellStart"/>
      <w:r w:rsidRPr="000E05E8">
        <w:rPr>
          <w:i/>
          <w:lang w:val="ru-RU"/>
        </w:rPr>
        <w:t>мале</w:t>
      </w:r>
      <w:proofErr w:type="spellEnd"/>
    </w:p>
    <w:p w14:paraId="7834EAD4" w14:textId="77777777" w:rsidR="000E05E8" w:rsidRPr="000E05E8" w:rsidRDefault="000E05E8" w:rsidP="000E05E8">
      <w:pPr>
        <w:pStyle w:val="TextTranslation"/>
        <w:ind w:firstLine="180"/>
        <w:rPr>
          <w:i/>
          <w:lang w:val="ru-RU"/>
        </w:rPr>
      </w:pPr>
      <w:proofErr w:type="spellStart"/>
      <w:r w:rsidRPr="000E05E8">
        <w:rPr>
          <w:i/>
          <w:lang w:val="ru-RU"/>
        </w:rPr>
        <w:t>апашйат</w:t>
      </w:r>
      <w:proofErr w:type="spellEnd"/>
      <w:r w:rsidRPr="000E05E8">
        <w:rPr>
          <w:i/>
          <w:lang w:val="ru-RU"/>
        </w:rPr>
        <w:t xml:space="preserve"> пурушам </w:t>
      </w:r>
      <w:proofErr w:type="spellStart"/>
      <w:r w:rsidRPr="000E05E8">
        <w:rPr>
          <w:i/>
          <w:lang w:val="ru-RU"/>
        </w:rPr>
        <w:t>пурнам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майам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ча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тад-апашрайам</w:t>
      </w:r>
      <w:proofErr w:type="spellEnd"/>
    </w:p>
    <w:p w14:paraId="2121BD38" w14:textId="77777777" w:rsidR="000E05E8" w:rsidRDefault="000E05E8" w:rsidP="004E41B6">
      <w:pPr>
        <w:pStyle w:val="TextTranslation"/>
        <w:ind w:firstLine="180"/>
        <w:rPr>
          <w:lang w:val="ru-RU"/>
        </w:rPr>
      </w:pPr>
    </w:p>
    <w:p w14:paraId="2664C252" w14:textId="77777777" w:rsidR="003B67ED" w:rsidRDefault="002B41BF" w:rsidP="0098346E">
      <w:pPr>
        <w:pStyle w:val="TextTranslation"/>
        <w:rPr>
          <w:lang w:val="ru-RU"/>
        </w:rPr>
      </w:pPr>
      <w:r w:rsidRPr="00DA0238">
        <w:rPr>
          <w:lang w:val="ru-RU"/>
        </w:rPr>
        <w:t xml:space="preserve">"Исполнить свой долг и быть свободным — две взаимоисключающие потребности души. И можно ли осуществить обе, не ущемляя своего естества? — размышлял Вьяса. — Как объединить два противоположных стремления? </w:t>
      </w:r>
      <w:proofErr w:type="spellStart"/>
      <w:r w:rsidRPr="00DA0238">
        <w:rPr>
          <w:lang w:val="ru-RU"/>
        </w:rPr>
        <w:t>Нарада</w:t>
      </w:r>
      <w:proofErr w:type="spellEnd"/>
      <w:r w:rsidRPr="00DA0238">
        <w:rPr>
          <w:lang w:val="ru-RU"/>
        </w:rPr>
        <w:t xml:space="preserve"> прав: лишь любовь к Прекрасному согласует эти противоречия</w:t>
      </w:r>
      <w:r w:rsidR="0098346E">
        <w:rPr>
          <w:lang w:val="ru-RU"/>
        </w:rPr>
        <w:t xml:space="preserve">. </w:t>
      </w:r>
      <w:r w:rsidR="0098346E" w:rsidRPr="0098346E">
        <w:rPr>
          <w:lang w:val="ru-RU"/>
        </w:rPr>
        <w:t xml:space="preserve">Так в раздумьях, омыв помыслы свои от скверны и устремившись к служению Единому, Вьяса узрел </w:t>
      </w:r>
      <w:r w:rsidR="0098346E" w:rsidRPr="0098346E">
        <w:rPr>
          <w:lang w:val="ru-RU"/>
        </w:rPr>
        <w:lastRenderedPageBreak/>
        <w:t>Совершенное Существо и подле Него Его обольстительную Силу</w:t>
      </w:r>
      <w:r w:rsidR="005A5B17">
        <w:rPr>
          <w:lang w:val="ru-RU"/>
        </w:rPr>
        <w:t>"</w:t>
      </w:r>
      <w:r w:rsidRPr="00DA0238">
        <w:rPr>
          <w:lang w:val="ru-RU"/>
        </w:rPr>
        <w:t>.</w:t>
      </w:r>
      <w:r w:rsidR="000B7281">
        <w:rPr>
          <w:lang w:val="ru-RU"/>
        </w:rPr>
        <w:t xml:space="preserve"> </w:t>
      </w:r>
      <w:r w:rsidR="000B7281" w:rsidRPr="00DA0238">
        <w:rPr>
          <w:lang w:val="ru-RU"/>
        </w:rPr>
        <w:t>(</w:t>
      </w:r>
      <w:proofErr w:type="spellStart"/>
      <w:r w:rsidR="000B7281" w:rsidRPr="00DA0238">
        <w:rPr>
          <w:rStyle w:val="TextTranslationItalic"/>
          <w:lang w:val="ru-RU"/>
        </w:rPr>
        <w:t>Шри</w:t>
      </w:r>
      <w:r w:rsidR="000B7281">
        <w:rPr>
          <w:rStyle w:val="TextTranslationItalic"/>
          <w:lang w:val="ru-RU"/>
        </w:rPr>
        <w:t>мад-</w:t>
      </w:r>
      <w:r w:rsidR="000B7281" w:rsidRPr="00DA0238">
        <w:rPr>
          <w:rStyle w:val="TextTranslationItalic"/>
          <w:lang w:val="ru-RU"/>
        </w:rPr>
        <w:t>Бхагавата</w:t>
      </w:r>
      <w:r w:rsidR="000B7281">
        <w:rPr>
          <w:rStyle w:val="TextTranslationItalic"/>
          <w:lang w:val="ru-RU"/>
        </w:rPr>
        <w:t>м</w:t>
      </w:r>
      <w:proofErr w:type="spellEnd"/>
      <w:r w:rsidR="000B7281">
        <w:rPr>
          <w:lang w:val="ru-RU"/>
        </w:rPr>
        <w:t xml:space="preserve"> 1.7.4</w:t>
      </w:r>
      <w:r w:rsidR="000B7281" w:rsidRPr="00DA0238">
        <w:rPr>
          <w:lang w:val="ru-RU"/>
        </w:rPr>
        <w:t>).</w:t>
      </w:r>
    </w:p>
    <w:p w14:paraId="027F8761" w14:textId="77777777" w:rsidR="000E05E8" w:rsidRDefault="000E05E8" w:rsidP="000E05E8">
      <w:pPr>
        <w:pStyle w:val="TextTranslation"/>
        <w:ind w:firstLine="180"/>
        <w:rPr>
          <w:lang w:val="ru-RU"/>
        </w:rPr>
      </w:pPr>
    </w:p>
    <w:p w14:paraId="71794191" w14:textId="77777777" w:rsidR="000E05E8" w:rsidRPr="000B7281" w:rsidRDefault="000E05E8" w:rsidP="000E05E8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йайа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саммохито</w:t>
      </w:r>
      <w:proofErr w:type="spellEnd"/>
      <w:r w:rsidRPr="000B7281">
        <w:rPr>
          <w:i/>
          <w:lang w:val="ru-RU"/>
        </w:rPr>
        <w:t xml:space="preserve"> джива </w:t>
      </w:r>
      <w:proofErr w:type="spellStart"/>
      <w:r w:rsidRPr="000B7281">
        <w:rPr>
          <w:i/>
          <w:lang w:val="ru-RU"/>
        </w:rPr>
        <w:t>атманам</w:t>
      </w:r>
      <w:proofErr w:type="spellEnd"/>
      <w:r w:rsidRPr="000B7281">
        <w:rPr>
          <w:i/>
          <w:lang w:val="ru-RU"/>
        </w:rPr>
        <w:t xml:space="preserve"> три-</w:t>
      </w:r>
      <w:proofErr w:type="spellStart"/>
      <w:r w:rsidRPr="000B7281">
        <w:rPr>
          <w:i/>
          <w:lang w:val="ru-RU"/>
        </w:rPr>
        <w:t>гунатмакам</w:t>
      </w:r>
      <w:proofErr w:type="spellEnd"/>
    </w:p>
    <w:p w14:paraId="53D553C2" w14:textId="77777777" w:rsidR="000E05E8" w:rsidRPr="000B7281" w:rsidRDefault="000E05E8" w:rsidP="000E05E8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паро</w:t>
      </w:r>
      <w:proofErr w:type="spellEnd"/>
      <w:r w:rsidRPr="000B7281">
        <w:rPr>
          <w:i/>
          <w:lang w:val="ru-RU"/>
        </w:rPr>
        <w:t xml:space="preserve"> ’пи </w:t>
      </w:r>
      <w:proofErr w:type="spellStart"/>
      <w:r w:rsidRPr="000B7281">
        <w:rPr>
          <w:i/>
          <w:lang w:val="ru-RU"/>
        </w:rPr>
        <w:t>мануте</w:t>
      </w:r>
      <w:proofErr w:type="spellEnd"/>
      <w:r w:rsidRPr="000B7281">
        <w:rPr>
          <w:i/>
          <w:lang w:val="ru-RU"/>
        </w:rPr>
        <w:t xml:space="preserve"> ’</w:t>
      </w:r>
      <w:proofErr w:type="spellStart"/>
      <w:r w:rsidRPr="000B7281">
        <w:rPr>
          <w:i/>
          <w:lang w:val="ru-RU"/>
        </w:rPr>
        <w:t>нартхам</w:t>
      </w:r>
      <w:proofErr w:type="spellEnd"/>
      <w:r w:rsidRPr="000B7281">
        <w:rPr>
          <w:i/>
          <w:lang w:val="ru-RU"/>
        </w:rPr>
        <w:t xml:space="preserve"> тат-</w:t>
      </w:r>
      <w:proofErr w:type="spellStart"/>
      <w:r w:rsidRPr="000B7281">
        <w:rPr>
          <w:i/>
          <w:lang w:val="ru-RU"/>
        </w:rPr>
        <w:t>критам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чабхипадйате</w:t>
      </w:r>
      <w:proofErr w:type="spellEnd"/>
    </w:p>
    <w:p w14:paraId="39FB2274" w14:textId="77777777" w:rsidR="000E05E8" w:rsidRDefault="000E05E8" w:rsidP="000E05E8">
      <w:pPr>
        <w:pStyle w:val="TextTranslation"/>
        <w:ind w:firstLine="180"/>
        <w:rPr>
          <w:lang w:val="ru-RU"/>
        </w:rPr>
      </w:pPr>
    </w:p>
    <w:p w14:paraId="726581F9" w14:textId="77777777" w:rsidR="003B67ED" w:rsidRPr="00DA0238" w:rsidRDefault="005A5B17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</w:t>
      </w:r>
      <w:r w:rsidR="002B41BF" w:rsidRPr="00DA0238">
        <w:rPr>
          <w:lang w:val="ru-RU"/>
        </w:rPr>
        <w:t xml:space="preserve">Что до страданий, кои всецело происходят от </w:t>
      </w:r>
      <w:r w:rsidR="00DB7E3B">
        <w:rPr>
          <w:lang w:val="ru-RU"/>
        </w:rPr>
        <w:t xml:space="preserve">обольщения </w:t>
      </w:r>
      <w:r w:rsidR="002B41BF" w:rsidRPr="00DA0238">
        <w:rPr>
          <w:lang w:val="ru-RU"/>
        </w:rPr>
        <w:t>неверного понимания себя, они уйдут сами собой, стоит душе выразить свою изначальную природу свободной рабы Прекрасного Владыки</w:t>
      </w:r>
      <w:r>
        <w:rPr>
          <w:lang w:val="ru-RU"/>
        </w:rPr>
        <w:t>"</w:t>
      </w:r>
      <w:r w:rsidR="002B41BF" w:rsidRPr="00DA0238">
        <w:rPr>
          <w:lang w:val="ru-RU"/>
        </w:rPr>
        <w:t xml:space="preserve">. </w:t>
      </w:r>
      <w:r w:rsidR="000B7281" w:rsidRPr="00DA0238">
        <w:rPr>
          <w:lang w:val="ru-RU"/>
        </w:rPr>
        <w:t>(</w:t>
      </w:r>
      <w:proofErr w:type="spellStart"/>
      <w:r w:rsidR="000B7281" w:rsidRPr="00DA0238">
        <w:rPr>
          <w:rStyle w:val="TextTranslationItalic"/>
          <w:lang w:val="ru-RU"/>
        </w:rPr>
        <w:t>Шри</w:t>
      </w:r>
      <w:r w:rsidR="000B7281">
        <w:rPr>
          <w:rStyle w:val="TextTranslationItalic"/>
          <w:lang w:val="ru-RU"/>
        </w:rPr>
        <w:t>мад-</w:t>
      </w:r>
      <w:r w:rsidR="000B7281" w:rsidRPr="00DA0238">
        <w:rPr>
          <w:rStyle w:val="TextTranslationItalic"/>
          <w:lang w:val="ru-RU"/>
        </w:rPr>
        <w:t>Бхагавата</w:t>
      </w:r>
      <w:r w:rsidR="000B7281">
        <w:rPr>
          <w:rStyle w:val="TextTranslationItalic"/>
          <w:lang w:val="ru-RU"/>
        </w:rPr>
        <w:t>м</w:t>
      </w:r>
      <w:proofErr w:type="spellEnd"/>
      <w:r w:rsidR="000B7281">
        <w:rPr>
          <w:lang w:val="ru-RU"/>
        </w:rPr>
        <w:t xml:space="preserve"> 1.7.5</w:t>
      </w:r>
      <w:r w:rsidR="000B7281" w:rsidRPr="00DA0238">
        <w:rPr>
          <w:lang w:val="ru-RU"/>
        </w:rPr>
        <w:t>).</w:t>
      </w:r>
    </w:p>
    <w:p w14:paraId="3B38126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1262D37" w14:textId="77777777" w:rsidR="000B7281" w:rsidRPr="000B7281" w:rsidRDefault="000B7281" w:rsidP="000B7281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анартхопашамам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сакшад</w:t>
      </w:r>
      <w:proofErr w:type="spellEnd"/>
      <w:r w:rsidRPr="000B7281">
        <w:rPr>
          <w:i/>
          <w:lang w:val="ru-RU"/>
        </w:rPr>
        <w:t xml:space="preserve"> бхакти-йогам </w:t>
      </w:r>
      <w:proofErr w:type="spellStart"/>
      <w:r w:rsidRPr="000B7281">
        <w:rPr>
          <w:i/>
          <w:lang w:val="ru-RU"/>
        </w:rPr>
        <w:t>адхокшадже</w:t>
      </w:r>
      <w:proofErr w:type="spellEnd"/>
    </w:p>
    <w:p w14:paraId="60A17B3C" w14:textId="77777777" w:rsidR="000B7281" w:rsidRPr="000B7281" w:rsidRDefault="000B7281" w:rsidP="000B7281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локасйаджанато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видвамш</w:t>
      </w:r>
      <w:proofErr w:type="spellEnd"/>
      <w:r w:rsidRPr="000B7281">
        <w:rPr>
          <w:i/>
          <w:lang w:val="ru-RU"/>
        </w:rPr>
        <w:t xml:space="preserve"> чакре </w:t>
      </w:r>
      <w:proofErr w:type="spellStart"/>
      <w:r w:rsidRPr="000B7281">
        <w:rPr>
          <w:i/>
          <w:lang w:val="ru-RU"/>
        </w:rPr>
        <w:t>сатвата-самхитам</w:t>
      </w:r>
      <w:proofErr w:type="spellEnd"/>
    </w:p>
    <w:p w14:paraId="2E0187FC" w14:textId="77777777" w:rsidR="000B7281" w:rsidRDefault="000B7281" w:rsidP="004E41B6">
      <w:pPr>
        <w:pStyle w:val="TextTranslation"/>
        <w:ind w:firstLine="180"/>
        <w:rPr>
          <w:lang w:val="ru-RU"/>
        </w:rPr>
      </w:pPr>
    </w:p>
    <w:p w14:paraId="0BCAAA90" w14:textId="77777777" w:rsidR="003B67ED" w:rsidRPr="00DA0238" w:rsidRDefault="005A5B17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</w:t>
      </w:r>
      <w:r w:rsidR="002B41BF" w:rsidRPr="00DA0238">
        <w:rPr>
          <w:lang w:val="ru-RU"/>
        </w:rPr>
        <w:t>Самозабвенное служение дарует душе счастье и избавляет от страданий, которые совершенно чужды ее природе. Пожалуй, лучшее, что я могу сделать для людей, — это поведать им о служении Прекрасному</w:t>
      </w:r>
      <w:r>
        <w:rPr>
          <w:lang w:val="ru-RU"/>
        </w:rPr>
        <w:t>"</w:t>
      </w:r>
      <w:r w:rsidR="002B41BF" w:rsidRPr="00DA0238">
        <w:rPr>
          <w:lang w:val="ru-RU"/>
        </w:rPr>
        <w:t xml:space="preserve">. </w:t>
      </w:r>
      <w:r w:rsidR="000B7281" w:rsidRPr="00DA0238">
        <w:rPr>
          <w:lang w:val="ru-RU"/>
        </w:rPr>
        <w:t>(</w:t>
      </w:r>
      <w:proofErr w:type="spellStart"/>
      <w:r w:rsidR="000B7281" w:rsidRPr="00DA0238">
        <w:rPr>
          <w:rStyle w:val="TextTranslationItalic"/>
          <w:lang w:val="ru-RU"/>
        </w:rPr>
        <w:t>Шри</w:t>
      </w:r>
      <w:r w:rsidR="000B7281">
        <w:rPr>
          <w:rStyle w:val="TextTranslationItalic"/>
          <w:lang w:val="ru-RU"/>
        </w:rPr>
        <w:t>мад-</w:t>
      </w:r>
      <w:r w:rsidR="000B7281" w:rsidRPr="00DA0238">
        <w:rPr>
          <w:rStyle w:val="TextTranslationItalic"/>
          <w:lang w:val="ru-RU"/>
        </w:rPr>
        <w:t>Бхагавата</w:t>
      </w:r>
      <w:r w:rsidR="000B7281">
        <w:rPr>
          <w:rStyle w:val="TextTranslationItalic"/>
          <w:lang w:val="ru-RU"/>
        </w:rPr>
        <w:t>м</w:t>
      </w:r>
      <w:proofErr w:type="spellEnd"/>
      <w:r w:rsidR="000B7281">
        <w:rPr>
          <w:lang w:val="ru-RU"/>
        </w:rPr>
        <w:t xml:space="preserve"> 1.7.6</w:t>
      </w:r>
      <w:r w:rsidR="000B7281" w:rsidRPr="00DA0238">
        <w:rPr>
          <w:lang w:val="ru-RU"/>
        </w:rPr>
        <w:t>).</w:t>
      </w:r>
    </w:p>
    <w:p w14:paraId="78FE0BE2" w14:textId="77777777" w:rsidR="003B67ED" w:rsidRDefault="003B67ED" w:rsidP="004E41B6">
      <w:pPr>
        <w:ind w:firstLine="180"/>
        <w:rPr>
          <w:b/>
          <w:lang w:val="ru-RU"/>
        </w:rPr>
      </w:pPr>
    </w:p>
    <w:p w14:paraId="451AD86F" w14:textId="77777777" w:rsidR="000B7281" w:rsidRPr="000B7281" w:rsidRDefault="000B7281" w:rsidP="000B7281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йасйам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ваи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шруйаманайам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кришне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парама</w:t>
      </w:r>
      <w:proofErr w:type="spellEnd"/>
      <w:r w:rsidRPr="000B7281">
        <w:rPr>
          <w:i/>
          <w:lang w:val="ru-RU"/>
        </w:rPr>
        <w:t>-пуруше</w:t>
      </w:r>
    </w:p>
    <w:p w14:paraId="31EDF36A" w14:textId="77777777" w:rsidR="000B7281" w:rsidRPr="000B7281" w:rsidRDefault="000B7281" w:rsidP="000B7281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бхактир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утпадйате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пумсах</w:t>
      </w:r>
      <w:proofErr w:type="spellEnd"/>
      <w:r w:rsidRPr="000B7281">
        <w:rPr>
          <w:i/>
          <w:lang w:val="ru-RU"/>
        </w:rPr>
        <w:t xml:space="preserve"> шока-</w:t>
      </w:r>
      <w:proofErr w:type="spellStart"/>
      <w:r w:rsidRPr="000B7281">
        <w:rPr>
          <w:i/>
          <w:lang w:val="ru-RU"/>
        </w:rPr>
        <w:t>моха</w:t>
      </w:r>
      <w:proofErr w:type="spellEnd"/>
      <w:r w:rsidRPr="000B7281">
        <w:rPr>
          <w:i/>
          <w:lang w:val="ru-RU"/>
        </w:rPr>
        <w:t>-</w:t>
      </w:r>
      <w:proofErr w:type="spellStart"/>
      <w:r w:rsidRPr="000B7281">
        <w:rPr>
          <w:i/>
          <w:lang w:val="ru-RU"/>
        </w:rPr>
        <w:t>бхайапаха</w:t>
      </w:r>
      <w:proofErr w:type="spellEnd"/>
    </w:p>
    <w:p w14:paraId="10A0023A" w14:textId="77777777" w:rsidR="000B7281" w:rsidRDefault="000B7281" w:rsidP="000B7281">
      <w:pPr>
        <w:pStyle w:val="TextTranslation"/>
        <w:ind w:firstLine="180"/>
        <w:rPr>
          <w:lang w:val="ru-RU"/>
        </w:rPr>
      </w:pPr>
    </w:p>
    <w:p w14:paraId="658220F1" w14:textId="77777777" w:rsidR="003B67ED" w:rsidRPr="00DA0238" w:rsidRDefault="005A5B17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</w:t>
      </w:r>
      <w:r w:rsidR="002B41BF" w:rsidRPr="00DA0238">
        <w:rPr>
          <w:lang w:val="ru-RU"/>
        </w:rPr>
        <w:t>Мой долг — рассказать о Кришне таким способом, чтобы всякий, услышавший мою повесть, ощутил в душе неодолимое влечение служить Кришне. Тогда он позабудет о горестях, страхах и тревогах</w:t>
      </w:r>
      <w:r w:rsidR="00625787" w:rsidRPr="00DA0238">
        <w:rPr>
          <w:lang w:val="ru-RU"/>
        </w:rPr>
        <w:t>"</w:t>
      </w:r>
      <w:r w:rsidR="002B41BF" w:rsidRPr="00DA0238">
        <w:rPr>
          <w:lang w:val="ru-RU"/>
        </w:rPr>
        <w:t>.</w:t>
      </w:r>
      <w:r w:rsidR="000B7281">
        <w:rPr>
          <w:lang w:val="ru-RU"/>
        </w:rPr>
        <w:t xml:space="preserve"> </w:t>
      </w:r>
      <w:r w:rsidR="000B7281" w:rsidRPr="00DA0238">
        <w:rPr>
          <w:lang w:val="ru-RU"/>
        </w:rPr>
        <w:t>(</w:t>
      </w:r>
      <w:proofErr w:type="spellStart"/>
      <w:r w:rsidR="000B7281" w:rsidRPr="00DA0238">
        <w:rPr>
          <w:rStyle w:val="TextTranslationItalic"/>
          <w:lang w:val="ru-RU"/>
        </w:rPr>
        <w:t>Шри</w:t>
      </w:r>
      <w:r w:rsidR="000B7281">
        <w:rPr>
          <w:rStyle w:val="TextTranslationItalic"/>
          <w:lang w:val="ru-RU"/>
        </w:rPr>
        <w:t>мад-</w:t>
      </w:r>
      <w:r w:rsidR="000B7281" w:rsidRPr="00DA0238">
        <w:rPr>
          <w:rStyle w:val="TextTranslationItalic"/>
          <w:lang w:val="ru-RU"/>
        </w:rPr>
        <w:t>Бхагавата</w:t>
      </w:r>
      <w:r w:rsidR="000B7281">
        <w:rPr>
          <w:rStyle w:val="TextTranslationItalic"/>
          <w:lang w:val="ru-RU"/>
        </w:rPr>
        <w:t>м</w:t>
      </w:r>
      <w:proofErr w:type="spellEnd"/>
      <w:r w:rsidR="000B7281">
        <w:rPr>
          <w:lang w:val="ru-RU"/>
        </w:rPr>
        <w:t xml:space="preserve"> 1.7.7</w:t>
      </w:r>
      <w:r w:rsidR="000B7281" w:rsidRPr="00DA0238">
        <w:rPr>
          <w:lang w:val="ru-RU"/>
        </w:rPr>
        <w:t>).</w:t>
      </w:r>
    </w:p>
    <w:p w14:paraId="4C36AE64" w14:textId="77777777" w:rsidR="003B67ED" w:rsidRDefault="003B67ED" w:rsidP="004E41B6">
      <w:pPr>
        <w:ind w:firstLine="180"/>
        <w:rPr>
          <w:b/>
          <w:lang w:val="ru-RU"/>
        </w:rPr>
      </w:pPr>
    </w:p>
    <w:p w14:paraId="68CD214B" w14:textId="77777777" w:rsidR="000B7281" w:rsidRPr="000B7281" w:rsidRDefault="000B7281" w:rsidP="000B7281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са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самхитам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бхагаватим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критванукрамйа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чатма-джам</w:t>
      </w:r>
      <w:proofErr w:type="spellEnd"/>
    </w:p>
    <w:p w14:paraId="20833AD3" w14:textId="77777777" w:rsidR="000B7281" w:rsidRPr="000B7281" w:rsidRDefault="000B7281" w:rsidP="000B7281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шукам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адхйапайам</w:t>
      </w:r>
      <w:proofErr w:type="spellEnd"/>
      <w:r w:rsidRPr="000B7281">
        <w:rPr>
          <w:i/>
          <w:lang w:val="ru-RU"/>
        </w:rPr>
        <w:t xml:space="preserve"> аса </w:t>
      </w:r>
      <w:proofErr w:type="spellStart"/>
      <w:r w:rsidRPr="000B7281">
        <w:rPr>
          <w:i/>
          <w:lang w:val="ru-RU"/>
        </w:rPr>
        <w:t>нивритти-ниратам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муних</w:t>
      </w:r>
      <w:proofErr w:type="spellEnd"/>
    </w:p>
    <w:p w14:paraId="65747ECD" w14:textId="77777777" w:rsidR="000B7281" w:rsidRDefault="000B7281" w:rsidP="000B7281">
      <w:pPr>
        <w:pStyle w:val="TextTranslation"/>
        <w:ind w:firstLine="180"/>
        <w:rPr>
          <w:lang w:val="ru-RU"/>
        </w:rPr>
      </w:pPr>
    </w:p>
    <w:p w14:paraId="4131699F" w14:textId="77777777" w:rsidR="003B67ED" w:rsidRPr="00BB27ED" w:rsidRDefault="005A5B17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"Вдохновленный этой мысль</w:t>
      </w:r>
      <w:r w:rsidRPr="00BB27ED">
        <w:rPr>
          <w:lang w:val="ru-RU"/>
        </w:rPr>
        <w:t>ю, Вьяса собрал воедино все сказания о Всевышнем, осмыслил их, упорядочил и огласил своему сыну, блаженному Шуке, который ни единой нитью не был связан с миром вещей". (</w:t>
      </w:r>
      <w:proofErr w:type="spellStart"/>
      <w:r w:rsidRPr="00BB27ED">
        <w:rPr>
          <w:rStyle w:val="TextTranslationItalic"/>
          <w:lang w:val="ru-RU"/>
        </w:rPr>
        <w:t>Шримад-Бхагаватам</w:t>
      </w:r>
      <w:proofErr w:type="spellEnd"/>
      <w:r w:rsidRPr="00BB27ED">
        <w:rPr>
          <w:lang w:val="ru-RU"/>
        </w:rPr>
        <w:t xml:space="preserve"> 1.7.8).</w:t>
      </w:r>
    </w:p>
    <w:p w14:paraId="1FADC8DD" w14:textId="77777777" w:rsidR="003B67ED" w:rsidRPr="00BB27ED" w:rsidRDefault="003B67ED" w:rsidP="004E41B6">
      <w:pPr>
        <w:ind w:firstLine="180"/>
        <w:rPr>
          <w:b/>
          <w:lang w:val="ru-RU"/>
        </w:rPr>
      </w:pPr>
    </w:p>
    <w:p w14:paraId="68FF806D" w14:textId="77777777" w:rsidR="000B7281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Далее </w:t>
      </w:r>
      <w:proofErr w:type="spellStart"/>
      <w:r w:rsidRPr="00DA0238">
        <w:rPr>
          <w:lang w:val="ru-RU"/>
        </w:rPr>
        <w:t>Шаунака</w:t>
      </w:r>
      <w:proofErr w:type="spellEnd"/>
      <w:r w:rsidRPr="00DA0238">
        <w:rPr>
          <w:lang w:val="ru-RU"/>
        </w:rPr>
        <w:t xml:space="preserve"> спрашивает: </w:t>
      </w:r>
    </w:p>
    <w:p w14:paraId="2CEED401" w14:textId="77777777" w:rsidR="000B7281" w:rsidRDefault="000B7281" w:rsidP="004E41B6">
      <w:pPr>
        <w:pStyle w:val="TextTranslation"/>
        <w:ind w:firstLine="180"/>
        <w:rPr>
          <w:lang w:val="ru-RU"/>
        </w:rPr>
      </w:pPr>
    </w:p>
    <w:p w14:paraId="6147EE3F" w14:textId="77777777" w:rsidR="000B7281" w:rsidRPr="000B7281" w:rsidRDefault="000B7281" w:rsidP="000B7281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са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ваи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нивритти-ниратах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сарватропекшако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муних</w:t>
      </w:r>
      <w:proofErr w:type="spellEnd"/>
    </w:p>
    <w:p w14:paraId="1F8BD675" w14:textId="77777777" w:rsidR="000B7281" w:rsidRPr="000B7281" w:rsidRDefault="000B7281" w:rsidP="000B7281">
      <w:pPr>
        <w:pStyle w:val="TextTranslation"/>
        <w:ind w:firstLine="180"/>
        <w:rPr>
          <w:i/>
          <w:lang w:val="ru-RU"/>
        </w:rPr>
      </w:pPr>
      <w:proofErr w:type="spellStart"/>
      <w:r w:rsidRPr="000B7281">
        <w:rPr>
          <w:i/>
          <w:lang w:val="ru-RU"/>
        </w:rPr>
        <w:t>касйа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ва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брихатим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этам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атмарамах</w:t>
      </w:r>
      <w:proofErr w:type="spellEnd"/>
      <w:r w:rsidRPr="000B7281">
        <w:rPr>
          <w:i/>
          <w:lang w:val="ru-RU"/>
        </w:rPr>
        <w:t xml:space="preserve"> </w:t>
      </w:r>
      <w:proofErr w:type="spellStart"/>
      <w:r w:rsidRPr="000B7281">
        <w:rPr>
          <w:i/>
          <w:lang w:val="ru-RU"/>
        </w:rPr>
        <w:t>самабхйасат</w:t>
      </w:r>
      <w:proofErr w:type="spellEnd"/>
    </w:p>
    <w:p w14:paraId="52AF0BBD" w14:textId="77777777" w:rsidR="000B7281" w:rsidRDefault="000B7281" w:rsidP="004E41B6">
      <w:pPr>
        <w:pStyle w:val="TextTranslation"/>
        <w:ind w:firstLine="180"/>
        <w:rPr>
          <w:lang w:val="ru-RU"/>
        </w:rPr>
      </w:pPr>
    </w:p>
    <w:p w14:paraId="20622535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"О </w:t>
      </w: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>, как случилось, что безмятежный, равнодушный ко всему, добывающий удовольствие внутри себя Шука увлекся родительским сказанием?</w:t>
      </w:r>
      <w:r w:rsidR="00625787" w:rsidRPr="00DA0238">
        <w:rPr>
          <w:lang w:val="ru-RU"/>
        </w:rPr>
        <w:t>"</w:t>
      </w:r>
      <w:r w:rsidRPr="00DA0238">
        <w:rPr>
          <w:lang w:val="ru-RU"/>
        </w:rPr>
        <w:t xml:space="preserve"> </w:t>
      </w:r>
      <w:r w:rsidR="00625787" w:rsidRPr="00DA0238">
        <w:rPr>
          <w:lang w:val="ru-RU"/>
        </w:rPr>
        <w:t>(</w:t>
      </w:r>
      <w:proofErr w:type="spellStart"/>
      <w:r w:rsidR="0023543F">
        <w:rPr>
          <w:rStyle w:val="TextTranslationItalic"/>
          <w:lang w:val="ru-RU"/>
        </w:rPr>
        <w:t>Шримад-Бхагаватам</w:t>
      </w:r>
      <w:proofErr w:type="spellEnd"/>
      <w:r w:rsidR="00625787" w:rsidRPr="00DA0238">
        <w:rPr>
          <w:lang w:val="ru-RU"/>
        </w:rPr>
        <w:t xml:space="preserve"> 1.7.9).</w:t>
      </w:r>
    </w:p>
    <w:p w14:paraId="703A2A0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26B7590" w14:textId="77777777" w:rsidR="001141EC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На что </w:t>
      </w: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отвечает: </w:t>
      </w:r>
    </w:p>
    <w:p w14:paraId="6F89C424" w14:textId="77777777" w:rsidR="00A1491B" w:rsidRDefault="00A1491B" w:rsidP="004E41B6">
      <w:pPr>
        <w:pStyle w:val="TextTranslation"/>
        <w:ind w:firstLine="180"/>
        <w:rPr>
          <w:lang w:val="ru-RU"/>
        </w:rPr>
      </w:pPr>
    </w:p>
    <w:p w14:paraId="13368714" w14:textId="77777777" w:rsidR="000E05E8" w:rsidRPr="000E05E8" w:rsidRDefault="000E05E8" w:rsidP="000E05E8">
      <w:pPr>
        <w:pStyle w:val="TextTranslation"/>
        <w:ind w:firstLine="180"/>
        <w:rPr>
          <w:i/>
          <w:lang w:val="ru-RU"/>
        </w:rPr>
      </w:pPr>
      <w:proofErr w:type="spellStart"/>
      <w:r w:rsidRPr="000E05E8">
        <w:rPr>
          <w:i/>
          <w:lang w:val="ru-RU"/>
        </w:rPr>
        <w:t>атмарамаш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ча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мунайо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ниргрантха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апй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урукраме</w:t>
      </w:r>
      <w:proofErr w:type="spellEnd"/>
    </w:p>
    <w:p w14:paraId="2DE8C72F" w14:textId="77777777" w:rsidR="000E05E8" w:rsidRPr="00BB27ED" w:rsidRDefault="000E05E8" w:rsidP="000E05E8">
      <w:pPr>
        <w:pStyle w:val="TextTranslation"/>
        <w:ind w:firstLine="180"/>
        <w:rPr>
          <w:i/>
          <w:lang w:val="ru-RU"/>
        </w:rPr>
      </w:pPr>
      <w:proofErr w:type="spellStart"/>
      <w:r w:rsidRPr="000E05E8">
        <w:rPr>
          <w:i/>
          <w:lang w:val="ru-RU"/>
        </w:rPr>
        <w:t>курвантй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ахаитуким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бхакти</w:t>
      </w:r>
      <w:r w:rsidRPr="00BB27ED">
        <w:rPr>
          <w:i/>
          <w:lang w:val="ru-RU"/>
        </w:rPr>
        <w:t>м</w:t>
      </w:r>
      <w:proofErr w:type="spellEnd"/>
      <w:r w:rsidRPr="00BB27ED">
        <w:rPr>
          <w:i/>
          <w:lang w:val="ru-RU"/>
        </w:rPr>
        <w:t xml:space="preserve"> </w:t>
      </w:r>
      <w:proofErr w:type="spellStart"/>
      <w:r w:rsidRPr="00BB27ED">
        <w:rPr>
          <w:i/>
          <w:lang w:val="ru-RU"/>
        </w:rPr>
        <w:t>иттхам</w:t>
      </w:r>
      <w:proofErr w:type="spellEnd"/>
      <w:r w:rsidRPr="00BB27ED">
        <w:rPr>
          <w:i/>
          <w:lang w:val="ru-RU"/>
        </w:rPr>
        <w:t>-бхута-</w:t>
      </w:r>
      <w:proofErr w:type="spellStart"/>
      <w:r w:rsidRPr="00BB27ED">
        <w:rPr>
          <w:i/>
          <w:lang w:val="ru-RU"/>
        </w:rPr>
        <w:t>гуно</w:t>
      </w:r>
      <w:proofErr w:type="spellEnd"/>
      <w:r w:rsidRPr="00BB27ED">
        <w:rPr>
          <w:i/>
          <w:lang w:val="ru-RU"/>
        </w:rPr>
        <w:t xml:space="preserve"> </w:t>
      </w:r>
      <w:proofErr w:type="spellStart"/>
      <w:r w:rsidRPr="00BB27ED">
        <w:rPr>
          <w:i/>
          <w:lang w:val="ru-RU"/>
        </w:rPr>
        <w:t>харих</w:t>
      </w:r>
      <w:proofErr w:type="spellEnd"/>
    </w:p>
    <w:p w14:paraId="562E2366" w14:textId="77777777" w:rsidR="000E05E8" w:rsidRPr="00BB27ED" w:rsidRDefault="000E05E8" w:rsidP="004E41B6">
      <w:pPr>
        <w:pStyle w:val="TextTranslation"/>
        <w:ind w:firstLine="180"/>
        <w:rPr>
          <w:lang w:val="ru-RU"/>
        </w:rPr>
      </w:pPr>
    </w:p>
    <w:p w14:paraId="4310EB4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BB27ED">
        <w:rPr>
          <w:lang w:val="ru-RU"/>
        </w:rPr>
        <w:t xml:space="preserve">"Даже </w:t>
      </w:r>
      <w:proofErr w:type="spellStart"/>
      <w:r w:rsidRPr="00BB27ED">
        <w:rPr>
          <w:lang w:val="ru-RU"/>
        </w:rPr>
        <w:t>самоупоенные</w:t>
      </w:r>
      <w:proofErr w:type="spellEnd"/>
      <w:r w:rsidRPr="00BB27ED">
        <w:rPr>
          <w:lang w:val="ru-RU"/>
        </w:rPr>
        <w:t>, безмолвные мудрецы не способны сдержать удивления чудным делам Всевышнего, не умеют</w:t>
      </w:r>
      <w:r>
        <w:rPr>
          <w:lang w:val="ru-RU"/>
        </w:rPr>
        <w:t xml:space="preserve"> противостоять неотразимой Его Красоте, не в силах удержать порыв отдаться Ему во служение". (</w:t>
      </w:r>
      <w:proofErr w:type="spellStart"/>
      <w:r>
        <w:rPr>
          <w:rStyle w:val="TextTranslationItalic"/>
          <w:lang w:val="ru-RU"/>
        </w:rPr>
        <w:t>Шримад-Бхагаватам</w:t>
      </w:r>
      <w:proofErr w:type="spellEnd"/>
      <w:r>
        <w:rPr>
          <w:lang w:val="ru-RU"/>
        </w:rPr>
        <w:t xml:space="preserve"> 1.7.10).</w:t>
      </w:r>
    </w:p>
    <w:p w14:paraId="7B1ED9DB" w14:textId="77777777" w:rsidR="003B67ED" w:rsidRDefault="003B67ED" w:rsidP="004E41B6">
      <w:pPr>
        <w:ind w:firstLine="180"/>
        <w:rPr>
          <w:b/>
          <w:lang w:val="ru-RU"/>
        </w:rPr>
      </w:pPr>
    </w:p>
    <w:p w14:paraId="6998A94E" w14:textId="77777777" w:rsidR="000E05E8" w:rsidRPr="000E05E8" w:rsidRDefault="000E05E8" w:rsidP="000E05E8">
      <w:pPr>
        <w:pStyle w:val="TextTranslation"/>
        <w:ind w:firstLine="180"/>
        <w:rPr>
          <w:i/>
          <w:lang w:val="ru-RU"/>
        </w:rPr>
      </w:pPr>
      <w:proofErr w:type="spellStart"/>
      <w:r w:rsidRPr="000E05E8">
        <w:rPr>
          <w:i/>
          <w:lang w:val="ru-RU"/>
        </w:rPr>
        <w:t>харер</w:t>
      </w:r>
      <w:proofErr w:type="spellEnd"/>
      <w:r w:rsidRPr="000E05E8">
        <w:rPr>
          <w:i/>
          <w:lang w:val="ru-RU"/>
        </w:rPr>
        <w:t xml:space="preserve"> гуна-</w:t>
      </w:r>
      <w:proofErr w:type="spellStart"/>
      <w:r w:rsidRPr="000E05E8">
        <w:rPr>
          <w:i/>
          <w:lang w:val="ru-RU"/>
        </w:rPr>
        <w:t>кшипта</w:t>
      </w:r>
      <w:proofErr w:type="spellEnd"/>
      <w:r w:rsidRPr="000E05E8">
        <w:rPr>
          <w:i/>
          <w:lang w:val="ru-RU"/>
        </w:rPr>
        <w:t>-</w:t>
      </w:r>
      <w:proofErr w:type="spellStart"/>
      <w:r w:rsidRPr="000E05E8">
        <w:rPr>
          <w:i/>
          <w:lang w:val="ru-RU"/>
        </w:rPr>
        <w:t>матир</w:t>
      </w:r>
      <w:proofErr w:type="spellEnd"/>
      <w:r w:rsidRPr="000E05E8">
        <w:rPr>
          <w:i/>
          <w:lang w:val="ru-RU"/>
        </w:rPr>
        <w:t xml:space="preserve"> бхагаван </w:t>
      </w:r>
      <w:proofErr w:type="spellStart"/>
      <w:r w:rsidRPr="000E05E8">
        <w:rPr>
          <w:i/>
          <w:lang w:val="ru-RU"/>
        </w:rPr>
        <w:t>бадарайаних</w:t>
      </w:r>
      <w:proofErr w:type="spellEnd"/>
    </w:p>
    <w:p w14:paraId="20A41431" w14:textId="77777777" w:rsidR="000E05E8" w:rsidRPr="000E05E8" w:rsidRDefault="000E05E8" w:rsidP="000E05E8">
      <w:pPr>
        <w:pStyle w:val="TextTranslation"/>
        <w:ind w:firstLine="180"/>
        <w:rPr>
          <w:i/>
          <w:lang w:val="ru-RU"/>
        </w:rPr>
      </w:pPr>
      <w:proofErr w:type="spellStart"/>
      <w:r w:rsidRPr="000E05E8">
        <w:rPr>
          <w:i/>
          <w:lang w:val="ru-RU"/>
        </w:rPr>
        <w:t>адхйаган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махад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акхйанам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нитйам</w:t>
      </w:r>
      <w:proofErr w:type="spellEnd"/>
      <w:r w:rsidRPr="000E05E8">
        <w:rPr>
          <w:i/>
          <w:lang w:val="ru-RU"/>
        </w:rPr>
        <w:t xml:space="preserve"> </w:t>
      </w:r>
      <w:proofErr w:type="spellStart"/>
      <w:r w:rsidRPr="000E05E8">
        <w:rPr>
          <w:i/>
          <w:lang w:val="ru-RU"/>
        </w:rPr>
        <w:t>вишну-джана-прийах</w:t>
      </w:r>
      <w:proofErr w:type="spellEnd"/>
    </w:p>
    <w:p w14:paraId="51A76322" w14:textId="77777777" w:rsidR="004448FF" w:rsidRPr="00DA0238" w:rsidRDefault="004448FF" w:rsidP="004E41B6">
      <w:pPr>
        <w:ind w:firstLine="180"/>
        <w:rPr>
          <w:b/>
          <w:lang w:val="ru-RU"/>
        </w:rPr>
      </w:pPr>
    </w:p>
    <w:p w14:paraId="1D92E632" w14:textId="77777777" w:rsidR="003B67ED" w:rsidRPr="00DA0238" w:rsidRDefault="001141EC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lastRenderedPageBreak/>
        <w:t>"</w:t>
      </w:r>
      <w:r w:rsidR="002B41BF" w:rsidRPr="00DA0238">
        <w:rPr>
          <w:lang w:val="ru-RU"/>
        </w:rPr>
        <w:t xml:space="preserve">Потому, дотоле безразличный к звукам и образам внешнего мира, сын </w:t>
      </w:r>
      <w:proofErr w:type="spellStart"/>
      <w:r w:rsidR="002B41BF" w:rsidRPr="00DA0238">
        <w:rPr>
          <w:lang w:val="ru-RU"/>
        </w:rPr>
        <w:t>Вьясы</w:t>
      </w:r>
      <w:proofErr w:type="spellEnd"/>
      <w:r w:rsidR="002B41BF" w:rsidRPr="00DA0238">
        <w:rPr>
          <w:lang w:val="ru-RU"/>
        </w:rPr>
        <w:t xml:space="preserve"> был пленен благой песней о Красоте, коей поныне с упоением внемлют ищущие Истину</w:t>
      </w:r>
      <w:r w:rsidR="00625787" w:rsidRPr="00DA0238">
        <w:rPr>
          <w:lang w:val="ru-RU"/>
        </w:rPr>
        <w:t>"</w:t>
      </w:r>
      <w:r>
        <w:rPr>
          <w:lang w:val="ru-RU"/>
        </w:rPr>
        <w:t>.</w:t>
      </w:r>
      <w:r w:rsidR="002B41BF" w:rsidRPr="00DA0238">
        <w:rPr>
          <w:rStyle w:val="TextTranslationItalic"/>
          <w:lang w:val="ru-RU"/>
        </w:rPr>
        <w:t xml:space="preserve"> </w:t>
      </w:r>
      <w:r w:rsidR="002B41BF" w:rsidRPr="00DA0238">
        <w:rPr>
          <w:lang w:val="ru-RU"/>
        </w:rPr>
        <w:t>(</w:t>
      </w:r>
      <w:proofErr w:type="spellStart"/>
      <w:r w:rsidR="002B41BF" w:rsidRPr="00DA0238">
        <w:rPr>
          <w:rStyle w:val="TextTranslationItalic"/>
          <w:lang w:val="ru-RU"/>
        </w:rPr>
        <w:t>Шри</w:t>
      </w:r>
      <w:r>
        <w:rPr>
          <w:rStyle w:val="TextTranslationItalic"/>
          <w:lang w:val="ru-RU"/>
        </w:rPr>
        <w:t>мад-</w:t>
      </w:r>
      <w:r w:rsidR="002B41BF" w:rsidRPr="00DA0238">
        <w:rPr>
          <w:rStyle w:val="TextTranslationItalic"/>
          <w:lang w:val="ru-RU"/>
        </w:rPr>
        <w:t>Бхагавата</w:t>
      </w:r>
      <w:r>
        <w:rPr>
          <w:rStyle w:val="TextTranslationItalic"/>
          <w:lang w:val="ru-RU"/>
        </w:rPr>
        <w:t>м</w:t>
      </w:r>
      <w:proofErr w:type="spellEnd"/>
      <w:r w:rsidR="000B7281">
        <w:rPr>
          <w:lang w:val="ru-RU"/>
        </w:rPr>
        <w:t xml:space="preserve"> 1.7.</w:t>
      </w:r>
      <w:r w:rsidR="002B41BF" w:rsidRPr="00DA0238">
        <w:rPr>
          <w:lang w:val="ru-RU"/>
        </w:rPr>
        <w:t>11).</w:t>
      </w:r>
    </w:p>
    <w:p w14:paraId="2795D3A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9E545B8" w14:textId="77777777" w:rsidR="00834B41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"Отдать</w:t>
      </w:r>
      <w:r w:rsidR="00625787" w:rsidRPr="00DA0238">
        <w:rPr>
          <w:lang w:val="ru-RU"/>
        </w:rPr>
        <w:t>с</w:t>
      </w:r>
      <w:r w:rsidRPr="00DA0238">
        <w:rPr>
          <w:lang w:val="ru-RU"/>
        </w:rPr>
        <w:t>я Ему во служение [</w:t>
      </w:r>
      <w:r w:rsidRPr="00DA0238">
        <w:rPr>
          <w:rStyle w:val="TextTranslationItalic"/>
          <w:lang w:val="ru-RU"/>
        </w:rPr>
        <w:t>бхакти</w:t>
      </w:r>
      <w:r w:rsidRPr="00DA0238">
        <w:rPr>
          <w:lang w:val="ru-RU"/>
        </w:rPr>
        <w:t>-</w:t>
      </w:r>
      <w:proofErr w:type="spellStart"/>
      <w:r w:rsidRPr="00DA0238">
        <w:rPr>
          <w:rStyle w:val="TextTranslationItalic"/>
          <w:lang w:val="ru-RU"/>
        </w:rPr>
        <w:t>йогена</w:t>
      </w:r>
      <w:proofErr w:type="spellEnd"/>
      <w:r w:rsidRPr="00DA0238">
        <w:rPr>
          <w:lang w:val="ru-RU"/>
        </w:rPr>
        <w:t>]"</w:t>
      </w:r>
      <w:r w:rsidRPr="00DA0238">
        <w:rPr>
          <w:rStyle w:val="TextTranslationItalic"/>
          <w:lang w:val="ru-RU"/>
        </w:rPr>
        <w:t xml:space="preserve"> </w:t>
      </w:r>
      <w:r w:rsidRPr="00DA0238">
        <w:rPr>
          <w:lang w:val="ru-RU"/>
        </w:rPr>
        <w:t>(</w:t>
      </w:r>
      <w:proofErr w:type="spellStart"/>
      <w:r w:rsidR="0023543F">
        <w:rPr>
          <w:rStyle w:val="TextTranslationItalic"/>
          <w:lang w:val="ru-RU"/>
        </w:rPr>
        <w:t>Шримад-Бхагаватам</w:t>
      </w:r>
      <w:proofErr w:type="spellEnd"/>
      <w:r w:rsidRPr="00DA0238">
        <w:rPr>
          <w:lang w:val="ru-RU"/>
        </w:rPr>
        <w:t xml:space="preserve"> 1.7.4</w:t>
      </w:r>
      <w:r w:rsidR="00625787" w:rsidRPr="00DA0238">
        <w:rPr>
          <w:lang w:val="ru-RU"/>
        </w:rPr>
        <w:t>)</w:t>
      </w:r>
      <w:r w:rsidRPr="00DA0238">
        <w:rPr>
          <w:lang w:val="ru-RU"/>
        </w:rPr>
        <w:t xml:space="preserve"> означает "в чистой любви", что подтверждается другим стихом: </w:t>
      </w:r>
    </w:p>
    <w:p w14:paraId="2BB08973" w14:textId="77777777" w:rsidR="001141EC" w:rsidRDefault="001141EC" w:rsidP="004E41B6">
      <w:pPr>
        <w:pStyle w:val="TextTranslation"/>
        <w:ind w:firstLine="180"/>
        <w:rPr>
          <w:lang w:val="ru-RU"/>
        </w:rPr>
      </w:pPr>
    </w:p>
    <w:p w14:paraId="2E95BFF1" w14:textId="77777777" w:rsidR="001141EC" w:rsidRPr="001141EC" w:rsidRDefault="001141EC" w:rsidP="001141EC">
      <w:pPr>
        <w:pStyle w:val="TextTranslation"/>
        <w:ind w:firstLine="180"/>
        <w:rPr>
          <w:i/>
          <w:lang w:val="ru-RU"/>
        </w:rPr>
      </w:pPr>
      <w:proofErr w:type="spellStart"/>
      <w:r w:rsidRPr="001141EC">
        <w:rPr>
          <w:i/>
          <w:lang w:val="ru-RU"/>
        </w:rPr>
        <w:t>раджан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патир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гурур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алам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бхаватам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йадӯнам</w:t>
      </w:r>
      <w:proofErr w:type="spellEnd"/>
    </w:p>
    <w:p w14:paraId="41F15F1C" w14:textId="77777777" w:rsidR="001141EC" w:rsidRPr="001141EC" w:rsidRDefault="001141EC" w:rsidP="001141EC">
      <w:pPr>
        <w:pStyle w:val="TextTranslation"/>
        <w:ind w:firstLine="180"/>
        <w:rPr>
          <w:i/>
          <w:lang w:val="ru-RU"/>
        </w:rPr>
      </w:pPr>
      <w:r w:rsidRPr="001141EC">
        <w:rPr>
          <w:i/>
          <w:lang w:val="ru-RU"/>
        </w:rPr>
        <w:t xml:space="preserve">дайвам </w:t>
      </w:r>
      <w:proofErr w:type="spellStart"/>
      <w:r w:rsidRPr="001141EC">
        <w:rPr>
          <w:i/>
          <w:lang w:val="ru-RU"/>
        </w:rPr>
        <w:t>прийах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кула-патих</w:t>
      </w:r>
      <w:proofErr w:type="spellEnd"/>
      <w:r w:rsidRPr="001141EC">
        <w:rPr>
          <w:i/>
          <w:lang w:val="ru-RU"/>
        </w:rPr>
        <w:t xml:space="preserve"> ква </w:t>
      </w:r>
      <w:proofErr w:type="spellStart"/>
      <w:r w:rsidRPr="001141EC">
        <w:rPr>
          <w:i/>
          <w:lang w:val="ru-RU"/>
        </w:rPr>
        <w:t>ча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кинка́ро</w:t>
      </w:r>
      <w:proofErr w:type="spellEnd"/>
      <w:r w:rsidRPr="001141EC">
        <w:rPr>
          <w:i/>
          <w:lang w:val="ru-RU"/>
        </w:rPr>
        <w:t xml:space="preserve"> вах</w:t>
      </w:r>
    </w:p>
    <w:p w14:paraId="63DA97DA" w14:textId="77777777" w:rsidR="001141EC" w:rsidRPr="001141EC" w:rsidRDefault="001141EC" w:rsidP="001141EC">
      <w:pPr>
        <w:pStyle w:val="TextTranslation"/>
        <w:ind w:firstLine="180"/>
        <w:rPr>
          <w:i/>
          <w:lang w:val="ru-RU"/>
        </w:rPr>
      </w:pPr>
      <w:proofErr w:type="spellStart"/>
      <w:r w:rsidRPr="001141EC">
        <w:rPr>
          <w:i/>
          <w:lang w:val="ru-RU"/>
        </w:rPr>
        <w:t>аств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эвам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анга</w:t>
      </w:r>
      <w:proofErr w:type="spellEnd"/>
      <w:r w:rsidRPr="001141EC">
        <w:rPr>
          <w:i/>
          <w:lang w:val="ru-RU"/>
        </w:rPr>
        <w:t xml:space="preserve"> бхагаван </w:t>
      </w:r>
      <w:proofErr w:type="spellStart"/>
      <w:r w:rsidRPr="001141EC">
        <w:rPr>
          <w:i/>
          <w:lang w:val="ru-RU"/>
        </w:rPr>
        <w:t>бхаджатам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мукундо</w:t>
      </w:r>
      <w:proofErr w:type="spellEnd"/>
    </w:p>
    <w:p w14:paraId="54006880" w14:textId="77777777" w:rsidR="001141EC" w:rsidRPr="001141EC" w:rsidRDefault="001141EC" w:rsidP="001141EC">
      <w:pPr>
        <w:pStyle w:val="TextTranslation"/>
        <w:ind w:firstLine="180"/>
        <w:rPr>
          <w:i/>
          <w:lang w:val="ru-RU"/>
        </w:rPr>
      </w:pPr>
      <w:proofErr w:type="spellStart"/>
      <w:r w:rsidRPr="001141EC">
        <w:rPr>
          <w:i/>
          <w:lang w:val="ru-RU"/>
        </w:rPr>
        <w:t>муктим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дадати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кархичит</w:t>
      </w:r>
      <w:proofErr w:type="spellEnd"/>
      <w:r w:rsidRPr="001141EC">
        <w:rPr>
          <w:i/>
          <w:lang w:val="ru-RU"/>
        </w:rPr>
        <w:t xml:space="preserve"> </w:t>
      </w:r>
      <w:proofErr w:type="spellStart"/>
      <w:r w:rsidRPr="001141EC">
        <w:rPr>
          <w:i/>
          <w:lang w:val="ru-RU"/>
        </w:rPr>
        <w:t>сма</w:t>
      </w:r>
      <w:proofErr w:type="spellEnd"/>
      <w:r w:rsidRPr="001141EC">
        <w:rPr>
          <w:i/>
          <w:lang w:val="ru-RU"/>
        </w:rPr>
        <w:t xml:space="preserve"> на бхакти-йогам</w:t>
      </w:r>
    </w:p>
    <w:p w14:paraId="2EB5DC54" w14:textId="77777777" w:rsidR="00834B41" w:rsidRDefault="00834B41" w:rsidP="004E41B6">
      <w:pPr>
        <w:pStyle w:val="TextTranslation"/>
        <w:ind w:firstLine="180"/>
        <w:rPr>
          <w:lang w:val="ru-RU"/>
        </w:rPr>
      </w:pPr>
    </w:p>
    <w:p w14:paraId="11D2569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rStyle w:val="TextTranslationItalic"/>
          <w:lang w:val="ru-RU"/>
        </w:rPr>
        <w:t>"</w:t>
      </w:r>
      <w:r w:rsidRPr="00DA0238">
        <w:rPr>
          <w:lang w:val="ru-RU"/>
        </w:rPr>
        <w:t>Государь! Милосердный Владыка легко дарует спасение всякому, кто жаждет спасения, но редко кому посчастливится разделить судьбу Его возлюбленных рабов, ибо любо</w:t>
      </w:r>
      <w:r w:rsidR="00B50058" w:rsidRPr="00DA0238">
        <w:rPr>
          <w:lang w:val="ru-RU"/>
        </w:rPr>
        <w:t>вь уравнивает раба и господина</w:t>
      </w:r>
      <w:r w:rsidR="002E5979">
        <w:rPr>
          <w:lang w:val="ru-RU"/>
        </w:rPr>
        <w:t>. Спаситель часто дарует спасение, но редко дарует любовь</w:t>
      </w:r>
      <w:r w:rsidR="00B50058" w:rsidRPr="00DA0238">
        <w:rPr>
          <w:lang w:val="ru-RU"/>
        </w:rPr>
        <w:t>"</w:t>
      </w:r>
      <w:r w:rsidR="004448FF"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="0023543F">
        <w:rPr>
          <w:rStyle w:val="TextTranslationItalic"/>
          <w:lang w:val="ru-RU"/>
        </w:rPr>
        <w:t>Шримад-Бхагаватам</w:t>
      </w:r>
      <w:proofErr w:type="spellEnd"/>
      <w:r w:rsidR="0067737B" w:rsidRPr="00DA0238">
        <w:rPr>
          <w:lang w:val="ru-RU"/>
        </w:rPr>
        <w:t xml:space="preserve"> 5.6.18)</w:t>
      </w:r>
      <w:r w:rsidRPr="00DA0238">
        <w:rPr>
          <w:lang w:val="ru-RU"/>
        </w:rPr>
        <w:t>.</w:t>
      </w:r>
    </w:p>
    <w:p w14:paraId="4D508AB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5E565B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Здесь "в состоянии" [</w:t>
      </w:r>
      <w:proofErr w:type="spellStart"/>
      <w:r>
        <w:rPr>
          <w:rStyle w:val="TextTranslationItalic"/>
          <w:lang w:val="ru-RU"/>
        </w:rPr>
        <w:t>пранихите</w:t>
      </w:r>
      <w:proofErr w:type="spellEnd"/>
      <w:r>
        <w:rPr>
          <w:lang w:val="ru-RU"/>
        </w:rPr>
        <w:t>] означает "в состоянии запредельного восторга" [</w:t>
      </w:r>
      <w:proofErr w:type="spellStart"/>
      <w:r>
        <w:rPr>
          <w:rStyle w:val="TextTranslationItalic"/>
          <w:lang w:val="ru-RU"/>
        </w:rPr>
        <w:t>самахите</w:t>
      </w:r>
      <w:proofErr w:type="spellEnd"/>
      <w:r>
        <w:rPr>
          <w:lang w:val="ru-RU"/>
        </w:rPr>
        <w:t xml:space="preserve">]. </w:t>
      </w:r>
      <w:proofErr w:type="spellStart"/>
      <w:r>
        <w:rPr>
          <w:lang w:val="ru-RU"/>
        </w:rPr>
        <w:t>Нарада</w:t>
      </w:r>
      <w:proofErr w:type="spellEnd"/>
      <w:r>
        <w:rPr>
          <w:lang w:val="ru-RU"/>
        </w:rPr>
        <w:t xml:space="preserve"> поучает Вьясу: "Созерцай игру Безусловной Неотразимой Сущности в состоянии восторга [</w:t>
      </w:r>
      <w:r>
        <w:rPr>
          <w:rStyle w:val="TextTranslationItalic"/>
          <w:lang w:val="ru-RU"/>
        </w:rPr>
        <w:t>самадхи</w:t>
      </w:r>
      <w:r>
        <w:rPr>
          <w:lang w:val="ru-RU"/>
        </w:rPr>
        <w:t>]" (</w:t>
      </w:r>
      <w:proofErr w:type="spellStart"/>
      <w:r>
        <w:rPr>
          <w:rStyle w:val="TextTranslationItalic"/>
          <w:lang w:val="ru-RU"/>
        </w:rPr>
        <w:t>Шримад-Бхагаватам</w:t>
      </w:r>
      <w:proofErr w:type="spellEnd"/>
      <w:r>
        <w:rPr>
          <w:lang w:val="ru-RU"/>
        </w:rPr>
        <w:t xml:space="preserve"> 1.5.13). "Безусловная Сущность" [</w:t>
      </w:r>
      <w:proofErr w:type="spellStart"/>
      <w:r>
        <w:rPr>
          <w:rStyle w:val="TextTranslationItalic"/>
          <w:lang w:val="ru-RU"/>
        </w:rPr>
        <w:t>пурна</w:t>
      </w:r>
      <w:proofErr w:type="spellEnd"/>
      <w:r>
        <w:rPr>
          <w:rStyle w:val="TextTranslationItalic"/>
          <w:lang w:val="ru-RU"/>
        </w:rPr>
        <w:t>-пуруша</w:t>
      </w:r>
      <w:r>
        <w:rPr>
          <w:lang w:val="ru-RU"/>
        </w:rPr>
        <w:t>], упомянутая в данном стихе, суть Первоначальное Божество. И вот почему: слово безусловный (</w:t>
      </w:r>
      <w:proofErr w:type="spellStart"/>
      <w:r>
        <w:rPr>
          <w:rStyle w:val="TextTranslationItalic"/>
          <w:lang w:val="ru-RU"/>
        </w:rPr>
        <w:t>пурна</w:t>
      </w:r>
      <w:proofErr w:type="spellEnd"/>
      <w:r>
        <w:rPr>
          <w:lang w:val="ru-RU"/>
        </w:rPr>
        <w:t xml:space="preserve">) употреблено здесь в превосходной степени, то есть "свободный от всех ограничений". Подтверждение этому мы находим в </w:t>
      </w:r>
      <w:r>
        <w:rPr>
          <w:rStyle w:val="TextTranslationItalic"/>
          <w:lang w:val="ru-RU"/>
        </w:rPr>
        <w:t>Падма</w:t>
      </w:r>
      <w:r>
        <w:rPr>
          <w:lang w:val="ru-RU"/>
        </w:rPr>
        <w:t xml:space="preserve"> </w:t>
      </w:r>
      <w:proofErr w:type="spellStart"/>
      <w:r>
        <w:rPr>
          <w:rStyle w:val="TextTranslationItalic"/>
          <w:lang w:val="ru-RU"/>
        </w:rPr>
        <w:t>Пуране</w:t>
      </w:r>
      <w:proofErr w:type="spellEnd"/>
      <w:r>
        <w:rPr>
          <w:lang w:val="ru-RU"/>
        </w:rPr>
        <w:t xml:space="preserve"> в главе </w:t>
      </w:r>
      <w:r>
        <w:rPr>
          <w:rStyle w:val="TextTranslationItalic"/>
          <w:lang w:val="ru-RU"/>
        </w:rPr>
        <w:t>Уттара</w:t>
      </w:r>
      <w:r>
        <w:rPr>
          <w:lang w:val="ru-RU"/>
        </w:rPr>
        <w:t>-</w:t>
      </w:r>
      <w:proofErr w:type="spellStart"/>
      <w:r>
        <w:rPr>
          <w:rStyle w:val="TextTranslationItalic"/>
          <w:lang w:val="ru-RU"/>
        </w:rPr>
        <w:t>кханда</w:t>
      </w:r>
      <w:proofErr w:type="spellEnd"/>
      <w:r>
        <w:rPr>
          <w:rStyle w:val="TextTranslationItalic"/>
          <w:lang w:val="ru-RU"/>
        </w:rPr>
        <w:t>:</w:t>
      </w:r>
      <w:r>
        <w:rPr>
          <w:lang w:val="ru-RU"/>
        </w:rPr>
        <w:t xml:space="preserve"> "Понятия Бог [</w:t>
      </w:r>
      <w:r>
        <w:rPr>
          <w:rStyle w:val="TextTranslationItalic"/>
          <w:lang w:val="ru-RU"/>
        </w:rPr>
        <w:t>Бхагаван</w:t>
      </w:r>
      <w:r>
        <w:rPr>
          <w:lang w:val="ru-RU"/>
        </w:rPr>
        <w:t>] и Высшее Существо [</w:t>
      </w:r>
      <w:r>
        <w:rPr>
          <w:rStyle w:val="TextTranslationItalic"/>
          <w:lang w:val="ru-RU"/>
        </w:rPr>
        <w:t>Пуруша</w:t>
      </w:r>
      <w:r>
        <w:rPr>
          <w:lang w:val="ru-RU"/>
        </w:rPr>
        <w:t>] первоначально и безусловно означают Вездесущий (</w:t>
      </w:r>
      <w:proofErr w:type="spellStart"/>
      <w:r>
        <w:rPr>
          <w:i/>
          <w:lang w:val="ru-RU"/>
        </w:rPr>
        <w:t>Васудева</w:t>
      </w:r>
      <w:proofErr w:type="spellEnd"/>
      <w:r>
        <w:rPr>
          <w:lang w:val="ru-RU"/>
        </w:rPr>
        <w:t xml:space="preserve">), Сущность всего сущего". В </w:t>
      </w:r>
      <w:proofErr w:type="spellStart"/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есть два примеч</w:t>
      </w:r>
      <w:r w:rsidRPr="00BB27ED">
        <w:rPr>
          <w:lang w:val="ru-RU"/>
        </w:rPr>
        <w:t xml:space="preserve">ательных стиха: "Кто желает сделаться правителем над людьми, должен поклоняться блюстителю Божьего закона — Ману; жаждущий победы над недругом пусть </w:t>
      </w:r>
      <w:r>
        <w:rPr>
          <w:lang w:val="ru-RU"/>
        </w:rPr>
        <w:t xml:space="preserve">обращается за помощью к доблестным демонам-титанам — извечным врагам небожителей; кто желает чувственных удовольствий, пусть молится богу Луне — Соме. А не имеющий желаний да сделает повелителем своим Высшее Существо — </w:t>
      </w:r>
      <w:r>
        <w:rPr>
          <w:i/>
          <w:lang w:val="ru-RU"/>
        </w:rPr>
        <w:t>Пурушу</w:t>
      </w:r>
      <w:r>
        <w:rPr>
          <w:lang w:val="ru-RU"/>
        </w:rPr>
        <w:t>, что пребудет вне добра и зла" (2.3.9); и "Чего бы ты ни желал умом: власти над миром, совершенной свободы или же отсутствия всяких желаний, сердце твое всегда жаждет любовного служения Высшему Существу — Первопричине сущего" (2.3.10).</w:t>
      </w:r>
    </w:p>
    <w:p w14:paraId="6C7D01C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2B98A95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В разъяснении к первому ст</w:t>
      </w:r>
      <w:r w:rsidRPr="00BB27ED">
        <w:rPr>
          <w:lang w:val="ru-RU"/>
        </w:rPr>
        <w:t xml:space="preserve">иху </w:t>
      </w:r>
      <w:proofErr w:type="spellStart"/>
      <w:r w:rsidRPr="00BB27ED">
        <w:rPr>
          <w:lang w:val="ru-RU"/>
        </w:rPr>
        <w:t>Шридхара</w:t>
      </w:r>
      <w:proofErr w:type="spellEnd"/>
      <w:r w:rsidRPr="00BB27ED">
        <w:rPr>
          <w:lang w:val="ru-RU"/>
        </w:rPr>
        <w:t xml:space="preserve"> Свами говорит: </w:t>
      </w:r>
      <w:r w:rsidRPr="00BB27ED">
        <w:rPr>
          <w:rStyle w:val="TextTranslationItalic"/>
          <w:lang w:val="ru-RU"/>
        </w:rPr>
        <w:t>"Пуруша</w:t>
      </w:r>
      <w:r w:rsidRPr="00BB27ED">
        <w:rPr>
          <w:rStyle w:val="TextTranslationItalic"/>
          <w:i w:val="0"/>
          <w:lang w:val="ru-RU"/>
        </w:rPr>
        <w:t>,</w:t>
      </w:r>
      <w:r w:rsidRPr="00BB27ED">
        <w:rPr>
          <w:lang w:val="ru-RU"/>
        </w:rPr>
        <w:t xml:space="preserve"> или Суть всех сущностей, Мировая Душа, </w:t>
      </w:r>
      <w:proofErr w:type="spellStart"/>
      <w:r w:rsidRPr="00BB27ED">
        <w:rPr>
          <w:lang w:val="ru-RU"/>
        </w:rPr>
        <w:t>пребудущая</w:t>
      </w:r>
      <w:proofErr w:type="spellEnd"/>
      <w:r w:rsidRPr="00BB27ED">
        <w:rPr>
          <w:lang w:val="ru-RU"/>
        </w:rPr>
        <w:t xml:space="preserve"> сила во всех вещах природы, есть малое, ограниченное, воображаемое </w:t>
      </w:r>
      <w:r>
        <w:rPr>
          <w:lang w:val="ru-RU"/>
        </w:rPr>
        <w:t>Его означение [</w:t>
      </w:r>
      <w:proofErr w:type="spellStart"/>
      <w:r>
        <w:rPr>
          <w:rStyle w:val="TextTranslationItalic"/>
          <w:lang w:val="ru-RU"/>
        </w:rPr>
        <w:t>упадхи</w:t>
      </w:r>
      <w:proofErr w:type="spellEnd"/>
      <w:r>
        <w:rPr>
          <w:lang w:val="ru-RU"/>
        </w:rPr>
        <w:t>]". В объяснении ко второму стиху он говорит: "</w:t>
      </w:r>
      <w:r>
        <w:rPr>
          <w:rStyle w:val="TextTranslationItalic"/>
          <w:lang w:val="ru-RU"/>
        </w:rPr>
        <w:t>пуруша</w:t>
      </w:r>
      <w:r>
        <w:rPr>
          <w:lang w:val="ru-RU"/>
        </w:rPr>
        <w:t xml:space="preserve"> здесь значит "полный", "безусловный" [</w:t>
      </w:r>
      <w:proofErr w:type="spellStart"/>
      <w:r>
        <w:rPr>
          <w:rStyle w:val="TextTranslationItalic"/>
          <w:lang w:val="ru-RU"/>
        </w:rPr>
        <w:t>пурнам</w:t>
      </w:r>
      <w:proofErr w:type="spellEnd"/>
      <w:r>
        <w:rPr>
          <w:lang w:val="ru-RU"/>
        </w:rPr>
        <w:t>]; "высший" же [</w:t>
      </w:r>
      <w:r>
        <w:rPr>
          <w:rStyle w:val="TextTranslationItalic"/>
          <w:lang w:val="ru-RU"/>
        </w:rPr>
        <w:t>парам</w:t>
      </w:r>
      <w:r>
        <w:rPr>
          <w:lang w:val="ru-RU"/>
        </w:rPr>
        <w:t>] здесь употреблено в значении "вне ограничений".</w:t>
      </w:r>
    </w:p>
    <w:p w14:paraId="7306297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E71313D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31</w:t>
      </w:r>
      <w:r w:rsidR="00B303C5">
        <w:rPr>
          <w:b/>
          <w:lang w:val="ru-RU"/>
        </w:rPr>
        <w:t>.</w:t>
      </w:r>
    </w:p>
    <w:p w14:paraId="677AD2C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DF5833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Если мы прибегнем к альтернативному прочтению стиха </w:t>
      </w:r>
      <w:r w:rsidR="00B303C5">
        <w:rPr>
          <w:lang w:val="ru-RU"/>
        </w:rPr>
        <w:t>(</w:t>
      </w:r>
      <w:r w:rsidRPr="00DA0238">
        <w:rPr>
          <w:lang w:val="ru-RU"/>
        </w:rPr>
        <w:t>1.5.13</w:t>
      </w:r>
      <w:r w:rsidR="00B303C5">
        <w:rPr>
          <w:lang w:val="ru-RU"/>
        </w:rPr>
        <w:t>)</w:t>
      </w:r>
      <w:r w:rsidRPr="00DA0238">
        <w:rPr>
          <w:lang w:val="ru-RU"/>
        </w:rPr>
        <w:t xml:space="preserve"> </w:t>
      </w:r>
      <w:proofErr w:type="spellStart"/>
      <w:r w:rsidR="00401BF3" w:rsidRPr="00DA0238">
        <w:rPr>
          <w:rStyle w:val="TextTranslationItalic"/>
          <w:lang w:val="ru-RU"/>
        </w:rPr>
        <w:t>Бхагават</w:t>
      </w:r>
      <w:r w:rsidRPr="00DA0238">
        <w:rPr>
          <w:rStyle w:val="TextTranslationItalic"/>
          <w:lang w:val="ru-RU"/>
        </w:rPr>
        <w:t>ы</w:t>
      </w:r>
      <w:proofErr w:type="spellEnd"/>
      <w:r w:rsidRPr="00DA0238">
        <w:rPr>
          <w:lang w:val="ru-RU"/>
        </w:rPr>
        <w:t xml:space="preserve"> и в стихе 2.3.10 вместо </w:t>
      </w:r>
      <w:r w:rsidR="00B303C5">
        <w:rPr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пурнам</w:t>
      </w:r>
      <w:proofErr w:type="spellEnd"/>
      <w:r w:rsidR="00B303C5">
        <w:rPr>
          <w:lang w:val="ru-RU"/>
        </w:rPr>
        <w:t xml:space="preserve">" </w:t>
      </w:r>
      <w:r w:rsidRPr="00DA0238">
        <w:rPr>
          <w:lang w:val="ru-RU"/>
        </w:rPr>
        <w:t xml:space="preserve">прочтем </w:t>
      </w:r>
      <w:r w:rsidR="00B303C5">
        <w:rPr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пурвам</w:t>
      </w:r>
      <w:proofErr w:type="spellEnd"/>
      <w:r w:rsidR="00B303C5" w:rsidRPr="00B303C5">
        <w:rPr>
          <w:rStyle w:val="TextTranslationItalic"/>
          <w:i w:val="0"/>
          <w:lang w:val="ru-RU"/>
        </w:rPr>
        <w:t>"</w:t>
      </w:r>
      <w:r w:rsidRPr="00DA0238">
        <w:rPr>
          <w:lang w:val="ru-RU"/>
        </w:rPr>
        <w:t>, мы все равно указуем на то самое Высшее Существо [</w:t>
      </w:r>
      <w:proofErr w:type="spellStart"/>
      <w:r w:rsidRPr="00DA0238">
        <w:rPr>
          <w:rStyle w:val="TextTranslationItalic"/>
          <w:lang w:val="ru-RU"/>
        </w:rPr>
        <w:t>пурнам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пурушам</w:t>
      </w:r>
      <w:r w:rsidRPr="00DA0238">
        <w:rPr>
          <w:lang w:val="ru-RU"/>
        </w:rPr>
        <w:t xml:space="preserve">]. В </w:t>
      </w:r>
      <w:r w:rsidR="00B303C5">
        <w:rPr>
          <w:rStyle w:val="TextTranslationItalic"/>
          <w:lang w:val="ru-RU"/>
        </w:rPr>
        <w:t>ш</w:t>
      </w:r>
      <w:r w:rsidRPr="00DA0238">
        <w:rPr>
          <w:rStyle w:val="TextTranslationItalic"/>
          <w:lang w:val="ru-RU"/>
        </w:rPr>
        <w:t>рути</w:t>
      </w:r>
      <w:r w:rsidR="00B303C5">
        <w:rPr>
          <w:lang w:val="ru-RU"/>
        </w:rPr>
        <w:t xml:space="preserve"> </w:t>
      </w:r>
      <w:r w:rsidRPr="00DA0238">
        <w:rPr>
          <w:lang w:val="ru-RU"/>
        </w:rPr>
        <w:t>понятие "</w:t>
      </w:r>
      <w:proofErr w:type="spellStart"/>
      <w:r w:rsidRPr="00DA0238">
        <w:rPr>
          <w:rStyle w:val="TextTranslationItalic"/>
          <w:lang w:val="ru-RU"/>
        </w:rPr>
        <w:t>пурвам</w:t>
      </w:r>
      <w:proofErr w:type="spellEnd"/>
      <w:r w:rsidRPr="00DA0238">
        <w:rPr>
          <w:lang w:val="ru-RU"/>
        </w:rPr>
        <w:t>" часто взаимозаменяемо с "</w:t>
      </w:r>
      <w:proofErr w:type="spellStart"/>
      <w:r w:rsidRPr="00DA0238">
        <w:rPr>
          <w:rStyle w:val="TextTranslationItalic"/>
          <w:lang w:val="ru-RU"/>
        </w:rPr>
        <w:t>пурнам</w:t>
      </w:r>
      <w:proofErr w:type="spellEnd"/>
      <w:r w:rsidR="00401BF3" w:rsidRPr="00DA0238">
        <w:rPr>
          <w:lang w:val="ru-RU"/>
        </w:rPr>
        <w:t>". "…</w:t>
      </w:r>
      <w:r w:rsidR="0050061C" w:rsidRPr="00DA0238">
        <w:rPr>
          <w:rStyle w:val="TextTranslationItalic"/>
          <w:lang w:val="ru-RU"/>
        </w:rPr>
        <w:t>Пуру</w:t>
      </w:r>
      <w:r w:rsidRPr="00DA0238">
        <w:rPr>
          <w:rStyle w:val="TextTranslationItalic"/>
          <w:lang w:val="ru-RU"/>
        </w:rPr>
        <w:t>ша</w:t>
      </w:r>
      <w:r w:rsidRPr="00DA0238">
        <w:rPr>
          <w:lang w:val="ru-RU"/>
        </w:rPr>
        <w:t xml:space="preserve"> [Высшая господствующая Сущность] всегда остается таковой при любом прилагательном". Когда говорится, что </w:t>
      </w:r>
      <w:proofErr w:type="spellStart"/>
      <w:r w:rsidRPr="00DA0238">
        <w:rPr>
          <w:lang w:val="ru-RU"/>
        </w:rPr>
        <w:t>Ведавьяса</w:t>
      </w:r>
      <w:proofErr w:type="spellEnd"/>
      <w:r w:rsidRPr="00DA0238">
        <w:rPr>
          <w:lang w:val="ru-RU"/>
        </w:rPr>
        <w:t xml:space="preserve"> узрел Бога [</w:t>
      </w:r>
      <w:r w:rsidRPr="00DA0238">
        <w:rPr>
          <w:rStyle w:val="TextTranslationItalic"/>
          <w:lang w:val="ru-RU"/>
        </w:rPr>
        <w:t>Пурушу</w:t>
      </w:r>
      <w:r w:rsidRPr="00DA0238">
        <w:rPr>
          <w:lang w:val="ru-RU"/>
        </w:rPr>
        <w:t>], само собой разумеется, что узрел он Его вместе с Его внутренней природой, принадлежностью. Когда утверждается, что некто увидел Луну, естественно, что он увидел ее вместе с ее сиянием.</w:t>
      </w:r>
    </w:p>
    <w:p w14:paraId="7EB7F48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22BC7C3" w14:textId="77777777" w:rsidR="00B303C5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Сказано: </w:t>
      </w:r>
    </w:p>
    <w:p w14:paraId="149B6806" w14:textId="77777777" w:rsidR="00B303C5" w:rsidRDefault="00B303C5" w:rsidP="004E41B6">
      <w:pPr>
        <w:pStyle w:val="TextTranslation"/>
        <w:ind w:firstLine="180"/>
        <w:rPr>
          <w:lang w:val="ru-RU"/>
        </w:rPr>
      </w:pPr>
    </w:p>
    <w:p w14:paraId="28F25C1D" w14:textId="77777777" w:rsidR="003B67ED" w:rsidRPr="005E2813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"Предвечное Существо, Ты</w:t>
      </w:r>
      <w:r w:rsidRPr="005E2813">
        <w:rPr>
          <w:lang w:val="ru-RU"/>
        </w:rPr>
        <w:t xml:space="preserve"> </w:t>
      </w:r>
      <w:proofErr w:type="spellStart"/>
      <w:r w:rsidRPr="005E2813">
        <w:rPr>
          <w:lang w:val="ru-RU"/>
        </w:rPr>
        <w:t>пронизаешь</w:t>
      </w:r>
      <w:proofErr w:type="spellEnd"/>
      <w:r w:rsidRPr="005E2813">
        <w:rPr>
          <w:lang w:val="ru-RU"/>
        </w:rPr>
        <w:t xml:space="preserve"> Собою целое мироздание. Повелитель многоликой природы, Ты ве</w:t>
      </w:r>
      <w:r>
        <w:rPr>
          <w:lang w:val="ru-RU"/>
        </w:rPr>
        <w:t>чно пребудешь в покойном блаженстве, неколебимом извне". (</w:t>
      </w:r>
      <w:proofErr w:type="spellStart"/>
      <w:r>
        <w:rPr>
          <w:rStyle w:val="TextTranslationItalic"/>
          <w:lang w:val="ru-RU"/>
        </w:rPr>
        <w:t>Шримад-Бхагаватам</w:t>
      </w:r>
      <w:proofErr w:type="spellEnd"/>
      <w:r>
        <w:rPr>
          <w:lang w:val="ru-RU"/>
        </w:rPr>
        <w:t xml:space="preserve"> 1.7.23). "Повелитель … природы" [</w:t>
      </w:r>
      <w:r>
        <w:rPr>
          <w:rStyle w:val="TextTranslationItalic"/>
          <w:lang w:val="ru-RU"/>
        </w:rPr>
        <w:t xml:space="preserve">майям </w:t>
      </w:r>
      <w:proofErr w:type="spellStart"/>
      <w:r>
        <w:rPr>
          <w:rStyle w:val="TextTranslationItalic"/>
          <w:lang w:val="ru-RU"/>
        </w:rPr>
        <w:t>ча</w:t>
      </w:r>
      <w:proofErr w:type="spellEnd"/>
      <w:r>
        <w:rPr>
          <w:rStyle w:val="TextTranslationItalic"/>
          <w:lang w:val="ru-RU"/>
        </w:rPr>
        <w:t xml:space="preserve"> </w:t>
      </w:r>
      <w:proofErr w:type="spellStart"/>
      <w:r>
        <w:rPr>
          <w:rStyle w:val="TextTranslationItalic"/>
          <w:lang w:val="ru-RU"/>
        </w:rPr>
        <w:t>тад-апашрайям</w:t>
      </w:r>
      <w:proofErr w:type="spellEnd"/>
      <w:r>
        <w:rPr>
          <w:lang w:val="ru-RU"/>
        </w:rPr>
        <w:t>] указует на то, что сила, природа исполняет подчиненную роль. Обольстительная, прелестная природа [</w:t>
      </w:r>
      <w:r>
        <w:rPr>
          <w:rStyle w:val="TextTranslationItalic"/>
          <w:lang w:val="ru-RU"/>
        </w:rPr>
        <w:t>майя</w:t>
      </w:r>
      <w:r>
        <w:rPr>
          <w:lang w:val="ru-RU"/>
        </w:rPr>
        <w:t>] не есть Его внутренн</w:t>
      </w:r>
      <w:r w:rsidRPr="005E2813">
        <w:rPr>
          <w:lang w:val="ru-RU"/>
        </w:rPr>
        <w:t xml:space="preserve">яя природа, ибо тот, кто подчинен, естественно отдаляется от господина. Эта мысль звучит в стихе </w:t>
      </w:r>
      <w:r w:rsidR="005E2813">
        <w:rPr>
          <w:lang w:val="ru-RU"/>
        </w:rPr>
        <w:t>(2.7.47)</w:t>
      </w:r>
      <w:r w:rsidRPr="005E2813">
        <w:rPr>
          <w:lang w:val="ru-RU"/>
        </w:rPr>
        <w:t xml:space="preserve"> </w:t>
      </w:r>
      <w:proofErr w:type="spellStart"/>
      <w:r w:rsidRPr="005E2813">
        <w:rPr>
          <w:rStyle w:val="TextTranslationItalic"/>
          <w:lang w:val="ru-RU"/>
        </w:rPr>
        <w:t>Шримад</w:t>
      </w:r>
      <w:r w:rsidRPr="005E2813">
        <w:rPr>
          <w:lang w:val="ru-RU"/>
        </w:rPr>
        <w:t>-</w:t>
      </w:r>
      <w:r w:rsidRPr="005E2813">
        <w:rPr>
          <w:rStyle w:val="TextTranslationItalic"/>
          <w:lang w:val="ru-RU"/>
        </w:rPr>
        <w:t>Бхагаватам</w:t>
      </w:r>
      <w:proofErr w:type="spellEnd"/>
      <w:r w:rsidRPr="005E2813">
        <w:rPr>
          <w:lang w:val="ru-RU"/>
        </w:rPr>
        <w:t>: "</w:t>
      </w:r>
      <w:r w:rsidRPr="005E2813">
        <w:rPr>
          <w:rStyle w:val="TextTranslationItalic"/>
          <w:lang w:val="ru-RU"/>
        </w:rPr>
        <w:t>Майя</w:t>
      </w:r>
      <w:r w:rsidRPr="005E2813">
        <w:rPr>
          <w:lang w:val="ru-RU"/>
        </w:rPr>
        <w:t>, пристыженная, бежит присутствия Всевышнего Владыки".</w:t>
      </w:r>
    </w:p>
    <w:p w14:paraId="74C48545" w14:textId="77777777" w:rsidR="003B67ED" w:rsidRPr="005E2813" w:rsidRDefault="003B67ED" w:rsidP="004E41B6">
      <w:pPr>
        <w:ind w:firstLine="180"/>
        <w:rPr>
          <w:b/>
          <w:lang w:val="ru-RU"/>
        </w:rPr>
      </w:pPr>
    </w:p>
    <w:p w14:paraId="3239A5DF" w14:textId="77777777" w:rsidR="003B67ED" w:rsidRPr="00DA0238" w:rsidRDefault="002E5979" w:rsidP="004E41B6">
      <w:pPr>
        <w:pStyle w:val="TextTranslation"/>
        <w:ind w:firstLine="180"/>
        <w:rPr>
          <w:lang w:val="ru-RU"/>
        </w:rPr>
      </w:pPr>
      <w:r w:rsidRPr="005E2813">
        <w:rPr>
          <w:lang w:val="ru-RU"/>
        </w:rPr>
        <w:t xml:space="preserve">Мы будем разбирать свойства внутренней природы позже, в комментарии к стихам </w:t>
      </w:r>
      <w:r w:rsidRPr="005E2813">
        <w:rPr>
          <w:rStyle w:val="TextTranslationItalic"/>
          <w:lang w:val="ru-RU"/>
        </w:rPr>
        <w:t>Шри</w:t>
      </w:r>
      <w:r w:rsidRPr="005E2813">
        <w:rPr>
          <w:lang w:val="ru-RU"/>
        </w:rPr>
        <w:t xml:space="preserve"> </w:t>
      </w:r>
      <w:proofErr w:type="spellStart"/>
      <w:r w:rsidRPr="005E2813">
        <w:rPr>
          <w:rStyle w:val="TextTranslationItalic"/>
          <w:lang w:val="ru-RU"/>
        </w:rPr>
        <w:t>Бхагаваты</w:t>
      </w:r>
      <w:proofErr w:type="spellEnd"/>
      <w:r w:rsidRPr="005E2813">
        <w:rPr>
          <w:lang w:val="ru-RU"/>
        </w:rPr>
        <w:t xml:space="preserve"> (1.7.6 и 1.7.10): "Самозабвенное служение дарует душ</w:t>
      </w:r>
      <w:r>
        <w:rPr>
          <w:lang w:val="ru-RU"/>
        </w:rPr>
        <w:t xml:space="preserve">е счастье и избавляет от страданий, которые совершенно чужды ее природе. Пожалуй, лучшее, что я могу сделать для людей, — это поведать им о служении Высшему Прекрасному Существу" и "Даже </w:t>
      </w:r>
      <w:proofErr w:type="spellStart"/>
      <w:r>
        <w:rPr>
          <w:lang w:val="ru-RU"/>
        </w:rPr>
        <w:t>самоупоенные</w:t>
      </w:r>
      <w:proofErr w:type="spellEnd"/>
      <w:r>
        <w:rPr>
          <w:lang w:val="ru-RU"/>
        </w:rPr>
        <w:t xml:space="preserve"> молчальники не способны сдержать удивления чудным делам Всевышнего, не умеют противостоять неотразимой Его Красоте, не в силах удержать порыв отдаться Ему во служение".</w:t>
      </w:r>
    </w:p>
    <w:p w14:paraId="689D34F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2053F6B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В первом стихе служение Богу понимается как свойство внутренней Его природы, что превосходит могуществом Его об</w:t>
      </w:r>
      <w:r w:rsidR="002E5979">
        <w:rPr>
          <w:lang w:val="ru-RU"/>
        </w:rPr>
        <w:t>ольстительную</w:t>
      </w:r>
      <w:r w:rsidRPr="00DA0238">
        <w:rPr>
          <w:lang w:val="ru-RU"/>
        </w:rPr>
        <w:t xml:space="preserve"> силу. Во втором стихе Его внутренняя природа показана как </w:t>
      </w:r>
      <w:r w:rsidR="003A6F28" w:rsidRPr="00DA0238">
        <w:rPr>
          <w:lang w:val="ru-RU"/>
        </w:rPr>
        <w:t>превосходящая</w:t>
      </w:r>
      <w:r w:rsidRPr="00DA0238">
        <w:rPr>
          <w:lang w:val="ru-RU"/>
        </w:rPr>
        <w:t xml:space="preserve"> даже состояние блаженства. Высшее Существо и Единое Бытие здесь упомянуты вместе, потому что (в откровении </w:t>
      </w:r>
      <w:proofErr w:type="spellStart"/>
      <w:r w:rsidRPr="00DA0238">
        <w:rPr>
          <w:lang w:val="ru-RU"/>
        </w:rPr>
        <w:t>Вьясы</w:t>
      </w:r>
      <w:proofErr w:type="spellEnd"/>
      <w:r w:rsidRPr="00DA0238">
        <w:rPr>
          <w:lang w:val="ru-RU"/>
        </w:rPr>
        <w:t>) они оба заключены в Боге: Высшее Существо [</w:t>
      </w:r>
      <w:r w:rsidRPr="00DA0238">
        <w:rPr>
          <w:rStyle w:val="TextTranslationItalic"/>
          <w:lang w:val="ru-RU"/>
        </w:rPr>
        <w:t>пуруша</w:t>
      </w:r>
      <w:r w:rsidRPr="00DA0238">
        <w:rPr>
          <w:lang w:val="ru-RU"/>
        </w:rPr>
        <w:t xml:space="preserve">] как Повелитель </w:t>
      </w:r>
      <w:r w:rsidR="002E5979">
        <w:rPr>
          <w:lang w:val="ru-RU"/>
        </w:rPr>
        <w:t>над обольстительной силой</w:t>
      </w:r>
      <w:r w:rsidRPr="00DA0238">
        <w:rPr>
          <w:lang w:val="ru-RU"/>
        </w:rPr>
        <w:t xml:space="preserve"> </w:t>
      </w:r>
      <w:r w:rsidR="00560136">
        <w:rPr>
          <w:lang w:val="ru-RU"/>
        </w:rPr>
        <w:t xml:space="preserve">— </w:t>
      </w:r>
      <w:r w:rsidR="00A0636A">
        <w:rPr>
          <w:lang w:val="ru-RU"/>
        </w:rPr>
        <w:t xml:space="preserve">отдельная </w:t>
      </w:r>
      <w:r w:rsidRPr="00DA0238">
        <w:rPr>
          <w:lang w:val="ru-RU"/>
        </w:rPr>
        <w:t>Ипостась Всевышнего, а Единое Бытие [</w:t>
      </w:r>
      <w:r w:rsidR="00187405" w:rsidRPr="00560136">
        <w:rPr>
          <w:rStyle w:val="TextTranslationItalic"/>
          <w:lang w:val="ru-RU"/>
        </w:rPr>
        <w:t>Брахман</w:t>
      </w:r>
      <w:r w:rsidRPr="00DA0238">
        <w:rPr>
          <w:lang w:val="ru-RU"/>
        </w:rPr>
        <w:t>]</w:t>
      </w:r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 xml:space="preserve">как Его безличное, лишенное образов проявление. Это будет подробно рассмотрено во Втором и Третьем </w:t>
      </w:r>
      <w:r w:rsidR="00560136">
        <w:rPr>
          <w:lang w:val="ru-RU"/>
        </w:rPr>
        <w:t xml:space="preserve">Очерках: </w:t>
      </w:r>
      <w:r w:rsidR="00186CBD">
        <w:rPr>
          <w:lang w:val="ru-RU"/>
        </w:rPr>
        <w:t>"О Боге" и "О Душе"</w:t>
      </w:r>
      <w:r w:rsidRPr="00DA0238">
        <w:rPr>
          <w:lang w:val="ru-RU"/>
        </w:rPr>
        <w:t>. Здесь я лишь повторяю мысль, высказ</w:t>
      </w:r>
      <w:r w:rsidR="003A6F28" w:rsidRPr="00DA0238">
        <w:rPr>
          <w:lang w:val="ru-RU"/>
        </w:rPr>
        <w:t>а</w:t>
      </w:r>
      <w:r w:rsidRPr="00DA0238">
        <w:rPr>
          <w:lang w:val="ru-RU"/>
        </w:rPr>
        <w:t xml:space="preserve">нную мной в тексте </w:t>
      </w:r>
      <w:r w:rsidR="00186CBD">
        <w:rPr>
          <w:lang w:val="ru-RU"/>
        </w:rPr>
        <w:t>(</w:t>
      </w:r>
      <w:r w:rsidRPr="00DA0238">
        <w:rPr>
          <w:lang w:val="ru-RU"/>
        </w:rPr>
        <w:t>29</w:t>
      </w:r>
      <w:r w:rsidR="00186CBD">
        <w:rPr>
          <w:lang w:val="ru-RU"/>
        </w:rPr>
        <w:t>)</w:t>
      </w:r>
      <w:r w:rsidRPr="00DA0238">
        <w:rPr>
          <w:lang w:val="ru-RU"/>
        </w:rPr>
        <w:t xml:space="preserve"> о </w:t>
      </w:r>
      <w:proofErr w:type="spellStart"/>
      <w:r w:rsidRPr="00DA0238">
        <w:rPr>
          <w:rStyle w:val="TextTranslationItalic"/>
          <w:lang w:val="ru-RU"/>
        </w:rPr>
        <w:t>самбандха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таттве</w:t>
      </w:r>
      <w:proofErr w:type="spellEnd"/>
      <w:r w:rsidRPr="00DA0238">
        <w:rPr>
          <w:lang w:val="ru-RU"/>
        </w:rPr>
        <w:t>, Сущности, что влечет к Себе Своею игрою.</w:t>
      </w:r>
    </w:p>
    <w:p w14:paraId="4E5ED05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66BD680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 xml:space="preserve"> 32</w:t>
      </w:r>
    </w:p>
    <w:p w14:paraId="1210C31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81A2ED7" w14:textId="77777777" w:rsidR="00186CB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Путь [</w:t>
      </w:r>
      <w:proofErr w:type="spellStart"/>
      <w:r w:rsidRPr="00DA0238">
        <w:rPr>
          <w:rStyle w:val="TextTranslationItalic"/>
          <w:lang w:val="ru-RU"/>
        </w:rPr>
        <w:t>абхидейя</w:t>
      </w:r>
      <w:proofErr w:type="spellEnd"/>
      <w:r w:rsidRPr="00DA0238">
        <w:rPr>
          <w:lang w:val="ru-RU"/>
        </w:rPr>
        <w:t>] и цель [</w:t>
      </w:r>
      <w:proofErr w:type="spellStart"/>
      <w:r w:rsidRPr="00DA0238">
        <w:rPr>
          <w:rStyle w:val="TextTranslationItalic"/>
          <w:lang w:val="ru-RU"/>
        </w:rPr>
        <w:t>прайоджана</w:t>
      </w:r>
      <w:proofErr w:type="spellEnd"/>
      <w:r w:rsidRPr="00DA0238">
        <w:rPr>
          <w:lang w:val="ru-RU"/>
        </w:rPr>
        <w:t>], как я определил их, основываются на сущностном различии между Высшей Сущностью (Богом) и живым существом. Вьяса подчеркивает факт т</w:t>
      </w:r>
      <w:r w:rsidR="00602896">
        <w:rPr>
          <w:lang w:val="ru-RU"/>
        </w:rPr>
        <w:t>акового различия в стихе (1.7.5)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Шри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 xml:space="preserve">: </w:t>
      </w:r>
    </w:p>
    <w:p w14:paraId="0F83B8E3" w14:textId="77777777" w:rsidR="00186CBD" w:rsidRDefault="00186CBD" w:rsidP="004E41B6">
      <w:pPr>
        <w:pStyle w:val="TextTranslation"/>
        <w:ind w:firstLine="180"/>
        <w:rPr>
          <w:lang w:val="ru-RU"/>
        </w:rPr>
      </w:pPr>
    </w:p>
    <w:p w14:paraId="4B589A94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"Хотя по природе св</w:t>
      </w:r>
      <w:r w:rsidRPr="005E2813">
        <w:rPr>
          <w:lang w:val="ru-RU"/>
        </w:rPr>
        <w:t>оей живое существо, как и Бог, невещественно и не затрагивается тремя состояниями костного вещества, но, будучи обольщено призрачными видами [</w:t>
      </w:r>
      <w:r w:rsidRPr="005E2813">
        <w:rPr>
          <w:i/>
          <w:lang w:val="ru-RU"/>
        </w:rPr>
        <w:t>майей</w:t>
      </w:r>
      <w:r w:rsidRPr="005E2813">
        <w:rPr>
          <w:lang w:val="ru-RU"/>
        </w:rPr>
        <w:t xml:space="preserve">], оно мнит себя производной от вещества в его трех состояниях. Мнит себя </w:t>
      </w:r>
      <w:r>
        <w:rPr>
          <w:lang w:val="ru-RU"/>
        </w:rPr>
        <w:t>вещественным предметом. Увлекшись игрой света и тени, живое существо принуждено страдать последствиями своих действий в круговороте рождений и смертей.</w:t>
      </w:r>
    </w:p>
    <w:p w14:paraId="212F0FD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5803A93" w14:textId="77777777" w:rsidR="003B67ED" w:rsidRPr="00602896" w:rsidRDefault="00186CBD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Ж</w:t>
      </w:r>
      <w:r w:rsidR="002B41BF" w:rsidRPr="00DA0238">
        <w:rPr>
          <w:lang w:val="ru-RU"/>
        </w:rPr>
        <w:t xml:space="preserve">ивое существо не просто обладает сознанием как свойством, оно само суть чистое сознание, подобно </w:t>
      </w:r>
      <w:proofErr w:type="gramStart"/>
      <w:r w:rsidR="002B41BF" w:rsidRPr="00DA0238">
        <w:rPr>
          <w:lang w:val="ru-RU"/>
        </w:rPr>
        <w:t>тому</w:t>
      </w:r>
      <w:proofErr w:type="gramEnd"/>
      <w:r w:rsidR="002B41BF" w:rsidRPr="00DA0238">
        <w:rPr>
          <w:lang w:val="ru-RU"/>
        </w:rPr>
        <w:t xml:space="preserve"> как солнце не просто имеет свойство светить, оно само </w:t>
      </w:r>
      <w:r>
        <w:rPr>
          <w:lang w:val="ru-RU"/>
        </w:rPr>
        <w:t>суть</w:t>
      </w:r>
      <w:r w:rsidR="002B41BF" w:rsidRPr="00DA0238">
        <w:rPr>
          <w:lang w:val="ru-RU"/>
        </w:rPr>
        <w:t xml:space="preserve"> свет, к тому же освещающий сам себя. Это свойство живого существа обладать сознанием определено в </w:t>
      </w:r>
      <w:proofErr w:type="spellStart"/>
      <w:r w:rsidR="002B41BF" w:rsidRPr="00DA0238">
        <w:rPr>
          <w:rStyle w:val="TextTranslationItalic"/>
          <w:lang w:val="ru-RU"/>
        </w:rPr>
        <w:t>Шримад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Бхагаватам</w:t>
      </w:r>
      <w:proofErr w:type="spellEnd"/>
      <w:r w:rsidR="002B41BF" w:rsidRPr="00DA0238">
        <w:rPr>
          <w:lang w:val="ru-RU"/>
        </w:rPr>
        <w:t xml:space="preserve"> </w:t>
      </w:r>
      <w:r w:rsidR="00602896">
        <w:rPr>
          <w:lang w:val="ru-RU"/>
        </w:rPr>
        <w:t>(1.7.5)</w:t>
      </w:r>
      <w:r w:rsidR="002B41BF" w:rsidRPr="00DA0238">
        <w:rPr>
          <w:lang w:val="ru-RU"/>
        </w:rPr>
        <w:t xml:space="preserve"> словами "</w:t>
      </w:r>
      <w:proofErr w:type="spellStart"/>
      <w:r w:rsidR="002B41BF" w:rsidRPr="00DA0238">
        <w:rPr>
          <w:rStyle w:val="TextTranslationItalic"/>
          <w:lang w:val="ru-RU"/>
        </w:rPr>
        <w:t>йайа</w:t>
      </w:r>
      <w:proofErr w:type="spellEnd"/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саммохитах</w:t>
      </w:r>
      <w:proofErr w:type="spellEnd"/>
      <w:r w:rsidR="002B41BF" w:rsidRPr="00DA0238">
        <w:rPr>
          <w:lang w:val="ru-RU"/>
        </w:rPr>
        <w:t>"</w:t>
      </w:r>
      <w:r w:rsidR="002B41BF" w:rsidRPr="00DA0238">
        <w:rPr>
          <w:rStyle w:val="TextTranslationItalic"/>
          <w:lang w:val="ru-RU"/>
        </w:rPr>
        <w:t xml:space="preserve"> </w:t>
      </w:r>
      <w:r w:rsidRPr="00186CBD">
        <w:rPr>
          <w:lang w:val="ru-RU"/>
        </w:rPr>
        <w:t>[</w:t>
      </w:r>
      <w:r>
        <w:rPr>
          <w:lang w:val="ru-RU"/>
        </w:rPr>
        <w:t>очаровано игрой света и тени</w:t>
      </w:r>
      <w:r w:rsidRPr="00186CBD">
        <w:rPr>
          <w:lang w:val="ru-RU"/>
        </w:rPr>
        <w:t>]</w:t>
      </w:r>
      <w:r w:rsidR="002B41BF" w:rsidRPr="00DA0238">
        <w:rPr>
          <w:lang w:val="ru-RU"/>
        </w:rPr>
        <w:t xml:space="preserve"> и "</w:t>
      </w:r>
      <w:proofErr w:type="spellStart"/>
      <w:r w:rsidR="002B41BF" w:rsidRPr="00DA0238">
        <w:rPr>
          <w:rStyle w:val="TextTranslationItalic"/>
          <w:lang w:val="ru-RU"/>
        </w:rPr>
        <w:t>мануте</w:t>
      </w:r>
      <w:proofErr w:type="spellEnd"/>
      <w:r w:rsidR="002B41BF" w:rsidRPr="00DA0238">
        <w:rPr>
          <w:lang w:val="ru-RU"/>
        </w:rPr>
        <w:t xml:space="preserve">" </w:t>
      </w:r>
      <w:r w:rsidRPr="00186CBD">
        <w:rPr>
          <w:lang w:val="ru-RU"/>
        </w:rPr>
        <w:t>[</w:t>
      </w:r>
      <w:r>
        <w:rPr>
          <w:lang w:val="ru-RU"/>
        </w:rPr>
        <w:t>мнит</w:t>
      </w:r>
      <w:r w:rsidRPr="00186CBD">
        <w:rPr>
          <w:lang w:val="ru-RU"/>
        </w:rPr>
        <w:t>]</w:t>
      </w:r>
      <w:r w:rsidR="002B41BF" w:rsidRPr="00DA0238">
        <w:rPr>
          <w:lang w:val="ru-RU"/>
        </w:rPr>
        <w:t xml:space="preserve">. Эта же мысль звучит в </w:t>
      </w:r>
      <w:proofErr w:type="spellStart"/>
      <w:proofErr w:type="gramStart"/>
      <w:r w:rsidR="002B41BF" w:rsidRPr="00DA0238">
        <w:rPr>
          <w:rStyle w:val="TextTranslationItalic"/>
          <w:lang w:val="ru-RU"/>
        </w:rPr>
        <w:t>Бхагавад</w:t>
      </w:r>
      <w:proofErr w:type="spellEnd"/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гите</w:t>
      </w:r>
      <w:proofErr w:type="gramEnd"/>
      <w:r w:rsidR="00602896">
        <w:rPr>
          <w:lang w:val="ru-RU"/>
        </w:rPr>
        <w:t xml:space="preserve"> (5.15)</w:t>
      </w:r>
      <w:r w:rsidR="002B41BF" w:rsidRPr="00DA0238">
        <w:rPr>
          <w:lang w:val="ru-RU"/>
        </w:rPr>
        <w:t>:</w:t>
      </w:r>
    </w:p>
    <w:p w14:paraId="4353D01A" w14:textId="77777777" w:rsidR="009E192A" w:rsidRPr="00602896" w:rsidRDefault="009E192A" w:rsidP="009E192A">
      <w:pPr>
        <w:pStyle w:val="TextTranslation"/>
        <w:ind w:firstLine="180"/>
        <w:rPr>
          <w:lang w:val="ru-RU"/>
        </w:rPr>
      </w:pPr>
    </w:p>
    <w:p w14:paraId="01633FDA" w14:textId="77777777" w:rsidR="009E192A" w:rsidRPr="009E192A" w:rsidRDefault="009E192A" w:rsidP="009E192A">
      <w:pPr>
        <w:pStyle w:val="TextTranslation"/>
        <w:ind w:firstLine="180"/>
        <w:rPr>
          <w:lang w:val="ru-RU"/>
        </w:rPr>
      </w:pPr>
      <w:r w:rsidRPr="009E192A">
        <w:rPr>
          <w:lang w:val="ru-RU"/>
        </w:rPr>
        <w:lastRenderedPageBreak/>
        <w:t>"Тварь живая мнит себя творцом, поскольку знание её о ней самой под пологом невежества сокрыто</w:t>
      </w:r>
      <w:r>
        <w:rPr>
          <w:lang w:val="ru-RU"/>
        </w:rPr>
        <w:t>"</w:t>
      </w:r>
      <w:r w:rsidRPr="009E192A">
        <w:rPr>
          <w:lang w:val="ru-RU"/>
        </w:rPr>
        <w:t>.</w:t>
      </w:r>
    </w:p>
    <w:p w14:paraId="57954FD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6247CB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Это опровергает идею о том, что живое существо [</w:t>
      </w:r>
      <w:r w:rsidRPr="00DA0238">
        <w:rPr>
          <w:rStyle w:val="TextTranslationItalic"/>
          <w:lang w:val="ru-RU"/>
        </w:rPr>
        <w:t>джива</w:t>
      </w:r>
      <w:r w:rsidRPr="00DA0238">
        <w:rPr>
          <w:lang w:val="ru-RU"/>
        </w:rPr>
        <w:t>] есть воображаемое явление или означение [</w:t>
      </w:r>
      <w:proofErr w:type="spellStart"/>
      <w:r w:rsidRPr="00DA0238">
        <w:rPr>
          <w:rStyle w:val="TextTranslationItalic"/>
          <w:lang w:val="ru-RU"/>
        </w:rPr>
        <w:t>упадхи</w:t>
      </w:r>
      <w:proofErr w:type="spellEnd"/>
      <w:r w:rsidRPr="00DA0238">
        <w:rPr>
          <w:lang w:val="ru-RU"/>
        </w:rPr>
        <w:t>] Всеединого Бытия [</w:t>
      </w:r>
      <w:r w:rsidR="00187405" w:rsidRPr="00DA0238">
        <w:rPr>
          <w:lang w:val="ru-RU"/>
        </w:rPr>
        <w:t>Брахман</w:t>
      </w:r>
      <w:r w:rsidRPr="00DA0238">
        <w:rPr>
          <w:lang w:val="ru-RU"/>
        </w:rPr>
        <w:t xml:space="preserve">а] и что освобождение </w:t>
      </w:r>
      <w:proofErr w:type="gramStart"/>
      <w:r w:rsidRPr="00DA0238">
        <w:rPr>
          <w:lang w:val="ru-RU"/>
        </w:rPr>
        <w:t xml:space="preserve">есть по </w:t>
      </w:r>
      <w:r w:rsidR="009E192A">
        <w:rPr>
          <w:lang w:val="ru-RU"/>
        </w:rPr>
        <w:t>сути</w:t>
      </w:r>
      <w:proofErr w:type="gramEnd"/>
      <w:r w:rsidR="009E192A">
        <w:rPr>
          <w:lang w:val="ru-RU"/>
        </w:rPr>
        <w:t xml:space="preserve"> избавление от</w:t>
      </w:r>
      <w:r w:rsidRPr="00DA0238">
        <w:rPr>
          <w:lang w:val="ru-RU"/>
        </w:rPr>
        <w:t xml:space="preserve"> воображаемого обозначения</w:t>
      </w:r>
      <w:r w:rsidRPr="00DA0238">
        <w:rPr>
          <w:rStyle w:val="TextTranslationItalic"/>
          <w:lang w:val="ru-RU"/>
        </w:rPr>
        <w:t>.</w:t>
      </w:r>
    </w:p>
    <w:p w14:paraId="10D151B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938E67F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В этом стихе </w:t>
      </w:r>
      <w:r w:rsidR="009E192A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="009E192A">
        <w:rPr>
          <w:lang w:val="ru-RU"/>
        </w:rPr>
        <w:t xml:space="preserve"> 1.7.5)</w:t>
      </w:r>
      <w:r w:rsidRPr="00DA0238">
        <w:rPr>
          <w:lang w:val="ru-RU"/>
        </w:rPr>
        <w:t xml:space="preserve"> словосочетание </w:t>
      </w:r>
      <w:r w:rsidR="009E192A">
        <w:rPr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йайя</w:t>
      </w:r>
      <w:proofErr w:type="spellEnd"/>
      <w:r w:rsidRPr="00DA0238">
        <w:rPr>
          <w:lang w:val="ru-RU"/>
        </w:rPr>
        <w:t xml:space="preserve"> </w:t>
      </w:r>
      <w:proofErr w:type="spellStart"/>
      <w:r w:rsidR="0050061C" w:rsidRPr="00DA0238">
        <w:rPr>
          <w:rStyle w:val="TextTranslationItalic"/>
          <w:lang w:val="ru-RU"/>
        </w:rPr>
        <w:t>с</w:t>
      </w:r>
      <w:r w:rsidRPr="00DA0238">
        <w:rPr>
          <w:rStyle w:val="TextTranslationItalic"/>
          <w:lang w:val="ru-RU"/>
        </w:rPr>
        <w:t>аммохитах</w:t>
      </w:r>
      <w:proofErr w:type="spellEnd"/>
      <w:r w:rsidR="009E192A">
        <w:rPr>
          <w:lang w:val="ru-RU"/>
        </w:rPr>
        <w:t xml:space="preserve">" </w:t>
      </w:r>
      <w:r w:rsidRPr="00DA0238">
        <w:rPr>
          <w:lang w:val="ru-RU"/>
        </w:rPr>
        <w:t xml:space="preserve">указывает на то, что </w:t>
      </w:r>
      <w:r w:rsidR="00E54FE2">
        <w:rPr>
          <w:lang w:val="ru-RU"/>
        </w:rPr>
        <w:t>прелесть</w:t>
      </w:r>
      <w:r w:rsidRPr="00DA0238">
        <w:rPr>
          <w:lang w:val="ru-RU"/>
        </w:rPr>
        <w:t xml:space="preserve"> и только она вводит живое существо в заблуждение; Всевышний не принимает в этом участия.</w:t>
      </w:r>
    </w:p>
    <w:p w14:paraId="26EF6A2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9C76594" w14:textId="77777777" w:rsidR="003B67ED" w:rsidRDefault="002B41BF" w:rsidP="004E41B6">
      <w:pPr>
        <w:pStyle w:val="TextTranslation"/>
        <w:ind w:firstLine="180"/>
        <w:outlineLvl w:val="0"/>
        <w:rPr>
          <w:lang w:val="ru-RU"/>
        </w:rPr>
      </w:pPr>
      <w:r w:rsidRPr="00DA0238">
        <w:rPr>
          <w:lang w:val="ru-RU"/>
        </w:rPr>
        <w:t xml:space="preserve">Далее в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утверждается:</w:t>
      </w:r>
    </w:p>
    <w:p w14:paraId="0190C6B2" w14:textId="77777777" w:rsidR="00B23AC5" w:rsidRDefault="00B23AC5" w:rsidP="004E41B6">
      <w:pPr>
        <w:pStyle w:val="TextTranslation"/>
        <w:ind w:firstLine="180"/>
        <w:outlineLvl w:val="0"/>
        <w:rPr>
          <w:lang w:val="ru-RU"/>
        </w:rPr>
      </w:pPr>
    </w:p>
    <w:p w14:paraId="2A234BAB" w14:textId="77777777" w:rsidR="00B23AC5" w:rsidRPr="00B23AC5" w:rsidRDefault="00B23AC5" w:rsidP="00B23AC5">
      <w:pPr>
        <w:pStyle w:val="TextTranslation"/>
        <w:ind w:firstLine="180"/>
        <w:outlineLvl w:val="0"/>
        <w:rPr>
          <w:i/>
          <w:lang w:val="ru-RU"/>
        </w:rPr>
      </w:pPr>
      <w:proofErr w:type="spellStart"/>
      <w:r w:rsidRPr="00B23AC5">
        <w:rPr>
          <w:i/>
          <w:lang w:val="ru-RU"/>
        </w:rPr>
        <w:t>виладжджаманайа</w:t>
      </w:r>
      <w:proofErr w:type="spellEnd"/>
      <w:r w:rsidRPr="00B23AC5">
        <w:rPr>
          <w:i/>
          <w:lang w:val="ru-RU"/>
        </w:rPr>
        <w:t xml:space="preserve"> </w:t>
      </w:r>
      <w:proofErr w:type="spellStart"/>
      <w:r w:rsidRPr="00B23AC5">
        <w:rPr>
          <w:i/>
          <w:lang w:val="ru-RU"/>
        </w:rPr>
        <w:t>йасйа</w:t>
      </w:r>
      <w:proofErr w:type="spellEnd"/>
      <w:r w:rsidRPr="00B23AC5">
        <w:rPr>
          <w:i/>
          <w:lang w:val="ru-RU"/>
        </w:rPr>
        <w:t xml:space="preserve"> </w:t>
      </w:r>
      <w:proofErr w:type="spellStart"/>
      <w:r w:rsidRPr="00B23AC5">
        <w:rPr>
          <w:i/>
          <w:lang w:val="ru-RU"/>
        </w:rPr>
        <w:t>стхатум</w:t>
      </w:r>
      <w:proofErr w:type="spellEnd"/>
      <w:r w:rsidRPr="00B23AC5">
        <w:rPr>
          <w:i/>
          <w:lang w:val="ru-RU"/>
        </w:rPr>
        <w:t xml:space="preserve"> </w:t>
      </w:r>
      <w:proofErr w:type="spellStart"/>
      <w:r w:rsidRPr="00B23AC5">
        <w:rPr>
          <w:i/>
          <w:lang w:val="ru-RU"/>
        </w:rPr>
        <w:t>икша-патхе</w:t>
      </w:r>
      <w:proofErr w:type="spellEnd"/>
      <w:r w:rsidRPr="00B23AC5">
        <w:rPr>
          <w:i/>
          <w:lang w:val="ru-RU"/>
        </w:rPr>
        <w:t xml:space="preserve"> ’</w:t>
      </w:r>
      <w:proofErr w:type="spellStart"/>
      <w:r w:rsidRPr="00B23AC5">
        <w:rPr>
          <w:i/>
          <w:lang w:val="ru-RU"/>
        </w:rPr>
        <w:t>муйа</w:t>
      </w:r>
      <w:proofErr w:type="spellEnd"/>
    </w:p>
    <w:p w14:paraId="271AB105" w14:textId="77777777" w:rsidR="00B23AC5" w:rsidRPr="00B23AC5" w:rsidRDefault="00B23AC5" w:rsidP="00B23AC5">
      <w:pPr>
        <w:pStyle w:val="TextTranslation"/>
        <w:ind w:firstLine="180"/>
        <w:outlineLvl w:val="0"/>
        <w:rPr>
          <w:i/>
          <w:lang w:val="ru-RU"/>
        </w:rPr>
      </w:pPr>
      <w:proofErr w:type="spellStart"/>
      <w:r w:rsidRPr="00B23AC5">
        <w:rPr>
          <w:i/>
          <w:lang w:val="ru-RU"/>
        </w:rPr>
        <w:t>вимохита</w:t>
      </w:r>
      <w:proofErr w:type="spellEnd"/>
      <w:r w:rsidRPr="00B23AC5">
        <w:rPr>
          <w:i/>
          <w:lang w:val="ru-RU"/>
        </w:rPr>
        <w:t xml:space="preserve"> </w:t>
      </w:r>
      <w:proofErr w:type="spellStart"/>
      <w:r w:rsidRPr="00B23AC5">
        <w:rPr>
          <w:i/>
          <w:lang w:val="ru-RU"/>
        </w:rPr>
        <w:t>викаттханте</w:t>
      </w:r>
      <w:proofErr w:type="spellEnd"/>
      <w:r w:rsidRPr="00B23AC5">
        <w:rPr>
          <w:i/>
          <w:lang w:val="ru-RU"/>
        </w:rPr>
        <w:t xml:space="preserve"> </w:t>
      </w:r>
      <w:proofErr w:type="spellStart"/>
      <w:r w:rsidRPr="00B23AC5">
        <w:rPr>
          <w:i/>
          <w:lang w:val="ru-RU"/>
        </w:rPr>
        <w:t>мамахам</w:t>
      </w:r>
      <w:proofErr w:type="spellEnd"/>
      <w:r w:rsidRPr="00B23AC5">
        <w:rPr>
          <w:i/>
          <w:lang w:val="ru-RU"/>
        </w:rPr>
        <w:t xml:space="preserve"> </w:t>
      </w:r>
      <w:proofErr w:type="spellStart"/>
      <w:r w:rsidRPr="00B23AC5">
        <w:rPr>
          <w:i/>
          <w:lang w:val="ru-RU"/>
        </w:rPr>
        <w:t>ити</w:t>
      </w:r>
      <w:proofErr w:type="spellEnd"/>
      <w:r w:rsidRPr="00B23AC5">
        <w:rPr>
          <w:i/>
          <w:lang w:val="ru-RU"/>
        </w:rPr>
        <w:t xml:space="preserve"> </w:t>
      </w:r>
      <w:proofErr w:type="spellStart"/>
      <w:r w:rsidRPr="00B23AC5">
        <w:rPr>
          <w:i/>
          <w:lang w:val="ru-RU"/>
        </w:rPr>
        <w:t>дурдхийах</w:t>
      </w:r>
      <w:proofErr w:type="spellEnd"/>
    </w:p>
    <w:p w14:paraId="4605E040" w14:textId="77777777" w:rsidR="00B23AC5" w:rsidRPr="00DA0238" w:rsidRDefault="00B23AC5" w:rsidP="004E41B6">
      <w:pPr>
        <w:pStyle w:val="TextTranslation"/>
        <w:ind w:firstLine="180"/>
        <w:outlineLvl w:val="0"/>
        <w:rPr>
          <w:lang w:val="ru-RU"/>
        </w:rPr>
      </w:pPr>
    </w:p>
    <w:p w14:paraId="6A78C7C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"Всевышний Вдохновитель скрывает Себя от творца и его тварей пеленою обмана, к</w:t>
      </w:r>
      <w:r w:rsidR="004F1A2D" w:rsidRPr="00DA0238">
        <w:rPr>
          <w:lang w:val="ru-RU"/>
        </w:rPr>
        <w:t>оторая составляет Его отдельную</w:t>
      </w:r>
      <w:r w:rsidRPr="00DA0238">
        <w:rPr>
          <w:lang w:val="ru-RU"/>
        </w:rPr>
        <w:t xml:space="preserve"> обольстительную силу. Обольстительная сила Бога стыдится </w:t>
      </w:r>
      <w:r w:rsidR="009A3BA7">
        <w:rPr>
          <w:lang w:val="ru-RU"/>
        </w:rPr>
        <w:t xml:space="preserve">предстать пред Ним и стыдится </w:t>
      </w:r>
      <w:r w:rsidRPr="00DA0238">
        <w:rPr>
          <w:lang w:val="ru-RU"/>
        </w:rPr>
        <w:t>того, что должна скрывать от живых тварей Истину, но покорно и добросовестно исполняет свой долг. Всякий, кто пленился ее чарами, полагает себя делателем и владыкою зримого мира".</w:t>
      </w:r>
      <w:r w:rsidR="009A3BA7">
        <w:rPr>
          <w:lang w:val="ru-RU"/>
        </w:rPr>
        <w:t xml:space="preserve"> (</w:t>
      </w:r>
      <w:proofErr w:type="spellStart"/>
      <w:r w:rsidR="009A3BA7" w:rsidRPr="00DA0238">
        <w:rPr>
          <w:rStyle w:val="TextTranslationItalic"/>
          <w:lang w:val="ru-RU"/>
        </w:rPr>
        <w:t>Шримад</w:t>
      </w:r>
      <w:r w:rsidR="009A3BA7" w:rsidRPr="00DA0238">
        <w:rPr>
          <w:lang w:val="ru-RU"/>
        </w:rPr>
        <w:t>-</w:t>
      </w:r>
      <w:r w:rsidR="009A3BA7" w:rsidRPr="00DA0238">
        <w:rPr>
          <w:rStyle w:val="TextTranslationItalic"/>
          <w:lang w:val="ru-RU"/>
        </w:rPr>
        <w:t>Бхагаватам</w:t>
      </w:r>
      <w:proofErr w:type="spellEnd"/>
      <w:r w:rsidR="009A3BA7">
        <w:rPr>
          <w:lang w:val="ru-RU"/>
        </w:rPr>
        <w:t xml:space="preserve"> 2.5.13).</w:t>
      </w:r>
    </w:p>
    <w:p w14:paraId="3694512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2FAA37A" w14:textId="77777777" w:rsidR="007A0B66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Из слова "стыдится" </w:t>
      </w:r>
      <w:r w:rsidRPr="005E2813">
        <w:rPr>
          <w:lang w:val="ru-RU"/>
        </w:rPr>
        <w:t>[</w:t>
      </w:r>
      <w:proofErr w:type="spellStart"/>
      <w:r w:rsidRPr="005E2813">
        <w:rPr>
          <w:rStyle w:val="TextTranslationItalic"/>
          <w:lang w:val="ru-RU"/>
        </w:rPr>
        <w:t>виладджаманайа</w:t>
      </w:r>
      <w:proofErr w:type="spellEnd"/>
      <w:r w:rsidRPr="005E2813">
        <w:rPr>
          <w:lang w:val="ru-RU"/>
        </w:rPr>
        <w:t>] мы делаем вывод, что Всевышнему неприятно, когда прелес</w:t>
      </w:r>
      <w:r>
        <w:rPr>
          <w:lang w:val="ru-RU"/>
        </w:rPr>
        <w:t>ть [</w:t>
      </w:r>
      <w:r>
        <w:rPr>
          <w:rStyle w:val="TextTranslationItalic"/>
          <w:lang w:val="ru-RU"/>
        </w:rPr>
        <w:t>майя</w:t>
      </w:r>
      <w:r>
        <w:rPr>
          <w:lang w:val="ru-RU"/>
        </w:rPr>
        <w:t xml:space="preserve">] обольщает живых существ, но она вынуждена делать этот труд применительно к тем душам, что с незапамятных времен и по неразумению отвратили свой взор от Всевышнего и оказались во власти понятий "я" и "мое". В </w:t>
      </w:r>
      <w:proofErr w:type="spellStart"/>
      <w:r>
        <w:rPr>
          <w:rStyle w:val="TextTranslationItalic"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так описано следствие отвращения души от Бога: </w:t>
      </w:r>
    </w:p>
    <w:p w14:paraId="145E7CC1" w14:textId="77777777" w:rsidR="007A0B66" w:rsidRDefault="007A0B66" w:rsidP="004E41B6">
      <w:pPr>
        <w:pStyle w:val="TextTranslation"/>
        <w:ind w:firstLine="180"/>
        <w:rPr>
          <w:lang w:val="ru-RU"/>
        </w:rPr>
      </w:pPr>
    </w:p>
    <w:p w14:paraId="07E4AE24" w14:textId="77777777" w:rsidR="007A0B66" w:rsidRPr="007A0B66" w:rsidRDefault="007A0B66" w:rsidP="007A0B66">
      <w:pPr>
        <w:pStyle w:val="TextTranslation"/>
        <w:ind w:firstLine="180"/>
        <w:rPr>
          <w:i/>
          <w:lang w:val="ru-RU"/>
        </w:rPr>
      </w:pPr>
      <w:proofErr w:type="spellStart"/>
      <w:r w:rsidRPr="007A0B66">
        <w:rPr>
          <w:i/>
          <w:lang w:val="ru-RU"/>
        </w:rPr>
        <w:t>бхайам</w:t>
      </w:r>
      <w:proofErr w:type="spellEnd"/>
      <w:r w:rsidRPr="007A0B66">
        <w:rPr>
          <w:i/>
          <w:lang w:val="ru-RU"/>
        </w:rPr>
        <w:t xml:space="preserve"> </w:t>
      </w:r>
      <w:proofErr w:type="spellStart"/>
      <w:r w:rsidRPr="007A0B66">
        <w:rPr>
          <w:i/>
          <w:lang w:val="ru-RU"/>
        </w:rPr>
        <w:t>двитийабхинивешатах</w:t>
      </w:r>
      <w:proofErr w:type="spellEnd"/>
      <w:r w:rsidRPr="007A0B66">
        <w:rPr>
          <w:i/>
          <w:lang w:val="ru-RU"/>
        </w:rPr>
        <w:t xml:space="preserve"> </w:t>
      </w:r>
      <w:proofErr w:type="spellStart"/>
      <w:r w:rsidRPr="007A0B66">
        <w:rPr>
          <w:i/>
          <w:lang w:val="ru-RU"/>
        </w:rPr>
        <w:t>сйад</w:t>
      </w:r>
      <w:proofErr w:type="spellEnd"/>
    </w:p>
    <w:p w14:paraId="6AF94D21" w14:textId="77777777" w:rsidR="007A0B66" w:rsidRPr="007A0B66" w:rsidRDefault="007A0B66" w:rsidP="007A0B66">
      <w:pPr>
        <w:pStyle w:val="TextTranslation"/>
        <w:ind w:firstLine="180"/>
        <w:rPr>
          <w:i/>
          <w:lang w:val="ru-RU"/>
        </w:rPr>
      </w:pPr>
      <w:proofErr w:type="spellStart"/>
      <w:r w:rsidRPr="007A0B66">
        <w:rPr>
          <w:i/>
          <w:lang w:val="ru-RU"/>
        </w:rPr>
        <w:t>ишад</w:t>
      </w:r>
      <w:proofErr w:type="spellEnd"/>
      <w:r w:rsidRPr="007A0B66">
        <w:rPr>
          <w:i/>
          <w:lang w:val="ru-RU"/>
        </w:rPr>
        <w:t xml:space="preserve"> </w:t>
      </w:r>
      <w:proofErr w:type="spellStart"/>
      <w:r w:rsidRPr="007A0B66">
        <w:rPr>
          <w:i/>
          <w:lang w:val="ru-RU"/>
        </w:rPr>
        <w:t>апетасйа</w:t>
      </w:r>
      <w:proofErr w:type="spellEnd"/>
      <w:r w:rsidRPr="007A0B66">
        <w:rPr>
          <w:i/>
          <w:lang w:val="ru-RU"/>
        </w:rPr>
        <w:t xml:space="preserve"> </w:t>
      </w:r>
      <w:proofErr w:type="spellStart"/>
      <w:r w:rsidRPr="007A0B66">
        <w:rPr>
          <w:i/>
          <w:lang w:val="ru-RU"/>
        </w:rPr>
        <w:t>випарйайо</w:t>
      </w:r>
      <w:proofErr w:type="spellEnd"/>
      <w:r w:rsidRPr="007A0B66">
        <w:rPr>
          <w:i/>
          <w:lang w:val="ru-RU"/>
        </w:rPr>
        <w:t xml:space="preserve"> ’</w:t>
      </w:r>
      <w:proofErr w:type="spellStart"/>
      <w:r w:rsidRPr="007A0B66">
        <w:rPr>
          <w:i/>
          <w:lang w:val="ru-RU"/>
        </w:rPr>
        <w:t>смритих</w:t>
      </w:r>
      <w:proofErr w:type="spellEnd"/>
    </w:p>
    <w:p w14:paraId="7910D1B6" w14:textId="77777777" w:rsidR="007A0B66" w:rsidRPr="007A0B66" w:rsidRDefault="007A0B66" w:rsidP="007A0B66">
      <w:pPr>
        <w:pStyle w:val="TextTranslation"/>
        <w:ind w:firstLine="180"/>
        <w:rPr>
          <w:i/>
          <w:lang w:val="ru-RU"/>
        </w:rPr>
      </w:pPr>
      <w:r w:rsidRPr="007A0B66">
        <w:rPr>
          <w:i/>
          <w:lang w:val="ru-RU"/>
        </w:rPr>
        <w:t>тан-</w:t>
      </w:r>
      <w:proofErr w:type="spellStart"/>
      <w:r w:rsidRPr="007A0B66">
        <w:rPr>
          <w:i/>
          <w:lang w:val="ru-RU"/>
        </w:rPr>
        <w:t>майайато</w:t>
      </w:r>
      <w:proofErr w:type="spellEnd"/>
      <w:r w:rsidRPr="007A0B66">
        <w:rPr>
          <w:i/>
          <w:lang w:val="ru-RU"/>
        </w:rPr>
        <w:t xml:space="preserve"> </w:t>
      </w:r>
      <w:proofErr w:type="spellStart"/>
      <w:r w:rsidRPr="007A0B66">
        <w:rPr>
          <w:i/>
          <w:lang w:val="ru-RU"/>
        </w:rPr>
        <w:t>будха</w:t>
      </w:r>
      <w:proofErr w:type="spellEnd"/>
      <w:r w:rsidRPr="007A0B66">
        <w:rPr>
          <w:i/>
          <w:lang w:val="ru-RU"/>
        </w:rPr>
        <w:t xml:space="preserve"> </w:t>
      </w:r>
      <w:proofErr w:type="spellStart"/>
      <w:r w:rsidRPr="007A0B66">
        <w:rPr>
          <w:i/>
          <w:lang w:val="ru-RU"/>
        </w:rPr>
        <w:t>абхаджет</w:t>
      </w:r>
      <w:proofErr w:type="spellEnd"/>
      <w:r w:rsidRPr="007A0B66">
        <w:rPr>
          <w:i/>
          <w:lang w:val="ru-RU"/>
        </w:rPr>
        <w:t xml:space="preserve"> там</w:t>
      </w:r>
    </w:p>
    <w:p w14:paraId="154A3485" w14:textId="77777777" w:rsidR="007A0B66" w:rsidRPr="007A0B66" w:rsidRDefault="007A0B66" w:rsidP="007A0B66">
      <w:pPr>
        <w:pStyle w:val="TextTranslation"/>
        <w:ind w:firstLine="180"/>
        <w:rPr>
          <w:i/>
          <w:lang w:val="ru-RU"/>
        </w:rPr>
      </w:pPr>
      <w:proofErr w:type="spellStart"/>
      <w:r w:rsidRPr="007A0B66">
        <w:rPr>
          <w:i/>
          <w:lang w:val="ru-RU"/>
        </w:rPr>
        <w:t>бхактйаикайешам</w:t>
      </w:r>
      <w:proofErr w:type="spellEnd"/>
      <w:r w:rsidRPr="007A0B66">
        <w:rPr>
          <w:i/>
          <w:lang w:val="ru-RU"/>
        </w:rPr>
        <w:t xml:space="preserve"> гуру-</w:t>
      </w:r>
      <w:proofErr w:type="spellStart"/>
      <w:r w:rsidRPr="007A0B66">
        <w:rPr>
          <w:i/>
          <w:lang w:val="ru-RU"/>
        </w:rPr>
        <w:t>девататма</w:t>
      </w:r>
      <w:proofErr w:type="spellEnd"/>
    </w:p>
    <w:p w14:paraId="5ACDA077" w14:textId="77777777" w:rsidR="007A0B66" w:rsidRDefault="007A0B66" w:rsidP="004E41B6">
      <w:pPr>
        <w:pStyle w:val="TextTranslation"/>
        <w:ind w:firstLine="180"/>
        <w:rPr>
          <w:lang w:val="ru-RU"/>
        </w:rPr>
      </w:pPr>
    </w:p>
    <w:p w14:paraId="1D91E061" w14:textId="77777777" w:rsidR="003B67ED" w:rsidRPr="00DA0238" w:rsidRDefault="004F1A2D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"Когда живые существа увлекаю</w:t>
      </w:r>
      <w:r w:rsidR="002B41BF" w:rsidRPr="00DA0238">
        <w:rPr>
          <w:lang w:val="ru-RU"/>
        </w:rPr>
        <w:t>тся чем бы то ни было, кроме Всевыш</w:t>
      </w:r>
      <w:r w:rsidR="00B23AC5">
        <w:rPr>
          <w:lang w:val="ru-RU"/>
        </w:rPr>
        <w:t>него, они преисполняются страха</w:t>
      </w:r>
      <w:r w:rsidR="002B41BF" w:rsidRPr="00DA0238">
        <w:rPr>
          <w:lang w:val="ru-RU"/>
        </w:rPr>
        <w:t xml:space="preserve">". Потому </w:t>
      </w:r>
      <w:r w:rsidR="00B23AC5">
        <w:rPr>
          <w:lang w:val="ru-RU"/>
        </w:rPr>
        <w:t xml:space="preserve">прелесть </w:t>
      </w:r>
      <w:r w:rsidR="002B41BF" w:rsidRPr="00DA0238">
        <w:rPr>
          <w:lang w:val="ru-RU"/>
        </w:rPr>
        <w:t>[</w:t>
      </w:r>
      <w:r w:rsidR="00B23AC5" w:rsidRPr="00B23AC5">
        <w:rPr>
          <w:i/>
          <w:lang w:val="ru-RU"/>
        </w:rPr>
        <w:t>майя</w:t>
      </w:r>
      <w:r w:rsidR="002B41BF" w:rsidRPr="00DA0238">
        <w:rPr>
          <w:lang w:val="ru-RU"/>
        </w:rPr>
        <w:t>] скрывает их истинную природу от них же самих и вынуждает их отождествлять себя с вещественной обол</w:t>
      </w:r>
      <w:r w:rsidRPr="00DA0238">
        <w:rPr>
          <w:lang w:val="ru-RU"/>
        </w:rPr>
        <w:t>о</w:t>
      </w:r>
      <w:r w:rsidR="002B41BF" w:rsidRPr="00DA0238">
        <w:rPr>
          <w:lang w:val="ru-RU"/>
        </w:rPr>
        <w:t>чкой</w:t>
      </w:r>
      <w:r w:rsidR="007A0B66">
        <w:rPr>
          <w:lang w:val="ru-RU"/>
        </w:rPr>
        <w:t>"</w:t>
      </w:r>
      <w:r w:rsidR="002B41BF" w:rsidRPr="00DA0238">
        <w:rPr>
          <w:lang w:val="ru-RU"/>
        </w:rPr>
        <w:t>.</w:t>
      </w:r>
      <w:r w:rsidR="007A0B66">
        <w:rPr>
          <w:lang w:val="ru-RU"/>
        </w:rPr>
        <w:t xml:space="preserve"> (</w:t>
      </w:r>
      <w:proofErr w:type="spellStart"/>
      <w:r w:rsidR="007A0B66" w:rsidRPr="00DA0238">
        <w:rPr>
          <w:rStyle w:val="TextTranslationItalic"/>
          <w:lang w:val="ru-RU"/>
        </w:rPr>
        <w:t>Шримад</w:t>
      </w:r>
      <w:r w:rsidR="007A0B66" w:rsidRPr="00DA0238">
        <w:rPr>
          <w:lang w:val="ru-RU"/>
        </w:rPr>
        <w:t>-</w:t>
      </w:r>
      <w:r w:rsidR="007A0B66" w:rsidRPr="00DA0238">
        <w:rPr>
          <w:rStyle w:val="TextTranslationItalic"/>
          <w:lang w:val="ru-RU"/>
        </w:rPr>
        <w:t>Бхагаватам</w:t>
      </w:r>
      <w:proofErr w:type="spellEnd"/>
      <w:r w:rsidR="007A0B66" w:rsidRPr="00DA0238">
        <w:rPr>
          <w:lang w:val="ru-RU"/>
        </w:rPr>
        <w:t xml:space="preserve"> </w:t>
      </w:r>
      <w:r w:rsidR="007A0B66">
        <w:rPr>
          <w:lang w:val="ru-RU"/>
        </w:rPr>
        <w:t>11.2.37).</w:t>
      </w:r>
    </w:p>
    <w:p w14:paraId="0059B95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D27F8C1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 xml:space="preserve"> 33</w:t>
      </w:r>
      <w:r w:rsidR="00602896">
        <w:rPr>
          <w:b/>
          <w:lang w:val="ru-RU"/>
        </w:rPr>
        <w:t>.</w:t>
      </w:r>
    </w:p>
    <w:p w14:paraId="517EB5C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510FF0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Со Своей стороны, Всевышний не лишает Майю Своего благорасположения, ибо поручил ей управлять мирозданием в качестве Его слуги. При этом Он желает, чтобы души обратились к Нему, если не добровольно, то хотя бы из страха перед </w:t>
      </w:r>
      <w:r w:rsidR="00B23AC5">
        <w:rPr>
          <w:lang w:val="ru-RU"/>
        </w:rPr>
        <w:t>Прелестью</w:t>
      </w:r>
      <w:r w:rsidRPr="00DA0238">
        <w:rPr>
          <w:lang w:val="ru-RU"/>
        </w:rPr>
        <w:t xml:space="preserve">. Он объявляет в </w:t>
      </w:r>
      <w:proofErr w:type="spellStart"/>
      <w:proofErr w:type="gramStart"/>
      <w:r w:rsidRPr="00DA0238">
        <w:rPr>
          <w:rStyle w:val="TextTranslationItalic"/>
          <w:lang w:val="ru-RU"/>
        </w:rPr>
        <w:t>Бхагавад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гите</w:t>
      </w:r>
      <w:proofErr w:type="gramEnd"/>
      <w:r w:rsidR="00602896">
        <w:rPr>
          <w:lang w:val="ru-RU"/>
        </w:rPr>
        <w:t xml:space="preserve"> (7.14)</w:t>
      </w:r>
      <w:r w:rsidRPr="00DA0238">
        <w:rPr>
          <w:lang w:val="ru-RU"/>
        </w:rPr>
        <w:t>:</w:t>
      </w:r>
    </w:p>
    <w:p w14:paraId="7813CB36" w14:textId="77777777" w:rsidR="009F3F93" w:rsidRPr="00DA0238" w:rsidRDefault="009F3F93" w:rsidP="004E41B6">
      <w:pPr>
        <w:pStyle w:val="TextTranslation"/>
        <w:ind w:firstLine="180"/>
        <w:rPr>
          <w:lang w:val="ru-RU"/>
        </w:rPr>
      </w:pPr>
    </w:p>
    <w:p w14:paraId="2A67CE81" w14:textId="77777777" w:rsidR="00B23AC5" w:rsidRPr="001A13F0" w:rsidRDefault="00B23AC5" w:rsidP="00B23AC5">
      <w:pPr>
        <w:pStyle w:val="TextTranslation"/>
        <w:ind w:firstLine="180"/>
        <w:outlineLvl w:val="0"/>
        <w:rPr>
          <w:i/>
          <w:lang w:val="ru-RU"/>
        </w:rPr>
      </w:pPr>
      <w:proofErr w:type="spellStart"/>
      <w:r w:rsidRPr="001A13F0">
        <w:rPr>
          <w:i/>
          <w:lang w:val="ru-RU"/>
        </w:rPr>
        <w:t>даиви</w:t>
      </w:r>
      <w:proofErr w:type="spellEnd"/>
      <w:r w:rsidRPr="001A13F0">
        <w:rPr>
          <w:i/>
          <w:lang w:val="ru-RU"/>
        </w:rPr>
        <w:t xml:space="preserve">̄ </w:t>
      </w:r>
      <w:proofErr w:type="spellStart"/>
      <w:r w:rsidRPr="001A13F0">
        <w:rPr>
          <w:i/>
          <w:lang w:val="ru-RU"/>
        </w:rPr>
        <w:t>хй</w:t>
      </w:r>
      <w:proofErr w:type="spellEnd"/>
      <w:r w:rsidRPr="001A13F0">
        <w:rPr>
          <w:i/>
          <w:lang w:val="ru-RU"/>
        </w:rPr>
        <w:t xml:space="preserve"> </w:t>
      </w:r>
      <w:proofErr w:type="spellStart"/>
      <w:r w:rsidRPr="001A13F0">
        <w:rPr>
          <w:i/>
          <w:lang w:val="ru-RU"/>
        </w:rPr>
        <w:t>эша</w:t>
      </w:r>
      <w:proofErr w:type="spellEnd"/>
      <w:r w:rsidRPr="001A13F0">
        <w:rPr>
          <w:i/>
          <w:lang w:val="ru-RU"/>
        </w:rPr>
        <w:t xml:space="preserve"> </w:t>
      </w:r>
      <w:proofErr w:type="spellStart"/>
      <w:r w:rsidRPr="001A13F0">
        <w:rPr>
          <w:i/>
          <w:lang w:val="ru-RU"/>
        </w:rPr>
        <w:t>гуна</w:t>
      </w:r>
      <w:r w:rsidR="001A13F0" w:rsidRPr="001A13F0">
        <w:rPr>
          <w:i/>
          <w:lang w:val="ru-RU"/>
        </w:rPr>
        <w:t>майи</w:t>
      </w:r>
      <w:proofErr w:type="spellEnd"/>
      <w:r w:rsidRPr="001A13F0">
        <w:rPr>
          <w:i/>
          <w:lang w:val="ru-RU"/>
        </w:rPr>
        <w:t xml:space="preserve"> мама </w:t>
      </w:r>
      <w:proofErr w:type="spellStart"/>
      <w:r w:rsidRPr="001A13F0">
        <w:rPr>
          <w:i/>
          <w:lang w:val="ru-RU"/>
        </w:rPr>
        <w:t>майа</w:t>
      </w:r>
      <w:proofErr w:type="spellEnd"/>
      <w:r w:rsidRPr="001A13F0">
        <w:rPr>
          <w:i/>
          <w:lang w:val="ru-RU"/>
        </w:rPr>
        <w:t xml:space="preserve"> </w:t>
      </w:r>
      <w:proofErr w:type="spellStart"/>
      <w:r w:rsidRPr="001A13F0">
        <w:rPr>
          <w:i/>
          <w:lang w:val="ru-RU"/>
        </w:rPr>
        <w:t>дуратйайа</w:t>
      </w:r>
      <w:proofErr w:type="spellEnd"/>
    </w:p>
    <w:p w14:paraId="6B69F650" w14:textId="77777777" w:rsidR="00B23AC5" w:rsidRDefault="001A13F0" w:rsidP="00B23AC5">
      <w:pPr>
        <w:pStyle w:val="TextTranslation"/>
        <w:ind w:firstLine="180"/>
        <w:outlineLvl w:val="0"/>
        <w:rPr>
          <w:i/>
          <w:lang w:val="ru-RU"/>
        </w:rPr>
      </w:pPr>
      <w:r w:rsidRPr="001A13F0">
        <w:rPr>
          <w:i/>
          <w:lang w:val="ru-RU"/>
        </w:rPr>
        <w:t xml:space="preserve">мам эва </w:t>
      </w:r>
      <w:proofErr w:type="spellStart"/>
      <w:r w:rsidRPr="001A13F0">
        <w:rPr>
          <w:i/>
          <w:lang w:val="ru-RU"/>
        </w:rPr>
        <w:t>йе</w:t>
      </w:r>
      <w:proofErr w:type="spellEnd"/>
      <w:r w:rsidRPr="001A13F0">
        <w:rPr>
          <w:i/>
          <w:lang w:val="ru-RU"/>
        </w:rPr>
        <w:t xml:space="preserve"> </w:t>
      </w:r>
      <w:proofErr w:type="spellStart"/>
      <w:r w:rsidRPr="001A13F0">
        <w:rPr>
          <w:i/>
          <w:lang w:val="ru-RU"/>
        </w:rPr>
        <w:t>прападйанте</w:t>
      </w:r>
      <w:proofErr w:type="spellEnd"/>
      <w:r w:rsidRPr="001A13F0">
        <w:rPr>
          <w:i/>
          <w:lang w:val="ru-RU"/>
        </w:rPr>
        <w:t xml:space="preserve"> </w:t>
      </w:r>
      <w:proofErr w:type="spellStart"/>
      <w:r w:rsidRPr="001A13F0">
        <w:rPr>
          <w:i/>
          <w:lang w:val="ru-RU"/>
        </w:rPr>
        <w:t>майам</w:t>
      </w:r>
      <w:proofErr w:type="spellEnd"/>
      <w:r w:rsidRPr="001A13F0">
        <w:rPr>
          <w:i/>
          <w:lang w:val="ru-RU"/>
        </w:rPr>
        <w:t xml:space="preserve"> </w:t>
      </w:r>
      <w:proofErr w:type="spellStart"/>
      <w:r w:rsidRPr="001A13F0">
        <w:rPr>
          <w:i/>
          <w:lang w:val="ru-RU"/>
        </w:rPr>
        <w:t>этам</w:t>
      </w:r>
      <w:proofErr w:type="spellEnd"/>
      <w:r w:rsidRPr="001A13F0">
        <w:rPr>
          <w:i/>
          <w:lang w:val="ru-RU"/>
        </w:rPr>
        <w:t xml:space="preserve"> </w:t>
      </w:r>
      <w:r w:rsidR="00B23AC5" w:rsidRPr="001A13F0">
        <w:rPr>
          <w:i/>
          <w:lang w:val="ru-RU"/>
        </w:rPr>
        <w:t>таранти те</w:t>
      </w:r>
    </w:p>
    <w:p w14:paraId="5B1B57E4" w14:textId="77777777" w:rsidR="001A13F0" w:rsidRPr="00E867C8" w:rsidRDefault="001A13F0" w:rsidP="001A13F0">
      <w:pPr>
        <w:pStyle w:val="TextTranslation"/>
        <w:outlineLvl w:val="0"/>
        <w:rPr>
          <w:lang w:val="ru-RU"/>
        </w:rPr>
      </w:pPr>
    </w:p>
    <w:p w14:paraId="4307B732" w14:textId="77777777" w:rsidR="001A13F0" w:rsidRPr="00E867C8" w:rsidRDefault="001A13F0" w:rsidP="001A13F0">
      <w:pPr>
        <w:pStyle w:val="TextTranslation"/>
        <w:outlineLvl w:val="0"/>
        <w:rPr>
          <w:lang w:val="ru-RU"/>
        </w:rPr>
      </w:pPr>
      <w:r w:rsidRPr="00E867C8">
        <w:rPr>
          <w:lang w:val="ru-RU"/>
        </w:rPr>
        <w:t xml:space="preserve">"Мою </w:t>
      </w:r>
      <w:proofErr w:type="spellStart"/>
      <w:r w:rsidRPr="00E867C8">
        <w:rPr>
          <w:lang w:val="ru-RU"/>
        </w:rPr>
        <w:t>трёхликую</w:t>
      </w:r>
      <w:proofErr w:type="spellEnd"/>
      <w:r w:rsidRPr="00E867C8">
        <w:rPr>
          <w:lang w:val="ru-RU"/>
        </w:rPr>
        <w:t xml:space="preserve"> чарующую силу вряд ли можно одолеть. Лишь кто всецело предается Мне, из-под ее </w:t>
      </w:r>
      <w:r w:rsidR="00E867C8" w:rsidRPr="00E867C8">
        <w:rPr>
          <w:lang w:val="ru-RU"/>
        </w:rPr>
        <w:t xml:space="preserve">выходит </w:t>
      </w:r>
      <w:r w:rsidRPr="00E867C8">
        <w:rPr>
          <w:lang w:val="ru-RU"/>
        </w:rPr>
        <w:t>власти".</w:t>
      </w:r>
    </w:p>
    <w:p w14:paraId="1A0BCC30" w14:textId="77777777" w:rsidR="001A13F0" w:rsidRPr="0047252D" w:rsidRDefault="001A13F0" w:rsidP="00B23AC5">
      <w:pPr>
        <w:pStyle w:val="TextTranslation"/>
        <w:ind w:firstLine="180"/>
        <w:outlineLvl w:val="0"/>
        <w:rPr>
          <w:lang w:val="ru-RU"/>
        </w:rPr>
      </w:pPr>
    </w:p>
    <w:p w14:paraId="51A50ACE" w14:textId="77777777" w:rsidR="003B67ED" w:rsidRPr="00DA0238" w:rsidRDefault="002B41BF" w:rsidP="004E41B6">
      <w:pPr>
        <w:pStyle w:val="TextTranslation"/>
        <w:ind w:firstLine="180"/>
        <w:outlineLvl w:val="0"/>
        <w:rPr>
          <w:lang w:val="ru-RU"/>
        </w:rPr>
      </w:pPr>
      <w:r w:rsidRPr="00DA0238">
        <w:rPr>
          <w:lang w:val="ru-RU"/>
        </w:rPr>
        <w:t xml:space="preserve">И в </w:t>
      </w:r>
      <w:proofErr w:type="spellStart"/>
      <w:r w:rsidRPr="00DA0238">
        <w:rPr>
          <w:rStyle w:val="TextTranslationItalic"/>
          <w:lang w:val="ru-RU"/>
        </w:rPr>
        <w:t>Шримад-Бхагаватам</w:t>
      </w:r>
      <w:proofErr w:type="spellEnd"/>
      <w:r w:rsidRPr="00DA0238">
        <w:rPr>
          <w:lang w:val="ru-RU"/>
        </w:rPr>
        <w:t xml:space="preserve"> </w:t>
      </w:r>
      <w:r w:rsidR="001A13F0">
        <w:rPr>
          <w:lang w:val="ru-RU"/>
        </w:rPr>
        <w:t>(</w:t>
      </w:r>
      <w:r w:rsidRPr="00DA0238">
        <w:rPr>
          <w:lang w:val="ru-RU"/>
        </w:rPr>
        <w:t>3.25.25):</w:t>
      </w:r>
    </w:p>
    <w:p w14:paraId="439C519C" w14:textId="77777777" w:rsidR="003B67ED" w:rsidRDefault="003B67ED" w:rsidP="004E41B6">
      <w:pPr>
        <w:ind w:firstLine="180"/>
        <w:rPr>
          <w:b/>
          <w:lang w:val="ru-RU"/>
        </w:rPr>
      </w:pPr>
    </w:p>
    <w:p w14:paraId="5EF3A02B" w14:textId="77777777" w:rsidR="00B1006E" w:rsidRPr="00B1006E" w:rsidRDefault="00B1006E" w:rsidP="00B1006E">
      <w:pPr>
        <w:ind w:firstLine="180"/>
        <w:rPr>
          <w:b/>
          <w:i/>
          <w:lang w:val="ru-RU"/>
        </w:rPr>
      </w:pPr>
      <w:r w:rsidRPr="00B1006E">
        <w:rPr>
          <w:b/>
          <w:i/>
          <w:lang w:val="ru-RU"/>
        </w:rPr>
        <w:t xml:space="preserve">сатам </w:t>
      </w:r>
      <w:proofErr w:type="spellStart"/>
      <w:r w:rsidRPr="00B1006E">
        <w:rPr>
          <w:b/>
          <w:i/>
          <w:lang w:val="ru-RU"/>
        </w:rPr>
        <w:t>прасанган</w:t>
      </w:r>
      <w:proofErr w:type="spellEnd"/>
      <w:r w:rsidRPr="00B1006E">
        <w:rPr>
          <w:b/>
          <w:i/>
          <w:lang w:val="ru-RU"/>
        </w:rPr>
        <w:t xml:space="preserve"> мама </w:t>
      </w:r>
      <w:proofErr w:type="spellStart"/>
      <w:r w:rsidRPr="00B1006E">
        <w:rPr>
          <w:b/>
          <w:i/>
          <w:lang w:val="ru-RU"/>
        </w:rPr>
        <w:t>вирйа-самвидо</w:t>
      </w:r>
      <w:proofErr w:type="spellEnd"/>
    </w:p>
    <w:p w14:paraId="43546AF0" w14:textId="77777777" w:rsidR="00B1006E" w:rsidRPr="00B1006E" w:rsidRDefault="00B1006E" w:rsidP="00B1006E">
      <w:pPr>
        <w:ind w:firstLine="180"/>
        <w:rPr>
          <w:b/>
          <w:i/>
          <w:lang w:val="ru-RU"/>
        </w:rPr>
      </w:pPr>
      <w:proofErr w:type="spellStart"/>
      <w:r w:rsidRPr="00B1006E">
        <w:rPr>
          <w:b/>
          <w:i/>
          <w:lang w:val="ru-RU"/>
        </w:rPr>
        <w:t>бхаванти</w:t>
      </w:r>
      <w:proofErr w:type="spellEnd"/>
      <w:r w:rsidRPr="00B1006E">
        <w:rPr>
          <w:b/>
          <w:i/>
          <w:lang w:val="ru-RU"/>
        </w:rPr>
        <w:t xml:space="preserve"> </w:t>
      </w:r>
      <w:proofErr w:type="spellStart"/>
      <w:r w:rsidRPr="00B1006E">
        <w:rPr>
          <w:b/>
          <w:i/>
          <w:lang w:val="ru-RU"/>
        </w:rPr>
        <w:t>хрит</w:t>
      </w:r>
      <w:proofErr w:type="spellEnd"/>
      <w:r w:rsidRPr="00B1006E">
        <w:rPr>
          <w:b/>
          <w:i/>
          <w:lang w:val="ru-RU"/>
        </w:rPr>
        <w:t>-карна-</w:t>
      </w:r>
      <w:proofErr w:type="spellStart"/>
      <w:r w:rsidRPr="00B1006E">
        <w:rPr>
          <w:b/>
          <w:i/>
          <w:lang w:val="ru-RU"/>
        </w:rPr>
        <w:t>расайанах</w:t>
      </w:r>
      <w:proofErr w:type="spellEnd"/>
      <w:r w:rsidRPr="00B1006E">
        <w:rPr>
          <w:b/>
          <w:i/>
          <w:lang w:val="ru-RU"/>
        </w:rPr>
        <w:t xml:space="preserve"> </w:t>
      </w:r>
      <w:proofErr w:type="spellStart"/>
      <w:r w:rsidRPr="00B1006E">
        <w:rPr>
          <w:b/>
          <w:i/>
          <w:lang w:val="ru-RU"/>
        </w:rPr>
        <w:t>катхах</w:t>
      </w:r>
      <w:proofErr w:type="spellEnd"/>
    </w:p>
    <w:p w14:paraId="18974072" w14:textId="77777777" w:rsidR="00B1006E" w:rsidRPr="00B1006E" w:rsidRDefault="00B1006E" w:rsidP="00B1006E">
      <w:pPr>
        <w:ind w:firstLine="180"/>
        <w:rPr>
          <w:b/>
          <w:i/>
          <w:lang w:val="ru-RU"/>
        </w:rPr>
      </w:pPr>
      <w:r w:rsidRPr="00B1006E">
        <w:rPr>
          <w:b/>
          <w:i/>
          <w:lang w:val="ru-RU"/>
        </w:rPr>
        <w:t>тадж-</w:t>
      </w:r>
      <w:proofErr w:type="spellStart"/>
      <w:r w:rsidRPr="00B1006E">
        <w:rPr>
          <w:b/>
          <w:i/>
          <w:lang w:val="ru-RU"/>
        </w:rPr>
        <w:t>джошанад</w:t>
      </w:r>
      <w:proofErr w:type="spellEnd"/>
      <w:r w:rsidRPr="00B1006E">
        <w:rPr>
          <w:b/>
          <w:i/>
          <w:lang w:val="ru-RU"/>
        </w:rPr>
        <w:t xml:space="preserve"> </w:t>
      </w:r>
      <w:proofErr w:type="spellStart"/>
      <w:r w:rsidRPr="00B1006E">
        <w:rPr>
          <w:b/>
          <w:i/>
          <w:lang w:val="ru-RU"/>
        </w:rPr>
        <w:t>ашв</w:t>
      </w:r>
      <w:proofErr w:type="spellEnd"/>
      <w:r w:rsidRPr="00B1006E">
        <w:rPr>
          <w:b/>
          <w:i/>
          <w:lang w:val="ru-RU"/>
        </w:rPr>
        <w:t xml:space="preserve"> </w:t>
      </w:r>
      <w:proofErr w:type="spellStart"/>
      <w:r w:rsidRPr="00B1006E">
        <w:rPr>
          <w:b/>
          <w:i/>
          <w:lang w:val="ru-RU"/>
        </w:rPr>
        <w:t>апаварга-вартмани</w:t>
      </w:r>
      <w:proofErr w:type="spellEnd"/>
    </w:p>
    <w:p w14:paraId="7D902549" w14:textId="77777777" w:rsidR="00B1006E" w:rsidRPr="00B1006E" w:rsidRDefault="00B1006E" w:rsidP="00B1006E">
      <w:pPr>
        <w:ind w:firstLine="180"/>
        <w:rPr>
          <w:b/>
          <w:i/>
          <w:lang w:val="ru-RU"/>
        </w:rPr>
      </w:pPr>
      <w:proofErr w:type="spellStart"/>
      <w:r w:rsidRPr="00B1006E">
        <w:rPr>
          <w:b/>
          <w:i/>
          <w:lang w:val="ru-RU"/>
        </w:rPr>
        <w:t>шраддха</w:t>
      </w:r>
      <w:proofErr w:type="spellEnd"/>
      <w:r w:rsidRPr="00B1006E">
        <w:rPr>
          <w:b/>
          <w:i/>
          <w:lang w:val="ru-RU"/>
        </w:rPr>
        <w:t xml:space="preserve"> </w:t>
      </w:r>
      <w:proofErr w:type="spellStart"/>
      <w:r w:rsidRPr="00B1006E">
        <w:rPr>
          <w:b/>
          <w:i/>
          <w:lang w:val="ru-RU"/>
        </w:rPr>
        <w:t>ратир</w:t>
      </w:r>
      <w:proofErr w:type="spellEnd"/>
      <w:r w:rsidRPr="00B1006E">
        <w:rPr>
          <w:b/>
          <w:i/>
          <w:lang w:val="ru-RU"/>
        </w:rPr>
        <w:t xml:space="preserve"> </w:t>
      </w:r>
      <w:proofErr w:type="spellStart"/>
      <w:r w:rsidRPr="00B1006E">
        <w:rPr>
          <w:b/>
          <w:i/>
          <w:lang w:val="ru-RU"/>
        </w:rPr>
        <w:t>бхактир</w:t>
      </w:r>
      <w:proofErr w:type="spellEnd"/>
      <w:r w:rsidRPr="00B1006E">
        <w:rPr>
          <w:b/>
          <w:i/>
          <w:lang w:val="ru-RU"/>
        </w:rPr>
        <w:t xml:space="preserve"> </w:t>
      </w:r>
      <w:proofErr w:type="spellStart"/>
      <w:r w:rsidRPr="00B1006E">
        <w:rPr>
          <w:b/>
          <w:i/>
          <w:lang w:val="ru-RU"/>
        </w:rPr>
        <w:t>анукрамишйати</w:t>
      </w:r>
      <w:proofErr w:type="spellEnd"/>
    </w:p>
    <w:p w14:paraId="1DF3537D" w14:textId="77777777" w:rsidR="00B1006E" w:rsidRPr="00DA0238" w:rsidRDefault="00B1006E" w:rsidP="004E41B6">
      <w:pPr>
        <w:ind w:firstLine="180"/>
        <w:rPr>
          <w:b/>
          <w:lang w:val="ru-RU"/>
        </w:rPr>
      </w:pPr>
    </w:p>
    <w:p w14:paraId="1AD6A08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r w:rsidR="009B2FA5" w:rsidRPr="009B2FA5">
        <w:rPr>
          <w:lang w:val="ru-RU"/>
        </w:rPr>
        <w:t>Внемля восторженному слову раба Божьего, душа обретает веру, что произрастает в приязнь к Господу Богу и любовь. Так стяжает истинную свободу, дабы затем сыскать Самого Прекрасного и преклониться пред Ним навеки. Ибо в безоглядном служении Красоте заключена подлинная ее природа</w:t>
      </w:r>
      <w:r w:rsidRPr="00DA0238">
        <w:rPr>
          <w:lang w:val="ru-RU"/>
        </w:rPr>
        <w:t>".</w:t>
      </w:r>
    </w:p>
    <w:p w14:paraId="36D924C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3648F94" w14:textId="77777777" w:rsidR="003B67ED" w:rsidRPr="00E867C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В обличии </w:t>
      </w:r>
      <w:proofErr w:type="spellStart"/>
      <w:r>
        <w:rPr>
          <w:lang w:val="ru-RU"/>
        </w:rPr>
        <w:t>Вьясы</w:t>
      </w:r>
      <w:proofErr w:type="spellEnd"/>
      <w:r>
        <w:rPr>
          <w:lang w:val="ru-RU"/>
        </w:rPr>
        <w:t xml:space="preserve"> Всевышний наставляет живых существ: предайтесь Мне, дабы освободиться от наваждения. Об </w:t>
      </w:r>
      <w:r w:rsidRPr="00E867C8">
        <w:rPr>
          <w:lang w:val="ru-RU"/>
        </w:rPr>
        <w:t xml:space="preserve">этом мы будем говорить, разбирая стих </w:t>
      </w:r>
      <w:r w:rsidRPr="00E867C8">
        <w:rPr>
          <w:rStyle w:val="TextTranslationItalic"/>
          <w:lang w:val="ru-RU"/>
        </w:rPr>
        <w:t>Шри</w:t>
      </w:r>
      <w:r w:rsidRPr="00E867C8">
        <w:rPr>
          <w:lang w:val="ru-RU"/>
        </w:rPr>
        <w:t xml:space="preserve"> </w:t>
      </w:r>
      <w:proofErr w:type="spellStart"/>
      <w:r w:rsidRPr="00E867C8">
        <w:rPr>
          <w:rStyle w:val="TextTranslationItalic"/>
          <w:lang w:val="ru-RU"/>
        </w:rPr>
        <w:t>Бхагаваты</w:t>
      </w:r>
      <w:proofErr w:type="spellEnd"/>
      <w:r w:rsidRPr="00E867C8">
        <w:rPr>
          <w:lang w:val="ru-RU"/>
        </w:rPr>
        <w:t xml:space="preserve"> (1.7.6) "</w:t>
      </w:r>
      <w:proofErr w:type="spellStart"/>
      <w:r w:rsidRPr="00E867C8">
        <w:rPr>
          <w:rStyle w:val="TextTranslationItalic"/>
          <w:lang w:val="ru-RU"/>
        </w:rPr>
        <w:t>анартхопасанам</w:t>
      </w:r>
      <w:proofErr w:type="spellEnd"/>
      <w:r w:rsidRPr="00E867C8">
        <w:rPr>
          <w:lang w:val="ru-RU"/>
        </w:rPr>
        <w:t xml:space="preserve"> </w:t>
      </w:r>
      <w:proofErr w:type="spellStart"/>
      <w:r w:rsidRPr="00E867C8">
        <w:rPr>
          <w:rStyle w:val="TextTranslationItalic"/>
          <w:lang w:val="ru-RU"/>
        </w:rPr>
        <w:t>сакшад</w:t>
      </w:r>
      <w:proofErr w:type="spellEnd"/>
      <w:r w:rsidRPr="00E867C8">
        <w:rPr>
          <w:lang w:val="ru-RU"/>
        </w:rPr>
        <w:t xml:space="preserve">". Всевышний и </w:t>
      </w:r>
      <w:r w:rsidRPr="00E867C8">
        <w:rPr>
          <w:i/>
          <w:lang w:val="ru-RU"/>
        </w:rPr>
        <w:t>Майя</w:t>
      </w:r>
      <w:r w:rsidRPr="00E867C8">
        <w:rPr>
          <w:lang w:val="ru-RU"/>
        </w:rPr>
        <w:t xml:space="preserve"> действуют, согласуясь друг с другом.</w:t>
      </w:r>
    </w:p>
    <w:p w14:paraId="03E4FDD5" w14:textId="77777777" w:rsidR="003B67ED" w:rsidRPr="00E867C8" w:rsidRDefault="003B67ED" w:rsidP="004E41B6">
      <w:pPr>
        <w:ind w:firstLine="180"/>
        <w:rPr>
          <w:b/>
          <w:lang w:val="ru-RU"/>
        </w:rPr>
      </w:pPr>
    </w:p>
    <w:p w14:paraId="02EA786C" w14:textId="77777777" w:rsidR="003B67ED" w:rsidRPr="00DA0238" w:rsidRDefault="00CF6E1B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Можно возразить: дескать, </w:t>
      </w:r>
      <w:r>
        <w:rPr>
          <w:i/>
          <w:lang w:val="ru-RU"/>
        </w:rPr>
        <w:t>Майя</w:t>
      </w:r>
      <w:r>
        <w:rPr>
          <w:lang w:val="ru-RU"/>
        </w:rPr>
        <w:t xml:space="preserve"> — всего лишь сила, свойство, способность выполнять определенную работу, она не может чувствовать стыд и в целом не может испытывать чувства. Дело, </w:t>
      </w:r>
      <w:r w:rsidRPr="00E867C8">
        <w:rPr>
          <w:lang w:val="ru-RU"/>
        </w:rPr>
        <w:t xml:space="preserve">однако, в том, что хотя Майя действительно лишь свойство, в </w:t>
      </w:r>
      <w:r w:rsidRPr="00E867C8">
        <w:rPr>
          <w:i/>
          <w:lang w:val="ru-RU"/>
        </w:rPr>
        <w:t>Ведических</w:t>
      </w:r>
      <w:r w:rsidRPr="00E867C8">
        <w:rPr>
          <w:lang w:val="ru-RU"/>
        </w:rPr>
        <w:t xml:space="preserve"> писаниях упомянуты женские божества, господствующие над силами, присущими Всевышнему Богу. Пример тому — беседа между Майей и Индрой в </w:t>
      </w:r>
      <w:r w:rsidRPr="00E867C8">
        <w:rPr>
          <w:rStyle w:val="TextTranslationItalic"/>
          <w:lang w:val="ru-RU"/>
        </w:rPr>
        <w:t>Кена</w:t>
      </w:r>
      <w:r w:rsidRPr="00E867C8">
        <w:rPr>
          <w:lang w:val="ru-RU"/>
        </w:rPr>
        <w:t xml:space="preserve"> </w:t>
      </w:r>
      <w:r w:rsidRPr="00E867C8">
        <w:rPr>
          <w:rStyle w:val="TextTranslationItalic"/>
          <w:lang w:val="ru-RU"/>
        </w:rPr>
        <w:t>Упани</w:t>
      </w:r>
      <w:r>
        <w:rPr>
          <w:rStyle w:val="TextTranslationItalic"/>
          <w:lang w:val="ru-RU"/>
        </w:rPr>
        <w:t>шаде.</w:t>
      </w:r>
      <w:r>
        <w:rPr>
          <w:lang w:val="ru-RU"/>
        </w:rPr>
        <w:t xml:space="preserve"> Как бы то ни было, мы на время отложим сей предмет и вернемся к главному предмету обсуждения.</w:t>
      </w:r>
    </w:p>
    <w:p w14:paraId="781A88D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D01B15A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34</w:t>
      </w:r>
      <w:r w:rsidR="00B1006E">
        <w:rPr>
          <w:b/>
          <w:lang w:val="ru-RU"/>
        </w:rPr>
        <w:t>.</w:t>
      </w:r>
    </w:p>
    <w:p w14:paraId="34FD881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D5B7FC5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Подобно Богу душа совершенно бесплотна, тем не менее между Богом и душой есть неодолимые различия.</w:t>
      </w:r>
    </w:p>
    <w:p w14:paraId="3A41B47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5B4CB24" w14:textId="77777777" w:rsidR="003B67ED" w:rsidRPr="00DA0238" w:rsidRDefault="00B1006E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На это указуют слова в стихе (1.7.4)</w:t>
      </w:r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Шримад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Бхагаватам</w:t>
      </w:r>
      <w:proofErr w:type="spellEnd"/>
      <w:r w:rsidR="002B41BF" w:rsidRPr="00DA0238">
        <w:rPr>
          <w:lang w:val="ru-RU"/>
        </w:rPr>
        <w:t xml:space="preserve"> "</w:t>
      </w:r>
      <w:proofErr w:type="spellStart"/>
      <w:r w:rsidR="002B41BF" w:rsidRPr="00DA0238">
        <w:rPr>
          <w:rStyle w:val="TextTranslationItalic"/>
          <w:lang w:val="ru-RU"/>
        </w:rPr>
        <w:t>тад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апашрайам</w:t>
      </w:r>
      <w:proofErr w:type="spellEnd"/>
      <w:r>
        <w:rPr>
          <w:lang w:val="ru-RU"/>
        </w:rPr>
        <w:t>" ("Обман</w:t>
      </w:r>
      <w:r w:rsidR="002B41BF" w:rsidRPr="00DA0238">
        <w:rPr>
          <w:lang w:val="ru-RU"/>
        </w:rPr>
        <w:t xml:space="preserve"> вне Его и в то же время поддерживается Им") и "</w:t>
      </w:r>
      <w:proofErr w:type="spellStart"/>
      <w:r w:rsidR="002B41BF" w:rsidRPr="00DA0238">
        <w:rPr>
          <w:rStyle w:val="TextTranslationItalic"/>
          <w:lang w:val="ru-RU"/>
        </w:rPr>
        <w:t>йа</w:t>
      </w:r>
      <w:proofErr w:type="spellEnd"/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йа</w:t>
      </w:r>
      <w:proofErr w:type="spellEnd"/>
      <w:r w:rsidR="002B41BF" w:rsidRPr="00DA0238">
        <w:rPr>
          <w:rStyle w:val="TextTranslationItalic"/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саммохитах</w:t>
      </w:r>
      <w:proofErr w:type="spellEnd"/>
      <w:r>
        <w:rPr>
          <w:lang w:val="ru-RU"/>
        </w:rPr>
        <w:t xml:space="preserve">" </w:t>
      </w:r>
      <w:r w:rsidRPr="00B1006E">
        <w:rPr>
          <w:lang w:val="ru-RU"/>
        </w:rPr>
        <w:t>[</w:t>
      </w:r>
      <w:r w:rsidR="002B41BF" w:rsidRPr="00DA0238">
        <w:rPr>
          <w:lang w:val="ru-RU"/>
        </w:rPr>
        <w:t xml:space="preserve">зачарованы </w:t>
      </w:r>
      <w:r>
        <w:rPr>
          <w:lang w:val="ru-RU"/>
        </w:rPr>
        <w:t>прелестью</w:t>
      </w:r>
      <w:r w:rsidRPr="00B1006E">
        <w:rPr>
          <w:lang w:val="ru-RU"/>
        </w:rPr>
        <w:t>]</w:t>
      </w:r>
      <w:r w:rsidR="002B41BF" w:rsidRPr="00DA0238">
        <w:rPr>
          <w:lang w:val="ru-RU"/>
        </w:rPr>
        <w:t xml:space="preserve"> в стихе </w:t>
      </w:r>
      <w:r w:rsidRPr="00B1006E">
        <w:rPr>
          <w:lang w:val="ru-RU"/>
        </w:rPr>
        <w:t>(</w:t>
      </w:r>
      <w:r>
        <w:rPr>
          <w:lang w:val="ru-RU"/>
        </w:rPr>
        <w:t>1.7.5</w:t>
      </w:r>
      <w:r w:rsidRPr="00B1006E">
        <w:rPr>
          <w:lang w:val="ru-RU"/>
        </w:rPr>
        <w:t>)</w:t>
      </w:r>
      <w:r w:rsidR="002B41BF" w:rsidRPr="00DA0238">
        <w:rPr>
          <w:lang w:val="ru-RU"/>
        </w:rPr>
        <w:t>.</w:t>
      </w:r>
    </w:p>
    <w:p w14:paraId="03E1E75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C75B8F9" w14:textId="77777777" w:rsidR="003B67ED" w:rsidRPr="00516AE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35</w:t>
      </w:r>
      <w:r w:rsidR="00516AE8" w:rsidRPr="00602896">
        <w:rPr>
          <w:b/>
          <w:lang w:val="ru-RU"/>
        </w:rPr>
        <w:t>.</w:t>
      </w:r>
    </w:p>
    <w:p w14:paraId="1B45E84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3ED7C2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Если правда, что Всеединое Бытие [</w:t>
      </w:r>
      <w:r w:rsidR="00187405" w:rsidRPr="00516AE8">
        <w:rPr>
          <w:i/>
          <w:lang w:val="ru-RU"/>
        </w:rPr>
        <w:t>Брахман</w:t>
      </w:r>
      <w:r w:rsidRPr="00DA0238">
        <w:rPr>
          <w:lang w:val="ru-RU"/>
        </w:rPr>
        <w:t>], невещественное по самой своей природе,</w:t>
      </w:r>
      <w:r w:rsidR="005238DB" w:rsidRPr="00DA0238">
        <w:rPr>
          <w:lang w:val="ru-RU"/>
        </w:rPr>
        <w:t xml:space="preserve"> </w:t>
      </w:r>
      <w:r w:rsidRPr="00DA0238">
        <w:rPr>
          <w:lang w:val="ru-RU"/>
        </w:rPr>
        <w:t>есть основа наваждения [</w:t>
      </w:r>
      <w:r w:rsidRPr="00DA0238">
        <w:rPr>
          <w:rStyle w:val="TextTranslationItalic"/>
          <w:lang w:val="ru-RU"/>
        </w:rPr>
        <w:t>майи</w:t>
      </w:r>
      <w:r w:rsidRPr="00DA0238">
        <w:rPr>
          <w:lang w:val="ru-RU"/>
        </w:rPr>
        <w:t>] и к тому же служит освобождающей силой знания, то неразумно утверждать, что Всеединое [</w:t>
      </w:r>
      <w:r w:rsidR="00187405" w:rsidRPr="00516AE8">
        <w:rPr>
          <w:i/>
          <w:lang w:val="ru-RU"/>
        </w:rPr>
        <w:t>Брахман</w:t>
      </w:r>
      <w:r w:rsidRPr="00DA0238">
        <w:rPr>
          <w:lang w:val="ru-RU"/>
        </w:rPr>
        <w:t xml:space="preserve">] подпадает под влияние </w:t>
      </w:r>
      <w:r w:rsidR="00CF6E1B" w:rsidRPr="00DA0238">
        <w:rPr>
          <w:rStyle w:val="TextTranslationItalic"/>
          <w:lang w:val="ru-RU"/>
        </w:rPr>
        <w:t>м</w:t>
      </w:r>
      <w:r w:rsidRPr="00DA0238">
        <w:rPr>
          <w:rStyle w:val="TextTranslationItalic"/>
          <w:lang w:val="ru-RU"/>
        </w:rPr>
        <w:t>айи</w:t>
      </w:r>
      <w:r w:rsidRPr="00DA0238">
        <w:rPr>
          <w:lang w:val="ru-RU"/>
        </w:rPr>
        <w:t xml:space="preserve"> и бывает объято невежеством. Гораздо разумнее заключить</w:t>
      </w:r>
      <w:r w:rsidR="00CF6E1B" w:rsidRPr="00DA0238">
        <w:rPr>
          <w:lang w:val="ru-RU"/>
        </w:rPr>
        <w:t>,</w:t>
      </w:r>
      <w:r w:rsidRPr="00DA0238">
        <w:rPr>
          <w:lang w:val="ru-RU"/>
        </w:rPr>
        <w:t xml:space="preserve"> что душа и Бог всегда остаются раздельными сущностями. Потому как обе сии сущности и их свойства разделены, душа с Богом различны в самой своей сути.</w:t>
      </w:r>
    </w:p>
    <w:p w14:paraId="28C0EE7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C89F0BA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36</w:t>
      </w:r>
      <w:r w:rsidR="00516AE8">
        <w:rPr>
          <w:b/>
          <w:lang w:val="ru-RU"/>
        </w:rPr>
        <w:t>.</w:t>
      </w:r>
    </w:p>
    <w:p w14:paraId="22E4D5B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FE734D4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Приверженцы философии Неразделимой Всеобщности [</w:t>
      </w:r>
      <w:proofErr w:type="spellStart"/>
      <w:r w:rsidRPr="00DA0238">
        <w:rPr>
          <w:rStyle w:val="TextTranslationItalic"/>
          <w:lang w:val="ru-RU"/>
        </w:rPr>
        <w:t>майявади</w:t>
      </w:r>
      <w:proofErr w:type="spellEnd"/>
      <w:r w:rsidRPr="00DA0238">
        <w:rPr>
          <w:lang w:val="ru-RU"/>
        </w:rPr>
        <w:t>] также не могут вразумительно объяснить, с какой стати душа и Бог, будучи означениями [</w:t>
      </w:r>
      <w:proofErr w:type="spellStart"/>
      <w:r w:rsidRPr="00DA0238">
        <w:rPr>
          <w:rStyle w:val="TextTranslationItalic"/>
          <w:lang w:val="ru-RU"/>
        </w:rPr>
        <w:t>упадхи</w:t>
      </w:r>
      <w:proofErr w:type="spellEnd"/>
      <w:r w:rsidRPr="00DA0238">
        <w:rPr>
          <w:lang w:val="ru-RU"/>
        </w:rPr>
        <w:t>] или отражениями от Всеединого [</w:t>
      </w:r>
      <w:r w:rsidR="00187405" w:rsidRPr="00DA0238">
        <w:rPr>
          <w:lang w:val="ru-RU"/>
        </w:rPr>
        <w:t>Брахман</w:t>
      </w:r>
      <w:r w:rsidRPr="00DA0238">
        <w:rPr>
          <w:lang w:val="ru-RU"/>
        </w:rPr>
        <w:t>а], образуют меж собой иерархию, неравенство означений.</w:t>
      </w:r>
    </w:p>
    <w:p w14:paraId="23E28C1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5246D53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37</w:t>
      </w:r>
      <w:r w:rsidR="00417589">
        <w:rPr>
          <w:b/>
          <w:lang w:val="ru-RU"/>
        </w:rPr>
        <w:t>.</w:t>
      </w:r>
    </w:p>
    <w:p w14:paraId="2182DA6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4006AD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Если предположить, что эти означ</w:t>
      </w:r>
      <w:r w:rsidRPr="00E867C8">
        <w:rPr>
          <w:lang w:val="ru-RU"/>
        </w:rPr>
        <w:t>ения [</w:t>
      </w:r>
      <w:proofErr w:type="spellStart"/>
      <w:r w:rsidRPr="00E867C8">
        <w:rPr>
          <w:rStyle w:val="TextTranslationItalic"/>
          <w:lang w:val="ru-RU"/>
        </w:rPr>
        <w:t>упадхи</w:t>
      </w:r>
      <w:proofErr w:type="spellEnd"/>
      <w:r w:rsidRPr="00E867C8">
        <w:rPr>
          <w:lang w:val="ru-RU"/>
        </w:rPr>
        <w:t>] действительно существуют и не воображаемы, то и в этом случае Всеединое [</w:t>
      </w:r>
      <w:r w:rsidRPr="00E867C8">
        <w:rPr>
          <w:i/>
          <w:lang w:val="ru-RU"/>
        </w:rPr>
        <w:t>Брахман</w:t>
      </w:r>
      <w:r w:rsidRPr="00E867C8">
        <w:rPr>
          <w:lang w:val="ru-RU"/>
        </w:rPr>
        <w:t>], будучи не подвержено воздействию чего бы то ни было, не может быть ограничено ими. Кроме того, Всеединое [</w:t>
      </w:r>
      <w:r w:rsidRPr="00E867C8">
        <w:rPr>
          <w:i/>
          <w:lang w:val="ru-RU"/>
        </w:rPr>
        <w:t>Брахман</w:t>
      </w:r>
      <w:r w:rsidRPr="00E867C8">
        <w:rPr>
          <w:lang w:val="ru-RU"/>
        </w:rPr>
        <w:t>] не может отбрасывать отражение, ибо оно лишено всяких свойств, вездесуще и неделимо. П</w:t>
      </w:r>
      <w:r>
        <w:rPr>
          <w:lang w:val="ru-RU"/>
        </w:rPr>
        <w:t>оскольку Всеединое не имеет свойств, оно не может иметь означений [</w:t>
      </w:r>
      <w:proofErr w:type="spellStart"/>
      <w:r>
        <w:rPr>
          <w:rStyle w:val="TextTranslationItalic"/>
          <w:lang w:val="ru-RU"/>
        </w:rPr>
        <w:t>упадхи</w:t>
      </w:r>
      <w:proofErr w:type="spellEnd"/>
      <w:r>
        <w:rPr>
          <w:lang w:val="ru-RU"/>
        </w:rPr>
        <w:t xml:space="preserve">]; поскольку оно вездесуще, оно не может быть разделено на отраженный (означаемый) предмет и отражение (обозначение); и поскольку оно неделимо и всеобще, оно невидимо. В этом смысле </w:t>
      </w:r>
      <w:r>
        <w:rPr>
          <w:i/>
          <w:lang w:val="ru-RU"/>
        </w:rPr>
        <w:t>Брахман</w:t>
      </w:r>
      <w:r>
        <w:rPr>
          <w:lang w:val="ru-RU"/>
        </w:rPr>
        <w:t xml:space="preserve"> подобен небу: поскольку небо невидимо, у него нет отражения, а то, что мы наблюдаем как отражение, есть некоторые светлые его части — небесные тела.</w:t>
      </w:r>
    </w:p>
    <w:p w14:paraId="0F0EBAE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324133E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38</w:t>
      </w:r>
      <w:r w:rsidR="00417589">
        <w:rPr>
          <w:b/>
          <w:lang w:val="ru-RU"/>
        </w:rPr>
        <w:t>.</w:t>
      </w:r>
    </w:p>
    <w:p w14:paraId="5A0312A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2EE93E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Более того, если означения [</w:t>
      </w:r>
      <w:proofErr w:type="spellStart"/>
      <w:r w:rsidRPr="00DA0238">
        <w:rPr>
          <w:rStyle w:val="TextTranslationItalic"/>
          <w:lang w:val="ru-RU"/>
        </w:rPr>
        <w:t>упадхи</w:t>
      </w:r>
      <w:proofErr w:type="spellEnd"/>
      <w:r w:rsidRPr="00DA0238">
        <w:rPr>
          <w:lang w:val="ru-RU"/>
        </w:rPr>
        <w:t>], ограничивающие [</w:t>
      </w:r>
      <w:proofErr w:type="spellStart"/>
      <w:r w:rsidRPr="00DA0238">
        <w:rPr>
          <w:rStyle w:val="TextTranslationItalic"/>
          <w:lang w:val="ru-RU"/>
        </w:rPr>
        <w:t>париччхеда</w:t>
      </w:r>
      <w:proofErr w:type="spellEnd"/>
      <w:r w:rsidRPr="00DA0238">
        <w:rPr>
          <w:lang w:val="ru-RU"/>
        </w:rPr>
        <w:t>] Всеединое [</w:t>
      </w:r>
      <w:r w:rsidR="00187405" w:rsidRPr="00417589">
        <w:rPr>
          <w:i/>
          <w:lang w:val="ru-RU"/>
        </w:rPr>
        <w:t>Брахман</w:t>
      </w:r>
      <w:r w:rsidRPr="00DA0238">
        <w:rPr>
          <w:lang w:val="ru-RU"/>
        </w:rPr>
        <w:t>], действительно существуют или служат посредниками для его отражения [</w:t>
      </w:r>
      <w:proofErr w:type="spellStart"/>
      <w:r w:rsidRPr="00DA0238">
        <w:rPr>
          <w:rStyle w:val="TextTranslationItalic"/>
          <w:lang w:val="ru-RU"/>
        </w:rPr>
        <w:t>пратибимба</w:t>
      </w:r>
      <w:proofErr w:type="spellEnd"/>
      <w:r w:rsidRPr="00DA0238">
        <w:rPr>
          <w:lang w:val="ru-RU"/>
        </w:rPr>
        <w:t xml:space="preserve">], </w:t>
      </w:r>
      <w:r w:rsidR="00417589">
        <w:rPr>
          <w:lang w:val="ru-RU"/>
        </w:rPr>
        <w:t>наблюдатель (</w:t>
      </w:r>
      <w:r w:rsidRPr="00DA0238">
        <w:rPr>
          <w:lang w:val="ru-RU"/>
        </w:rPr>
        <w:t>субъект</w:t>
      </w:r>
      <w:r w:rsidR="00417589">
        <w:rPr>
          <w:lang w:val="ru-RU"/>
        </w:rPr>
        <w:t>)</w:t>
      </w:r>
      <w:r w:rsidRPr="00DA0238">
        <w:rPr>
          <w:lang w:val="ru-RU"/>
        </w:rPr>
        <w:t xml:space="preserve"> не может избавиться от них</w:t>
      </w:r>
      <w:r w:rsidR="004B023C" w:rsidRPr="00DA0238">
        <w:rPr>
          <w:lang w:val="ru-RU"/>
        </w:rPr>
        <w:t>,</w:t>
      </w:r>
      <w:r w:rsidRPr="00DA0238">
        <w:rPr>
          <w:lang w:val="ru-RU"/>
        </w:rPr>
        <w:t xml:space="preserve"> просто узнав, что он един с Высшей Сущностью по сути. И если </w:t>
      </w:r>
      <w:r w:rsidR="004B023C" w:rsidRPr="00DA0238">
        <w:rPr>
          <w:lang w:val="ru-RU"/>
        </w:rPr>
        <w:t>приверженцы</w:t>
      </w:r>
      <w:r w:rsidRPr="00DA0238">
        <w:rPr>
          <w:lang w:val="ru-RU"/>
        </w:rPr>
        <w:t xml:space="preserve"> философии Всеединой </w:t>
      </w:r>
      <w:proofErr w:type="spellStart"/>
      <w:r w:rsidRPr="00DA0238">
        <w:rPr>
          <w:lang w:val="ru-RU"/>
        </w:rPr>
        <w:t>Недвойственности</w:t>
      </w:r>
      <w:proofErr w:type="spellEnd"/>
      <w:r w:rsidRPr="00DA0238">
        <w:rPr>
          <w:lang w:val="ru-RU"/>
        </w:rPr>
        <w:t xml:space="preserve"> [</w:t>
      </w:r>
      <w:proofErr w:type="spellStart"/>
      <w:r w:rsidRPr="00DA0238">
        <w:rPr>
          <w:rStyle w:val="TextTranslationItalic"/>
          <w:lang w:val="ru-RU"/>
        </w:rPr>
        <w:t>адвайты</w:t>
      </w:r>
      <w:proofErr w:type="spellEnd"/>
      <w:r w:rsidRPr="00DA0238">
        <w:rPr>
          <w:lang w:val="ru-RU"/>
        </w:rPr>
        <w:t>] полагают, что освободиться от означений [</w:t>
      </w:r>
      <w:proofErr w:type="spellStart"/>
      <w:r w:rsidRPr="00DA0238">
        <w:rPr>
          <w:rStyle w:val="TextTranslationItalic"/>
          <w:lang w:val="ru-RU"/>
        </w:rPr>
        <w:t>упадхи</w:t>
      </w:r>
      <w:proofErr w:type="spellEnd"/>
      <w:r w:rsidRPr="00DA0238">
        <w:rPr>
          <w:lang w:val="ru-RU"/>
        </w:rPr>
        <w:t>] возможно под влиянием Высшей Сущности, именуемой "</w:t>
      </w:r>
      <w:r w:rsidRPr="00DA0238">
        <w:rPr>
          <w:rStyle w:val="TextTranslationItalic"/>
          <w:lang w:val="ru-RU"/>
        </w:rPr>
        <w:t>тат</w:t>
      </w:r>
      <w:r w:rsidRPr="00DA0238">
        <w:rPr>
          <w:lang w:val="ru-RU"/>
        </w:rPr>
        <w:t>"</w:t>
      </w:r>
      <w:r w:rsidRPr="00DA0238">
        <w:rPr>
          <w:rStyle w:val="TextTranslationItalic"/>
          <w:i w:val="0"/>
          <w:lang w:val="ru-RU"/>
        </w:rPr>
        <w:t>,</w:t>
      </w:r>
      <w:r w:rsidRPr="00DA0238">
        <w:rPr>
          <w:lang w:val="ru-RU"/>
        </w:rPr>
        <w:t xml:space="preserve"> то они обязаны согласиться с </w:t>
      </w:r>
      <w:proofErr w:type="spellStart"/>
      <w:r w:rsidRPr="00DA0238">
        <w:rPr>
          <w:rStyle w:val="TextTranslationItalic"/>
          <w:lang w:val="ru-RU"/>
        </w:rPr>
        <w:t>вайшнавами</w:t>
      </w:r>
      <w:proofErr w:type="spellEnd"/>
      <w:r w:rsidRPr="00DA0238">
        <w:rPr>
          <w:lang w:val="ru-RU"/>
        </w:rPr>
        <w:t xml:space="preserve">, утверждающими, что Высшая Сущность </w:t>
      </w:r>
      <w:r w:rsidR="00417589">
        <w:rPr>
          <w:lang w:val="ru-RU"/>
        </w:rPr>
        <w:t>существует Сама по Себе</w:t>
      </w:r>
      <w:r w:rsidRPr="00DA0238">
        <w:rPr>
          <w:lang w:val="ru-RU"/>
        </w:rPr>
        <w:t xml:space="preserve">, а не </w:t>
      </w:r>
      <w:r w:rsidR="006E470D">
        <w:rPr>
          <w:lang w:val="ru-RU"/>
        </w:rPr>
        <w:t xml:space="preserve">есть </w:t>
      </w:r>
      <w:r w:rsidRPr="00DA0238">
        <w:rPr>
          <w:lang w:val="ru-RU"/>
        </w:rPr>
        <w:t>явление (обозначение) чего-то единого, неделимого и лишенного качеств!</w:t>
      </w:r>
    </w:p>
    <w:p w14:paraId="55AD414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2AE8015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39</w:t>
      </w:r>
      <w:r w:rsidR="006E470D">
        <w:rPr>
          <w:b/>
          <w:lang w:val="ru-RU"/>
        </w:rPr>
        <w:t>.</w:t>
      </w:r>
    </w:p>
    <w:p w14:paraId="2B749B6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37B200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Напротив, если обозначение Всеединого [</w:t>
      </w:r>
      <w:r w:rsidR="00187405" w:rsidRPr="00DA0238">
        <w:rPr>
          <w:lang w:val="ru-RU"/>
        </w:rPr>
        <w:t>Брахман</w:t>
      </w:r>
      <w:r w:rsidRPr="00DA0238">
        <w:rPr>
          <w:lang w:val="ru-RU"/>
        </w:rPr>
        <w:t>а] мнимо, тогда ограничения [</w:t>
      </w:r>
      <w:proofErr w:type="spellStart"/>
      <w:r w:rsidRPr="00DA0238">
        <w:rPr>
          <w:rStyle w:val="TextTranslationItalic"/>
          <w:lang w:val="ru-RU"/>
        </w:rPr>
        <w:t>париччхеда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вада</w:t>
      </w:r>
      <w:proofErr w:type="spellEnd"/>
      <w:r w:rsidRPr="00DA0238">
        <w:rPr>
          <w:lang w:val="ru-RU"/>
        </w:rPr>
        <w:t>] его и отражения [</w:t>
      </w:r>
      <w:proofErr w:type="spellStart"/>
      <w:r w:rsidRPr="00DA0238">
        <w:rPr>
          <w:rStyle w:val="TextTranslationItalic"/>
          <w:lang w:val="ru-RU"/>
        </w:rPr>
        <w:t>пратибимба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вада</w:t>
      </w:r>
      <w:proofErr w:type="spellEnd"/>
      <w:r w:rsidRPr="00DA0238">
        <w:rPr>
          <w:lang w:val="ru-RU"/>
        </w:rPr>
        <w:t xml:space="preserve">] мнимы тем более: ибо то, что нельзя обозначить, не может быть ограничено или отражено. Поскольку философы </w:t>
      </w:r>
      <w:proofErr w:type="spellStart"/>
      <w:r w:rsidRPr="00DA0238">
        <w:rPr>
          <w:rStyle w:val="TextTranslationItalic"/>
          <w:lang w:val="ru-RU"/>
        </w:rPr>
        <w:t>майявади</w:t>
      </w:r>
      <w:proofErr w:type="spellEnd"/>
      <w:r w:rsidR="004F7A9E" w:rsidRPr="00DA0238">
        <w:rPr>
          <w:lang w:val="ru-RU"/>
        </w:rPr>
        <w:t xml:space="preserve"> объявляю</w:t>
      </w:r>
      <w:r w:rsidRPr="00DA0238">
        <w:rPr>
          <w:lang w:val="ru-RU"/>
        </w:rPr>
        <w:t>т действительность сном, то для иллюстрации и доказательства своей идеи они не вправе прибегать к примерам горшка и неба, ибо и то и другое есть означение [</w:t>
      </w:r>
      <w:proofErr w:type="spellStart"/>
      <w:r w:rsidRPr="00DA0238">
        <w:rPr>
          <w:rStyle w:val="TextTranslationItalic"/>
          <w:lang w:val="ru-RU"/>
        </w:rPr>
        <w:t>упадхи</w:t>
      </w:r>
      <w:proofErr w:type="spellEnd"/>
      <w:r w:rsidR="002E0195" w:rsidRPr="00DA0238">
        <w:rPr>
          <w:lang w:val="ru-RU"/>
        </w:rPr>
        <w:t>] чего-то вещественного. Не</w:t>
      </w:r>
      <w:r w:rsidRPr="00DA0238">
        <w:rPr>
          <w:lang w:val="ru-RU"/>
        </w:rPr>
        <w:t xml:space="preserve">уместно проводить аналогию между несуществующим и существующим. Посему доктрина </w:t>
      </w:r>
      <w:proofErr w:type="spellStart"/>
      <w:r w:rsidRPr="00DA0238">
        <w:rPr>
          <w:rStyle w:val="TextTranslationItalic"/>
          <w:lang w:val="ru-RU"/>
        </w:rPr>
        <w:t>майявади</w:t>
      </w:r>
      <w:proofErr w:type="spellEnd"/>
      <w:r w:rsidRPr="00DA0238">
        <w:rPr>
          <w:lang w:val="ru-RU"/>
        </w:rPr>
        <w:t xml:space="preserve"> о делении и отражении</w:t>
      </w:r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>не более чем попытка ввести слушателей в заблуждение, основанная на ложных примерах. Философию, провозглашающую ложность всякого разнообразия, нет необходимости опровергать</w:t>
      </w:r>
      <w:r w:rsidR="002E0195" w:rsidRPr="00DA0238">
        <w:rPr>
          <w:lang w:val="ru-RU"/>
        </w:rPr>
        <w:t>:</w:t>
      </w:r>
      <w:r w:rsidRPr="00DA0238">
        <w:rPr>
          <w:lang w:val="ru-RU"/>
        </w:rPr>
        <w:t xml:space="preserve"> при внимательном взгляде она опровергает сама себя.</w:t>
      </w:r>
    </w:p>
    <w:p w14:paraId="1588835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1225494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40</w:t>
      </w:r>
      <w:r w:rsidR="006E470D">
        <w:rPr>
          <w:b/>
          <w:lang w:val="ru-RU"/>
        </w:rPr>
        <w:t>.</w:t>
      </w:r>
    </w:p>
    <w:p w14:paraId="0D13744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E619334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Таким образом, сведя всю картину мира лишь к понятиям Всеобщее [</w:t>
      </w:r>
      <w:r w:rsidR="00187405" w:rsidRPr="006E470D">
        <w:rPr>
          <w:i/>
          <w:lang w:val="ru-RU"/>
        </w:rPr>
        <w:t>Брахман</w:t>
      </w:r>
      <w:r w:rsidRPr="00DA0238">
        <w:rPr>
          <w:lang w:val="ru-RU"/>
        </w:rPr>
        <w:t>] и неведение [</w:t>
      </w:r>
      <w:proofErr w:type="spellStart"/>
      <w:r w:rsidRPr="00DA0238">
        <w:rPr>
          <w:rStyle w:val="TextTranslationItalic"/>
          <w:lang w:val="ru-RU"/>
        </w:rPr>
        <w:t>авидья</w:t>
      </w:r>
      <w:proofErr w:type="spellEnd"/>
      <w:r w:rsidRPr="00DA0238">
        <w:rPr>
          <w:lang w:val="ru-RU"/>
        </w:rPr>
        <w:t xml:space="preserve">], </w:t>
      </w:r>
      <w:proofErr w:type="spellStart"/>
      <w:r w:rsidRPr="00DA0238">
        <w:rPr>
          <w:rStyle w:val="TextTranslationItalic"/>
          <w:lang w:val="ru-RU"/>
        </w:rPr>
        <w:t>майавади</w:t>
      </w:r>
      <w:proofErr w:type="spellEnd"/>
      <w:r w:rsidRPr="00DA0238">
        <w:rPr>
          <w:lang w:val="ru-RU"/>
        </w:rPr>
        <w:t xml:space="preserve"> попадают в логическую ловушку, которую сами себе устроили: у них получается, что </w:t>
      </w:r>
      <w:proofErr w:type="gramStart"/>
      <w:r w:rsidRPr="00DA0238">
        <w:rPr>
          <w:lang w:val="ru-RU"/>
        </w:rPr>
        <w:t>Неделимое</w:t>
      </w:r>
      <w:proofErr w:type="gramEnd"/>
      <w:r w:rsidRPr="00DA0238">
        <w:rPr>
          <w:lang w:val="ru-RU"/>
        </w:rPr>
        <w:t xml:space="preserve"> Все [</w:t>
      </w:r>
      <w:r w:rsidR="00187405" w:rsidRPr="006E470D">
        <w:rPr>
          <w:i/>
          <w:lang w:val="ru-RU"/>
        </w:rPr>
        <w:t>Брахман</w:t>
      </w:r>
      <w:r w:rsidRPr="00DA0238">
        <w:rPr>
          <w:lang w:val="ru-RU"/>
        </w:rPr>
        <w:t>], будучи чистым, незыблемым Сознани</w:t>
      </w:r>
      <w:r w:rsidR="00940BC5" w:rsidRPr="00DA0238">
        <w:rPr>
          <w:lang w:val="ru-RU"/>
        </w:rPr>
        <w:t>е</w:t>
      </w:r>
      <w:r w:rsidRPr="00DA0238">
        <w:rPr>
          <w:lang w:val="ru-RU"/>
        </w:rPr>
        <w:t xml:space="preserve">м, а потому </w:t>
      </w:r>
      <w:r w:rsidR="00940BC5" w:rsidRPr="00DA0238">
        <w:rPr>
          <w:lang w:val="ru-RU"/>
        </w:rPr>
        <w:t>несоприкасающимся</w:t>
      </w:r>
      <w:r w:rsidRPr="00DA0238">
        <w:rPr>
          <w:lang w:val="ru-RU"/>
        </w:rPr>
        <w:t xml:space="preserve"> с неведением [</w:t>
      </w:r>
      <w:proofErr w:type="spellStart"/>
      <w:r w:rsidRPr="00DA0238">
        <w:rPr>
          <w:rStyle w:val="TextTranslationItalic"/>
          <w:lang w:val="ru-RU"/>
        </w:rPr>
        <w:t>авидьей</w:t>
      </w:r>
      <w:proofErr w:type="spellEnd"/>
      <w:r w:rsidRPr="00DA0238">
        <w:rPr>
          <w:lang w:val="ru-RU"/>
        </w:rPr>
        <w:t xml:space="preserve">], оказывается осквернено неведением </w:t>
      </w:r>
      <w:r w:rsidR="006E470D">
        <w:rPr>
          <w:lang w:val="ru-RU"/>
        </w:rPr>
        <w:t xml:space="preserve">Самого Себя </w:t>
      </w:r>
      <w:r w:rsidRPr="00DA0238">
        <w:rPr>
          <w:lang w:val="ru-RU"/>
        </w:rPr>
        <w:t xml:space="preserve">и потому становится обособленной частицей сознания </w:t>
      </w:r>
      <w:r w:rsidR="006E470D">
        <w:rPr>
          <w:lang w:val="ru-RU"/>
        </w:rPr>
        <w:t xml:space="preserve">Самого Себя </w:t>
      </w:r>
      <w:r w:rsidRPr="00DA0238">
        <w:rPr>
          <w:lang w:val="ru-RU"/>
        </w:rPr>
        <w:t>[</w:t>
      </w:r>
      <w:r w:rsidRPr="00DA0238">
        <w:rPr>
          <w:rStyle w:val="TextTranslationItalic"/>
          <w:lang w:val="ru-RU"/>
        </w:rPr>
        <w:t>дживой</w:t>
      </w:r>
      <w:r w:rsidRPr="00DA0238">
        <w:rPr>
          <w:lang w:val="ru-RU"/>
        </w:rPr>
        <w:t xml:space="preserve">]. Но им и этого мало, они еще добавляют, что это </w:t>
      </w:r>
      <w:proofErr w:type="gramStart"/>
      <w:r w:rsidRPr="00DA0238">
        <w:rPr>
          <w:lang w:val="ru-RU"/>
        </w:rPr>
        <w:t>Всеобщее</w:t>
      </w:r>
      <w:proofErr w:type="gramEnd"/>
      <w:r w:rsidRPr="00DA0238">
        <w:rPr>
          <w:lang w:val="ru-RU"/>
        </w:rPr>
        <w:t xml:space="preserve"> Все [</w:t>
      </w:r>
      <w:r w:rsidR="00187405" w:rsidRPr="006E470D">
        <w:rPr>
          <w:i/>
          <w:lang w:val="ru-RU"/>
        </w:rPr>
        <w:t>Брахман</w:t>
      </w:r>
      <w:r w:rsidRPr="00DA0238">
        <w:rPr>
          <w:lang w:val="ru-RU"/>
        </w:rPr>
        <w:t>] становится Богом, который служит основой наваждения [</w:t>
      </w:r>
      <w:r w:rsidRPr="00DA0238">
        <w:rPr>
          <w:rStyle w:val="TextTranslationItalic"/>
          <w:lang w:val="ru-RU"/>
        </w:rPr>
        <w:t>майи</w:t>
      </w:r>
      <w:r w:rsidRPr="00DA0238">
        <w:rPr>
          <w:lang w:val="ru-RU"/>
        </w:rPr>
        <w:t xml:space="preserve">] у </w:t>
      </w:r>
      <w:r w:rsidR="00351823">
        <w:rPr>
          <w:lang w:val="ru-RU"/>
        </w:rPr>
        <w:t>души [</w:t>
      </w:r>
      <w:r w:rsidRPr="00DA0238">
        <w:rPr>
          <w:rStyle w:val="TextTranslationItalic"/>
          <w:lang w:val="ru-RU"/>
        </w:rPr>
        <w:t>дживы</w:t>
      </w:r>
      <w:r w:rsidR="00351823" w:rsidRPr="00351823">
        <w:rPr>
          <w:rStyle w:val="TextTranslationItalic"/>
          <w:i w:val="0"/>
          <w:lang w:val="ru-RU"/>
        </w:rPr>
        <w:t>]</w:t>
      </w:r>
      <w:r w:rsidRPr="00351823">
        <w:rPr>
          <w:i/>
          <w:lang w:val="ru-RU"/>
        </w:rPr>
        <w:t>,</w:t>
      </w:r>
      <w:r w:rsidRPr="00DA0238">
        <w:rPr>
          <w:lang w:val="ru-RU"/>
        </w:rPr>
        <w:t xml:space="preserve"> вызванного </w:t>
      </w:r>
      <w:r w:rsidR="00940BC5" w:rsidRPr="00DA0238">
        <w:rPr>
          <w:lang w:val="ru-RU"/>
        </w:rPr>
        <w:t>неведением</w:t>
      </w:r>
      <w:r w:rsidRPr="00DA0238">
        <w:rPr>
          <w:lang w:val="ru-RU"/>
        </w:rPr>
        <w:t xml:space="preserve"> [</w:t>
      </w:r>
      <w:proofErr w:type="spellStart"/>
      <w:r w:rsidRPr="00DA0238">
        <w:rPr>
          <w:rStyle w:val="TextTranslationItalic"/>
          <w:lang w:val="ru-RU"/>
        </w:rPr>
        <w:t>авидьей</w:t>
      </w:r>
      <w:proofErr w:type="spellEnd"/>
      <w:r w:rsidRPr="00DA0238">
        <w:rPr>
          <w:lang w:val="ru-RU"/>
        </w:rPr>
        <w:t>]</w:t>
      </w:r>
      <w:r w:rsidRPr="00DA0238">
        <w:rPr>
          <w:rStyle w:val="TextTranslationItalic"/>
          <w:lang w:val="ru-RU"/>
        </w:rPr>
        <w:t>.</w:t>
      </w:r>
      <w:r w:rsidRPr="00DA0238">
        <w:rPr>
          <w:lang w:val="ru-RU"/>
        </w:rPr>
        <w:t xml:space="preserve"> А потом под влиянием </w:t>
      </w:r>
      <w:r w:rsidR="00351823">
        <w:rPr>
          <w:lang w:val="ru-RU"/>
        </w:rPr>
        <w:t>обмана</w:t>
      </w:r>
      <w:r w:rsidRPr="00DA0238">
        <w:rPr>
          <w:lang w:val="ru-RU"/>
        </w:rPr>
        <w:t xml:space="preserve"> [</w:t>
      </w:r>
      <w:r w:rsidRPr="00DA0238">
        <w:rPr>
          <w:rStyle w:val="TextTranslationItalic"/>
          <w:lang w:val="ru-RU"/>
        </w:rPr>
        <w:t>майи</w:t>
      </w:r>
      <w:r w:rsidRPr="00DA0238">
        <w:rPr>
          <w:lang w:val="ru-RU"/>
        </w:rPr>
        <w:t>] Единая Всеобщность [</w:t>
      </w:r>
      <w:r w:rsidR="00187405" w:rsidRPr="00351823">
        <w:rPr>
          <w:i/>
          <w:lang w:val="ru-RU"/>
        </w:rPr>
        <w:t>Брахман</w:t>
      </w:r>
      <w:r w:rsidRPr="00DA0238">
        <w:rPr>
          <w:lang w:val="ru-RU"/>
        </w:rPr>
        <w:t>] еще раз</w:t>
      </w:r>
      <w:r w:rsidR="00351823">
        <w:rPr>
          <w:lang w:val="ru-RU"/>
        </w:rPr>
        <w:t xml:space="preserve"> становится отдельной частицей С</w:t>
      </w:r>
      <w:r w:rsidRPr="00DA0238">
        <w:rPr>
          <w:lang w:val="ru-RU"/>
        </w:rPr>
        <w:t>ебя [</w:t>
      </w:r>
      <w:r w:rsidRPr="00DA0238">
        <w:rPr>
          <w:rStyle w:val="TextTranslationItalic"/>
          <w:lang w:val="ru-RU"/>
        </w:rPr>
        <w:t>дживой</w:t>
      </w:r>
      <w:r w:rsidRPr="00DA0238">
        <w:rPr>
          <w:lang w:val="ru-RU"/>
        </w:rPr>
        <w:t xml:space="preserve">]. </w:t>
      </w:r>
    </w:p>
    <w:p w14:paraId="4058F49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FAB9E92" w14:textId="77777777" w:rsidR="003B67ED" w:rsidRPr="00DA0238" w:rsidRDefault="00940BC5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lastRenderedPageBreak/>
        <w:t>В итоге</w:t>
      </w:r>
      <w:r w:rsidR="002B41BF" w:rsidRPr="00DA0238">
        <w:rPr>
          <w:lang w:val="ru-RU"/>
        </w:rPr>
        <w:t xml:space="preserve"> у нас есть: неведение [</w:t>
      </w:r>
      <w:proofErr w:type="spellStart"/>
      <w:r w:rsidR="002B41BF" w:rsidRPr="00DA0238">
        <w:rPr>
          <w:rStyle w:val="TextTranslationItalic"/>
          <w:lang w:val="ru-RU"/>
        </w:rPr>
        <w:t>авидья</w:t>
      </w:r>
      <w:proofErr w:type="spellEnd"/>
      <w:r w:rsidRPr="00DA0238">
        <w:rPr>
          <w:lang w:val="ru-RU"/>
        </w:rPr>
        <w:t>], присущее чистой</w:t>
      </w:r>
      <w:r w:rsidR="002B41BF" w:rsidRPr="00DA0238">
        <w:rPr>
          <w:lang w:val="ru-RU"/>
        </w:rPr>
        <w:t xml:space="preserve"> сознательной Сущности [</w:t>
      </w:r>
      <w:r w:rsidR="00187405" w:rsidRPr="00351823">
        <w:rPr>
          <w:i/>
          <w:lang w:val="ru-RU"/>
        </w:rPr>
        <w:t>Брахман</w:t>
      </w:r>
      <w:r w:rsidR="002B41BF" w:rsidRPr="00351823">
        <w:rPr>
          <w:i/>
          <w:lang w:val="ru-RU"/>
        </w:rPr>
        <w:t>у</w:t>
      </w:r>
      <w:r w:rsidR="002B41BF" w:rsidRPr="00DA0238">
        <w:rPr>
          <w:lang w:val="ru-RU"/>
        </w:rPr>
        <w:t>], знание [</w:t>
      </w:r>
      <w:proofErr w:type="spellStart"/>
      <w:r w:rsidR="002B41BF" w:rsidRPr="00DA0238">
        <w:rPr>
          <w:rStyle w:val="TextTranslationItalic"/>
          <w:lang w:val="ru-RU"/>
        </w:rPr>
        <w:t>видья</w:t>
      </w:r>
      <w:proofErr w:type="spellEnd"/>
      <w:r w:rsidR="002B41BF" w:rsidRPr="00DA0238">
        <w:rPr>
          <w:lang w:val="ru-RU"/>
        </w:rPr>
        <w:t>], присущее производному означению [</w:t>
      </w:r>
      <w:proofErr w:type="spellStart"/>
      <w:r w:rsidR="002B41BF" w:rsidRPr="00DA0238">
        <w:rPr>
          <w:rStyle w:val="TextTranslationItalic"/>
          <w:lang w:val="ru-RU"/>
        </w:rPr>
        <w:t>упадхи</w:t>
      </w:r>
      <w:proofErr w:type="spellEnd"/>
      <w:r w:rsidR="002B41BF" w:rsidRPr="00DA0238">
        <w:rPr>
          <w:lang w:val="ru-RU"/>
        </w:rPr>
        <w:t>] от Всеведущей Сущности [</w:t>
      </w:r>
      <w:r w:rsidR="00187405" w:rsidRPr="00DA0238">
        <w:rPr>
          <w:lang w:val="ru-RU"/>
        </w:rPr>
        <w:t>Брахман</w:t>
      </w:r>
      <w:r w:rsidR="002B41BF" w:rsidRPr="00DA0238">
        <w:rPr>
          <w:lang w:val="ru-RU"/>
        </w:rPr>
        <w:t>а], называемой Богом, который произошел от неведения [</w:t>
      </w:r>
      <w:proofErr w:type="spellStart"/>
      <w:r w:rsidR="002B41BF" w:rsidRPr="00DA0238">
        <w:rPr>
          <w:rStyle w:val="TextTranslationItalic"/>
          <w:lang w:val="ru-RU"/>
        </w:rPr>
        <w:t>авидьи</w:t>
      </w:r>
      <w:proofErr w:type="spellEnd"/>
      <w:r w:rsidR="002B41BF" w:rsidRPr="00DA0238">
        <w:rPr>
          <w:lang w:val="ru-RU"/>
        </w:rPr>
        <w:t>], и</w:t>
      </w:r>
      <w:r w:rsidR="00FD0C80" w:rsidRPr="00DA0238">
        <w:rPr>
          <w:lang w:val="ru-RU"/>
        </w:rPr>
        <w:t xml:space="preserve"> </w:t>
      </w:r>
      <w:r w:rsidR="005C1978">
        <w:rPr>
          <w:lang w:val="ru-RU"/>
        </w:rPr>
        <w:t>мнимость</w:t>
      </w:r>
      <w:r w:rsidR="002B41BF" w:rsidRPr="00DA0238">
        <w:rPr>
          <w:lang w:val="ru-RU"/>
        </w:rPr>
        <w:t xml:space="preserve"> этого самого Бога, который теперь обладает истинным знанием [</w:t>
      </w:r>
      <w:proofErr w:type="spellStart"/>
      <w:r w:rsidR="002B41BF" w:rsidRPr="00DA0238">
        <w:rPr>
          <w:rStyle w:val="TextTranslationItalic"/>
          <w:lang w:val="ru-RU"/>
        </w:rPr>
        <w:t>видьей</w:t>
      </w:r>
      <w:proofErr w:type="spellEnd"/>
      <w:r w:rsidR="002B41BF" w:rsidRPr="00DA0238">
        <w:rPr>
          <w:lang w:val="ru-RU"/>
        </w:rPr>
        <w:t>]. Чтобы увидеть вздорность этих идей</w:t>
      </w:r>
      <w:r w:rsidRPr="00DA0238">
        <w:rPr>
          <w:lang w:val="ru-RU"/>
        </w:rPr>
        <w:t>,</w:t>
      </w:r>
      <w:r w:rsidR="002B41BF" w:rsidRPr="00DA0238">
        <w:rPr>
          <w:lang w:val="ru-RU"/>
        </w:rPr>
        <w:t xml:space="preserve"> не нужно быть</w:t>
      </w:r>
      <w:r w:rsidR="00351823">
        <w:rPr>
          <w:lang w:val="ru-RU"/>
        </w:rPr>
        <w:t xml:space="preserve"> человеком </w:t>
      </w:r>
      <w:proofErr w:type="spellStart"/>
      <w:r w:rsidR="00351823">
        <w:rPr>
          <w:lang w:val="ru-RU"/>
        </w:rPr>
        <w:t>сверхпрозорливым</w:t>
      </w:r>
      <w:proofErr w:type="spellEnd"/>
      <w:r w:rsidR="002B41BF" w:rsidRPr="00DA0238">
        <w:rPr>
          <w:lang w:val="ru-RU"/>
        </w:rPr>
        <w:t>.</w:t>
      </w:r>
    </w:p>
    <w:p w14:paraId="65EF017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D18BF9A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41</w:t>
      </w:r>
      <w:r w:rsidR="006E470D">
        <w:rPr>
          <w:b/>
          <w:lang w:val="ru-RU"/>
        </w:rPr>
        <w:t>.</w:t>
      </w:r>
    </w:p>
    <w:p w14:paraId="597B2A5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514630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Если бы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</w:t>
      </w:r>
      <w:r w:rsidR="009135A0">
        <w:rPr>
          <w:rStyle w:val="TextTranslationItalic"/>
          <w:lang w:val="ru-RU"/>
        </w:rPr>
        <w:t>м</w:t>
      </w:r>
      <w:proofErr w:type="spellEnd"/>
      <w:r w:rsidRPr="00DA0238">
        <w:rPr>
          <w:lang w:val="ru-RU"/>
        </w:rPr>
        <w:t xml:space="preserve"> провозглашала своей доктриной единство Всеобщего Духа и души, </w:t>
      </w: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объявил бы, что Вьясе в его откровении явилось</w:t>
      </w:r>
      <w:r w:rsidR="009135A0">
        <w:rPr>
          <w:lang w:val="ru-RU"/>
        </w:rPr>
        <w:t xml:space="preserve"> то</w:t>
      </w:r>
      <w:r w:rsidRPr="00DA0238">
        <w:rPr>
          <w:lang w:val="ru-RU"/>
        </w:rPr>
        <w:t xml:space="preserve">, как Всеединое делится на множество </w:t>
      </w:r>
      <w:r w:rsidR="00940BC5" w:rsidRPr="00DA0238">
        <w:rPr>
          <w:lang w:val="ru-RU"/>
        </w:rPr>
        <w:t>вследствие</w:t>
      </w:r>
      <w:r w:rsidRPr="00DA0238">
        <w:rPr>
          <w:lang w:val="ru-RU"/>
        </w:rPr>
        <w:t xml:space="preserve"> невежества и что знание рассеивает страдания, вызванные двойственностью. Если бы игры и качества Всевышнего [</w:t>
      </w:r>
      <w:r w:rsidRPr="00DA0238">
        <w:rPr>
          <w:i/>
          <w:lang w:val="ru-RU"/>
        </w:rPr>
        <w:t>Бхагавана</w:t>
      </w:r>
      <w:r w:rsidRPr="00DA0238">
        <w:rPr>
          <w:lang w:val="ru-RU"/>
        </w:rPr>
        <w:t>] были вымышленными, то внутренний опыт Шуки был бы бессодержателен.</w:t>
      </w:r>
    </w:p>
    <w:p w14:paraId="5A282DC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2711F82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42</w:t>
      </w:r>
      <w:r w:rsidR="005C1978">
        <w:rPr>
          <w:b/>
          <w:lang w:val="ru-RU"/>
        </w:rPr>
        <w:t>.</w:t>
      </w:r>
    </w:p>
    <w:p w14:paraId="58D28D8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08B4816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Там</w:t>
      </w:r>
      <w:r w:rsidR="00854715" w:rsidRPr="00DA0238">
        <w:rPr>
          <w:lang w:val="ru-RU"/>
        </w:rPr>
        <w:t>,</w:t>
      </w:r>
      <w:r w:rsidRPr="00DA0238">
        <w:rPr>
          <w:lang w:val="ru-RU"/>
        </w:rPr>
        <w:t xml:space="preserve"> где Писание высказывается в пользу доктрин ограничения [</w:t>
      </w:r>
      <w:proofErr w:type="spellStart"/>
      <w:r w:rsidRPr="00DA0238">
        <w:rPr>
          <w:rStyle w:val="TextTranslationItalic"/>
          <w:lang w:val="ru-RU"/>
        </w:rPr>
        <w:t>париччхеда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вада</w:t>
      </w:r>
      <w:proofErr w:type="spellEnd"/>
      <w:r w:rsidRPr="00DA0238">
        <w:rPr>
          <w:lang w:val="ru-RU"/>
        </w:rPr>
        <w:t>] Единого [</w:t>
      </w:r>
      <w:r w:rsidR="00187405" w:rsidRPr="00DA0238">
        <w:rPr>
          <w:lang w:val="ru-RU"/>
        </w:rPr>
        <w:t>Брахман</w:t>
      </w:r>
      <w:r w:rsidRPr="00DA0238">
        <w:rPr>
          <w:lang w:val="ru-RU"/>
        </w:rPr>
        <w:t>а] и отражения [</w:t>
      </w:r>
      <w:proofErr w:type="spellStart"/>
      <w:r w:rsidRPr="00DA0238">
        <w:rPr>
          <w:rStyle w:val="TextTranslationItalic"/>
          <w:lang w:val="ru-RU"/>
        </w:rPr>
        <w:t>пратибимба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вада</w:t>
      </w:r>
      <w:proofErr w:type="spellEnd"/>
      <w:r w:rsidRPr="00DA0238">
        <w:rPr>
          <w:lang w:val="ru-RU"/>
        </w:rPr>
        <w:t>] малым, это следует понимать не в прямом, но в сопроводительном, переносном смысле</w:t>
      </w:r>
      <w:r w:rsidR="00854715" w:rsidRPr="00DA0238">
        <w:rPr>
          <w:lang w:val="ru-RU"/>
        </w:rPr>
        <w:t>,</w:t>
      </w:r>
      <w:r w:rsidRPr="00DA0238">
        <w:rPr>
          <w:lang w:val="ru-RU"/>
        </w:rPr>
        <w:t xml:space="preserve"> а именно: соотношение Высшей Сущности с проявленным миром явления, разделения и отражения. В этом свете нужно воспринимать слова Священного Писания о том, что Единое делится малым и отражается малым. Так </w:t>
      </w:r>
      <w:r w:rsidRPr="00DA0238">
        <w:rPr>
          <w:rStyle w:val="TextTranslationItalic"/>
          <w:lang w:val="ru-RU"/>
        </w:rPr>
        <w:t>Веданта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 xml:space="preserve">сутра </w:t>
      </w:r>
      <w:r w:rsidRPr="00DA0238">
        <w:rPr>
          <w:lang w:val="ru-RU"/>
        </w:rPr>
        <w:t>гласит:</w:t>
      </w:r>
    </w:p>
    <w:p w14:paraId="1A592CA4" w14:textId="77777777" w:rsidR="00BA1578" w:rsidRDefault="00BA1578" w:rsidP="00BA1578">
      <w:pPr>
        <w:ind w:firstLine="180"/>
        <w:rPr>
          <w:b/>
          <w:lang w:val="ru-RU"/>
        </w:rPr>
      </w:pPr>
    </w:p>
    <w:p w14:paraId="6A124F57" w14:textId="77777777" w:rsidR="00BA1578" w:rsidRPr="00BA1578" w:rsidRDefault="00BA1578" w:rsidP="00BA1578">
      <w:pPr>
        <w:ind w:firstLine="180"/>
        <w:rPr>
          <w:b/>
          <w:i/>
          <w:lang w:val="ru-RU"/>
        </w:rPr>
      </w:pPr>
      <w:proofErr w:type="spellStart"/>
      <w:r w:rsidRPr="00BA1578">
        <w:rPr>
          <w:b/>
          <w:i/>
          <w:lang w:val="ru-RU"/>
        </w:rPr>
        <w:t>амбувадаграханат</w:t>
      </w:r>
      <w:proofErr w:type="spellEnd"/>
      <w:r w:rsidRPr="00BA1578">
        <w:rPr>
          <w:b/>
          <w:i/>
          <w:lang w:val="ru-RU"/>
        </w:rPr>
        <w:t xml:space="preserve"> ту на </w:t>
      </w:r>
      <w:proofErr w:type="spellStart"/>
      <w:r w:rsidRPr="00BA1578">
        <w:rPr>
          <w:b/>
          <w:i/>
          <w:lang w:val="ru-RU"/>
        </w:rPr>
        <w:t>татхатвам</w:t>
      </w:r>
      <w:proofErr w:type="spellEnd"/>
    </w:p>
    <w:p w14:paraId="5B7AAC8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C3A5EF0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"Вода в пруду разделяет поверхность земли на дно под водой и сушу. Так вода уменьшает поверхность. Но Всеединый Дух [</w:t>
      </w:r>
      <w:r w:rsidR="00187405" w:rsidRPr="00DA0238">
        <w:rPr>
          <w:lang w:val="ru-RU"/>
        </w:rPr>
        <w:t>Брахман</w:t>
      </w:r>
      <w:r w:rsidRPr="00DA0238">
        <w:rPr>
          <w:lang w:val="ru-RU"/>
        </w:rPr>
        <w:t>] нельзя уменьшить таким образом до размеров его частицы [</w:t>
      </w:r>
      <w:r w:rsidRPr="00DA0238">
        <w:rPr>
          <w:rStyle w:val="TextTranslationItalic"/>
          <w:lang w:val="ru-RU"/>
        </w:rPr>
        <w:t>дживы</w:t>
      </w:r>
      <w:r w:rsidRPr="00DA0238">
        <w:rPr>
          <w:lang w:val="ru-RU"/>
        </w:rPr>
        <w:t>]" (</w:t>
      </w:r>
      <w:r w:rsidRPr="00DA0238">
        <w:rPr>
          <w:rStyle w:val="TextTranslationItalic"/>
          <w:lang w:val="ru-RU"/>
        </w:rPr>
        <w:t>Веданта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сутра</w:t>
      </w:r>
      <w:r w:rsidRPr="00DA0238">
        <w:rPr>
          <w:lang w:val="ru-RU"/>
        </w:rPr>
        <w:t xml:space="preserve"> 3.2.19).</w:t>
      </w:r>
    </w:p>
    <w:p w14:paraId="3658DC21" w14:textId="77777777" w:rsidR="00BA1578" w:rsidRPr="00DA0238" w:rsidRDefault="00BA1578" w:rsidP="004E41B6">
      <w:pPr>
        <w:pStyle w:val="TextTranslation"/>
        <w:ind w:firstLine="180"/>
        <w:rPr>
          <w:lang w:val="ru-RU"/>
        </w:rPr>
      </w:pPr>
    </w:p>
    <w:p w14:paraId="0A01A7A5" w14:textId="77777777" w:rsidR="00BA1578" w:rsidRPr="00BA1578" w:rsidRDefault="00BA1578" w:rsidP="00BA1578">
      <w:pPr>
        <w:ind w:firstLine="180"/>
        <w:rPr>
          <w:b/>
          <w:i/>
          <w:lang w:val="ru-RU"/>
        </w:rPr>
      </w:pPr>
      <w:proofErr w:type="spellStart"/>
      <w:r w:rsidRPr="00BA1578">
        <w:rPr>
          <w:b/>
          <w:i/>
          <w:lang w:val="ru-RU"/>
        </w:rPr>
        <w:t>вриддхихраса-бхактвам</w:t>
      </w:r>
      <w:proofErr w:type="spellEnd"/>
      <w:r w:rsidRPr="00BA1578">
        <w:rPr>
          <w:b/>
          <w:i/>
          <w:lang w:val="ru-RU"/>
        </w:rPr>
        <w:t xml:space="preserve"> </w:t>
      </w:r>
      <w:proofErr w:type="spellStart"/>
      <w:r w:rsidRPr="00BA1578">
        <w:rPr>
          <w:b/>
          <w:i/>
          <w:lang w:val="ru-RU"/>
        </w:rPr>
        <w:t>антарбхавад</w:t>
      </w:r>
      <w:proofErr w:type="spellEnd"/>
      <w:r w:rsidRPr="00BA1578">
        <w:rPr>
          <w:b/>
          <w:i/>
          <w:lang w:val="ru-RU"/>
        </w:rPr>
        <w:t xml:space="preserve"> </w:t>
      </w:r>
      <w:proofErr w:type="spellStart"/>
      <w:r w:rsidRPr="00BA1578">
        <w:rPr>
          <w:b/>
          <w:i/>
          <w:lang w:val="ru-RU"/>
        </w:rPr>
        <w:t>убха</w:t>
      </w:r>
      <w:r>
        <w:rPr>
          <w:b/>
          <w:i/>
          <w:lang w:val="ru-RU"/>
        </w:rPr>
        <w:t>йа</w:t>
      </w:r>
      <w:r w:rsidRPr="00BA1578">
        <w:rPr>
          <w:b/>
          <w:i/>
          <w:lang w:val="ru-RU"/>
        </w:rPr>
        <w:t>-саманджасьяд</w:t>
      </w:r>
      <w:proofErr w:type="spellEnd"/>
      <w:r w:rsidRPr="00BA1578">
        <w:rPr>
          <w:b/>
          <w:i/>
          <w:lang w:val="ru-RU"/>
        </w:rPr>
        <w:t xml:space="preserve"> </w:t>
      </w:r>
      <w:proofErr w:type="spellStart"/>
      <w:r w:rsidRPr="00BA1578">
        <w:rPr>
          <w:b/>
          <w:i/>
          <w:lang w:val="ru-RU"/>
        </w:rPr>
        <w:t>эвам</w:t>
      </w:r>
      <w:proofErr w:type="spellEnd"/>
      <w:r w:rsidRPr="00BA1578">
        <w:rPr>
          <w:b/>
          <w:i/>
          <w:lang w:val="ru-RU"/>
        </w:rPr>
        <w:t xml:space="preserve"> </w:t>
      </w:r>
      <w:proofErr w:type="spellStart"/>
      <w:r w:rsidRPr="00BA1578">
        <w:rPr>
          <w:b/>
          <w:i/>
          <w:lang w:val="ru-RU"/>
        </w:rPr>
        <w:t>даршанач</w:t>
      </w:r>
      <w:proofErr w:type="spellEnd"/>
      <w:r w:rsidRPr="00BA1578">
        <w:rPr>
          <w:b/>
          <w:i/>
          <w:lang w:val="ru-RU"/>
        </w:rPr>
        <w:t xml:space="preserve"> </w:t>
      </w:r>
      <w:proofErr w:type="spellStart"/>
      <w:r w:rsidRPr="00BA1578">
        <w:rPr>
          <w:b/>
          <w:i/>
          <w:lang w:val="ru-RU"/>
        </w:rPr>
        <w:t>ча</w:t>
      </w:r>
      <w:proofErr w:type="spellEnd"/>
    </w:p>
    <w:p w14:paraId="7C892D9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5A80DF2" w14:textId="77777777" w:rsidR="00BA157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"Все же сравнение уменьшения земли водою с уменьшением Единого до частицы уместно. </w:t>
      </w:r>
      <w:r w:rsidR="00187405" w:rsidRPr="00DA0238">
        <w:rPr>
          <w:lang w:val="ru-RU"/>
        </w:rPr>
        <w:t>Брахман</w:t>
      </w:r>
      <w:r w:rsidRPr="00DA0238">
        <w:rPr>
          <w:lang w:val="ru-RU"/>
        </w:rPr>
        <w:t xml:space="preserve"> действительно усекается до малой частицы, но не в прямом, а в переносном смысле" (</w:t>
      </w:r>
      <w:r w:rsidRPr="00DA0238">
        <w:rPr>
          <w:rStyle w:val="TextTranslationItalic"/>
          <w:lang w:val="ru-RU"/>
        </w:rPr>
        <w:t>Веданта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сутра</w:t>
      </w:r>
      <w:r w:rsidRPr="00DA0238">
        <w:rPr>
          <w:lang w:val="ru-RU"/>
        </w:rPr>
        <w:t xml:space="preserve"> 3.2.20). </w:t>
      </w:r>
    </w:p>
    <w:p w14:paraId="0B2BC706" w14:textId="77777777" w:rsidR="00BA1578" w:rsidRPr="00E867C8" w:rsidRDefault="00BA1578" w:rsidP="004E41B6">
      <w:pPr>
        <w:pStyle w:val="TextTranslation"/>
        <w:ind w:firstLine="180"/>
        <w:rPr>
          <w:lang w:val="ru-RU"/>
        </w:rPr>
      </w:pPr>
    </w:p>
    <w:p w14:paraId="297ED6F2" w14:textId="77777777" w:rsidR="003B67ED" w:rsidRPr="00E867C8" w:rsidRDefault="002B41BF" w:rsidP="004E41B6">
      <w:pPr>
        <w:pStyle w:val="TextTranslation"/>
        <w:ind w:firstLine="180"/>
        <w:rPr>
          <w:lang w:val="ru-RU"/>
        </w:rPr>
      </w:pPr>
      <w:r w:rsidRPr="00E867C8">
        <w:rPr>
          <w:lang w:val="ru-RU"/>
        </w:rPr>
        <w:t>(1) состояние частицы не затрагивает целое, (2) частица зависит от целого и (3) целое присутствует в частице.</w:t>
      </w:r>
    </w:p>
    <w:p w14:paraId="0208CA60" w14:textId="77777777" w:rsidR="003B67ED" w:rsidRPr="00E867C8" w:rsidRDefault="003B67ED" w:rsidP="004E41B6">
      <w:pPr>
        <w:ind w:firstLine="180"/>
        <w:rPr>
          <w:b/>
          <w:lang w:val="ru-RU"/>
        </w:rPr>
      </w:pPr>
    </w:p>
    <w:p w14:paraId="26486AC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Итак, каноны </w:t>
      </w:r>
      <w:r w:rsidRPr="00DA0238">
        <w:rPr>
          <w:rStyle w:val="TextTranslationItalic"/>
          <w:lang w:val="ru-RU"/>
        </w:rPr>
        <w:t>Веданта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сутры</w:t>
      </w:r>
      <w:r w:rsidRPr="00DA0238">
        <w:rPr>
          <w:lang w:val="ru-RU"/>
        </w:rPr>
        <w:t xml:space="preserve"> соблюдены: в первом стихе приводится возражение [</w:t>
      </w:r>
      <w:proofErr w:type="spellStart"/>
      <w:r w:rsidRPr="00DA0238">
        <w:rPr>
          <w:rStyle w:val="TextTranslationItalic"/>
          <w:lang w:val="ru-RU"/>
        </w:rPr>
        <w:t>пурва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пакша</w:t>
      </w:r>
      <w:proofErr w:type="spellEnd"/>
      <w:r w:rsidRPr="00DA0238">
        <w:rPr>
          <w:lang w:val="ru-RU"/>
        </w:rPr>
        <w:t>], во втором – ответ на возражение [</w:t>
      </w:r>
      <w:proofErr w:type="spellStart"/>
      <w:r w:rsidRPr="00DA0238">
        <w:rPr>
          <w:rStyle w:val="TextTranslationItalic"/>
          <w:lang w:val="ru-RU"/>
        </w:rPr>
        <w:t>сиддханта</w:t>
      </w:r>
      <w:proofErr w:type="spellEnd"/>
      <w:r w:rsidRPr="00DA0238">
        <w:rPr>
          <w:lang w:val="ru-RU"/>
        </w:rPr>
        <w:t>].</w:t>
      </w:r>
    </w:p>
    <w:p w14:paraId="43359DC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AF2B654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43</w:t>
      </w:r>
      <w:r w:rsidR="005C1978">
        <w:rPr>
          <w:b/>
          <w:lang w:val="ru-RU"/>
        </w:rPr>
        <w:t>.</w:t>
      </w:r>
    </w:p>
    <w:p w14:paraId="4C49A8F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0E37CD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Далее, утверждения </w:t>
      </w:r>
      <w:r w:rsidR="00BA1578" w:rsidRPr="00BA1578">
        <w:rPr>
          <w:i/>
          <w:lang w:val="ru-RU"/>
        </w:rPr>
        <w:t>Веданты</w:t>
      </w:r>
      <w:r w:rsidRPr="00DA0238">
        <w:rPr>
          <w:lang w:val="ru-RU"/>
        </w:rPr>
        <w:t xml:space="preserve"> о том, что нет различия между душой [</w:t>
      </w:r>
      <w:r w:rsidRPr="00DA0238">
        <w:rPr>
          <w:rStyle w:val="TextTranslationItalic"/>
          <w:lang w:val="ru-RU"/>
        </w:rPr>
        <w:t>дживой</w:t>
      </w:r>
      <w:r w:rsidRPr="00DA0238">
        <w:rPr>
          <w:lang w:val="ru-RU"/>
        </w:rPr>
        <w:t>] и Всеобщим Духом [</w:t>
      </w:r>
      <w:r w:rsidR="00187405" w:rsidRPr="0047252D">
        <w:rPr>
          <w:i/>
          <w:lang w:val="ru-RU"/>
        </w:rPr>
        <w:t>Брахман</w:t>
      </w:r>
      <w:r w:rsidRPr="0047252D">
        <w:rPr>
          <w:i/>
          <w:lang w:val="ru-RU"/>
        </w:rPr>
        <w:t>ом</w:t>
      </w:r>
      <w:r w:rsidRPr="00DA0238">
        <w:rPr>
          <w:lang w:val="ru-RU"/>
        </w:rPr>
        <w:t xml:space="preserve">] следует воспринимать в контексте откровений самого автора, </w:t>
      </w:r>
      <w:proofErr w:type="spellStart"/>
      <w:r w:rsidRPr="00DA0238">
        <w:rPr>
          <w:lang w:val="ru-RU"/>
        </w:rPr>
        <w:t>Вьясы</w:t>
      </w:r>
      <w:proofErr w:type="spellEnd"/>
      <w:r w:rsidRPr="00DA0238">
        <w:rPr>
          <w:lang w:val="ru-RU"/>
        </w:rPr>
        <w:t>. Делясь своим откровением, он сам объясн</w:t>
      </w:r>
      <w:r w:rsidR="00F4225C" w:rsidRPr="00DA0238">
        <w:rPr>
          <w:lang w:val="ru-RU"/>
        </w:rPr>
        <w:t>яет смысл написанного им прежде,</w:t>
      </w:r>
      <w:r w:rsidRPr="00DA0238">
        <w:rPr>
          <w:lang w:val="ru-RU"/>
        </w:rPr>
        <w:t xml:space="preserve"> </w:t>
      </w:r>
      <w:r w:rsidR="00F4225C" w:rsidRPr="00DA0238">
        <w:rPr>
          <w:lang w:val="ru-RU"/>
        </w:rPr>
        <w:t xml:space="preserve">сам </w:t>
      </w:r>
      <w:r w:rsidRPr="00DA0238">
        <w:rPr>
          <w:lang w:val="ru-RU"/>
        </w:rPr>
        <w:t xml:space="preserve">снимает противоречия доктрины </w:t>
      </w:r>
      <w:proofErr w:type="spellStart"/>
      <w:r w:rsidRPr="00DA0238">
        <w:rPr>
          <w:lang w:val="ru-RU"/>
        </w:rPr>
        <w:t>неотличия</w:t>
      </w:r>
      <w:proofErr w:type="spellEnd"/>
      <w:r w:rsidRPr="00DA0238">
        <w:rPr>
          <w:lang w:val="ru-RU"/>
        </w:rPr>
        <w:t xml:space="preserve"> души от Всеобщего Духа: душа едина с Целым [</w:t>
      </w:r>
      <w:r w:rsidR="00187405" w:rsidRPr="00E32574">
        <w:rPr>
          <w:i/>
          <w:lang w:val="ru-RU"/>
        </w:rPr>
        <w:t>Брахман</w:t>
      </w:r>
      <w:r w:rsidRPr="00E32574">
        <w:rPr>
          <w:i/>
          <w:lang w:val="ru-RU"/>
        </w:rPr>
        <w:t>ом</w:t>
      </w:r>
      <w:r w:rsidRPr="00DA0238">
        <w:rPr>
          <w:lang w:val="ru-RU"/>
        </w:rPr>
        <w:t>] в том смысле, что она невещественна</w:t>
      </w:r>
      <w:r w:rsidR="00F4225C" w:rsidRPr="00DA0238">
        <w:rPr>
          <w:lang w:val="ru-RU"/>
        </w:rPr>
        <w:t>,</w:t>
      </w:r>
      <w:r w:rsidRPr="00DA0238">
        <w:rPr>
          <w:lang w:val="ru-RU"/>
        </w:rPr>
        <w:t xml:space="preserve"> как и </w:t>
      </w:r>
      <w:r w:rsidR="00F4225C" w:rsidRPr="00DA0238">
        <w:rPr>
          <w:lang w:val="ru-RU"/>
        </w:rPr>
        <w:t xml:space="preserve">он, </w:t>
      </w:r>
      <w:r w:rsidRPr="00DA0238">
        <w:rPr>
          <w:lang w:val="ru-RU"/>
        </w:rPr>
        <w:t xml:space="preserve">как и </w:t>
      </w:r>
      <w:r w:rsidR="00F4225C" w:rsidRPr="00DA0238">
        <w:rPr>
          <w:lang w:val="ru-RU"/>
        </w:rPr>
        <w:t xml:space="preserve">он </w:t>
      </w:r>
      <w:r w:rsidRPr="00DA0238">
        <w:rPr>
          <w:lang w:val="ru-RU"/>
        </w:rPr>
        <w:t>пребудет вне п</w:t>
      </w:r>
      <w:r w:rsidR="00F4225C" w:rsidRPr="00DA0238">
        <w:rPr>
          <w:lang w:val="ru-RU"/>
        </w:rPr>
        <w:t>ространства и времени</w:t>
      </w:r>
      <w:r w:rsidR="00BA1578">
        <w:rPr>
          <w:lang w:val="ru-RU"/>
        </w:rPr>
        <w:t>, то есть она не про</w:t>
      </w:r>
      <w:r w:rsidR="009B2FA5">
        <w:rPr>
          <w:lang w:val="ru-RU"/>
        </w:rPr>
        <w:t>т</w:t>
      </w:r>
      <w:r w:rsidR="00BA1578">
        <w:rPr>
          <w:lang w:val="ru-RU"/>
        </w:rPr>
        <w:t xml:space="preserve">яженна. </w:t>
      </w:r>
      <w:r w:rsidR="00F4225C" w:rsidRPr="00DA0238">
        <w:rPr>
          <w:lang w:val="ru-RU"/>
        </w:rPr>
        <w:t>При этом</w:t>
      </w:r>
      <w:r w:rsidRPr="00DA0238">
        <w:rPr>
          <w:lang w:val="ru-RU"/>
        </w:rPr>
        <w:t xml:space="preserve"> силою </w:t>
      </w:r>
      <w:r w:rsidR="00187405" w:rsidRPr="00DA0238">
        <w:rPr>
          <w:lang w:val="ru-RU"/>
        </w:rPr>
        <w:t>Брахман</w:t>
      </w:r>
      <w:r w:rsidRPr="00DA0238">
        <w:rPr>
          <w:lang w:val="ru-RU"/>
        </w:rPr>
        <w:t xml:space="preserve">а, способной невозможное сделать возможным, </w:t>
      </w:r>
      <w:r w:rsidRPr="00DA0238">
        <w:rPr>
          <w:lang w:val="ru-RU"/>
        </w:rPr>
        <w:lastRenderedPageBreak/>
        <w:t>душа отлична от него, будучи его частицей. Единое Цело</w:t>
      </w:r>
      <w:r w:rsidR="00F4225C" w:rsidRPr="00DA0238">
        <w:rPr>
          <w:lang w:val="ru-RU"/>
        </w:rPr>
        <w:t>е не</w:t>
      </w:r>
      <w:r w:rsidRPr="00DA0238">
        <w:rPr>
          <w:lang w:val="ru-RU"/>
        </w:rPr>
        <w:t>отлично от своей части, но часть отлична от Целого, подобно лучу в солнечном свете.</w:t>
      </w:r>
    </w:p>
    <w:p w14:paraId="7238588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6A8535B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44</w:t>
      </w:r>
      <w:r w:rsidR="005C1978">
        <w:rPr>
          <w:b/>
          <w:lang w:val="ru-RU"/>
        </w:rPr>
        <w:t>.</w:t>
      </w:r>
    </w:p>
    <w:p w14:paraId="3292CC0F" w14:textId="77777777" w:rsidR="003B67ED" w:rsidRPr="00E867C8" w:rsidRDefault="003B67ED" w:rsidP="004E41B6">
      <w:pPr>
        <w:ind w:firstLine="180"/>
        <w:rPr>
          <w:b/>
          <w:lang w:val="ru-RU"/>
        </w:rPr>
      </w:pPr>
    </w:p>
    <w:p w14:paraId="44AB3AFC" w14:textId="77777777" w:rsidR="0047252D" w:rsidRPr="00E867C8" w:rsidRDefault="002B41BF" w:rsidP="0047252D">
      <w:pPr>
        <w:pStyle w:val="TextTranslation"/>
        <w:outlineLvl w:val="0"/>
        <w:rPr>
          <w:lang w:val="ru-RU"/>
        </w:rPr>
      </w:pPr>
      <w:r w:rsidRPr="00E867C8">
        <w:rPr>
          <w:lang w:val="ru-RU"/>
        </w:rPr>
        <w:t xml:space="preserve">Поскольку Высшее Существо и малая Его частица [душа] различны меж собой по сути — Всевышний — основа </w:t>
      </w:r>
      <w:r w:rsidR="00E867C8" w:rsidRPr="00E867C8">
        <w:rPr>
          <w:lang w:val="ru-RU"/>
        </w:rPr>
        <w:t>наваждения и порождает оное</w:t>
      </w:r>
      <w:r w:rsidRPr="00E867C8">
        <w:rPr>
          <w:lang w:val="ru-RU"/>
        </w:rPr>
        <w:t>, а душа оказывается в</w:t>
      </w:r>
      <w:r w:rsidR="00E32574">
        <w:rPr>
          <w:lang w:val="ru-RU"/>
        </w:rPr>
        <w:t>о</w:t>
      </w:r>
      <w:r w:rsidRPr="00E867C8">
        <w:rPr>
          <w:lang w:val="ru-RU"/>
        </w:rPr>
        <w:t xml:space="preserve"> власти</w:t>
      </w:r>
      <w:r w:rsidR="00E867C8" w:rsidRPr="00E867C8">
        <w:rPr>
          <w:lang w:val="ru-RU"/>
        </w:rPr>
        <w:t xml:space="preserve"> обмана</w:t>
      </w:r>
      <w:r w:rsidRPr="00E867C8">
        <w:rPr>
          <w:lang w:val="ru-RU"/>
        </w:rPr>
        <w:t xml:space="preserve">, — мы заключаем, что для свободы от наваждения необходимо обратиться к Высшему и предаться Ему. Это прямо подтверждается в Писаниях, в частности, в </w:t>
      </w:r>
      <w:proofErr w:type="spellStart"/>
      <w:proofErr w:type="gramStart"/>
      <w:r w:rsidRPr="00E867C8">
        <w:rPr>
          <w:rStyle w:val="TextTranslationItalic"/>
          <w:lang w:val="ru-RU"/>
        </w:rPr>
        <w:t>Бхагавад</w:t>
      </w:r>
      <w:proofErr w:type="spellEnd"/>
      <w:r w:rsidRPr="00E867C8">
        <w:rPr>
          <w:lang w:val="ru-RU"/>
        </w:rPr>
        <w:t>-</w:t>
      </w:r>
      <w:r w:rsidRPr="00E867C8">
        <w:rPr>
          <w:rStyle w:val="TextTranslationItalic"/>
          <w:lang w:val="ru-RU"/>
        </w:rPr>
        <w:t>гите</w:t>
      </w:r>
      <w:proofErr w:type="gramEnd"/>
      <w:r w:rsidRPr="00E867C8">
        <w:rPr>
          <w:lang w:val="ru-RU"/>
        </w:rPr>
        <w:t xml:space="preserve"> (7.14): "Мою </w:t>
      </w:r>
      <w:proofErr w:type="spellStart"/>
      <w:r w:rsidRPr="00E867C8">
        <w:rPr>
          <w:lang w:val="ru-RU"/>
        </w:rPr>
        <w:t>трёхликую</w:t>
      </w:r>
      <w:proofErr w:type="spellEnd"/>
      <w:r w:rsidRPr="00E867C8">
        <w:rPr>
          <w:lang w:val="ru-RU"/>
        </w:rPr>
        <w:t xml:space="preserve"> чарующую силу вряд ли можно одолеть. Лишь кто всецело предается Мне, из-под ее </w:t>
      </w:r>
      <w:r w:rsidR="00E867C8" w:rsidRPr="00E867C8">
        <w:rPr>
          <w:lang w:val="ru-RU"/>
        </w:rPr>
        <w:t xml:space="preserve">выходит </w:t>
      </w:r>
      <w:r w:rsidRPr="00E867C8">
        <w:rPr>
          <w:lang w:val="ru-RU"/>
        </w:rPr>
        <w:t>власти".</w:t>
      </w:r>
    </w:p>
    <w:p w14:paraId="78029FB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7B675AB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45</w:t>
      </w:r>
      <w:r w:rsidR="005C1978">
        <w:rPr>
          <w:b/>
          <w:lang w:val="ru-RU"/>
        </w:rPr>
        <w:t>.</w:t>
      </w:r>
    </w:p>
    <w:p w14:paraId="4DCCE58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88E660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Отсюда следует, что Всевышний – наиболее подходящий Предмет любви. Он указует высшее благо, Он утешает </w:t>
      </w:r>
      <w:r w:rsidR="0047252D">
        <w:rPr>
          <w:lang w:val="ru-RU"/>
        </w:rPr>
        <w:t xml:space="preserve">от </w:t>
      </w:r>
      <w:r w:rsidRPr="00DA0238">
        <w:rPr>
          <w:lang w:val="ru-RU"/>
        </w:rPr>
        <w:t>печали, Он – самая Суть, наша Душа, Солнце для лучей, Он чуд</w:t>
      </w:r>
      <w:r w:rsidR="0047252D">
        <w:rPr>
          <w:lang w:val="ru-RU"/>
        </w:rPr>
        <w:t>есен</w:t>
      </w:r>
      <w:r w:rsidRPr="00DA0238">
        <w:rPr>
          <w:lang w:val="ru-RU"/>
        </w:rPr>
        <w:t>. Он</w:t>
      </w:r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>цель [</w:t>
      </w:r>
      <w:proofErr w:type="spellStart"/>
      <w:r w:rsidRPr="00DA0238">
        <w:rPr>
          <w:rStyle w:val="TextTranslationItalic"/>
          <w:lang w:val="ru-RU"/>
        </w:rPr>
        <w:t>прайоджана</w:t>
      </w:r>
      <w:proofErr w:type="spellEnd"/>
      <w:r w:rsidRPr="00DA0238">
        <w:rPr>
          <w:lang w:val="ru-RU"/>
        </w:rPr>
        <w:t>] всех устремлений и усилий</w:t>
      </w:r>
      <w:r w:rsidRPr="00DA0238">
        <w:rPr>
          <w:rStyle w:val="TextTranslationItalic"/>
          <w:lang w:val="ru-RU"/>
        </w:rPr>
        <w:t>.</w:t>
      </w:r>
    </w:p>
    <w:p w14:paraId="19ECE94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0BEB86A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46</w:t>
      </w:r>
      <w:r w:rsidR="005C1978">
        <w:rPr>
          <w:b/>
          <w:lang w:val="ru-RU"/>
        </w:rPr>
        <w:t>.</w:t>
      </w:r>
    </w:p>
    <w:p w14:paraId="1FB5900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362338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В состоянии внутренней погруженности Шри Вьяса узрел особый путь [</w:t>
      </w:r>
      <w:proofErr w:type="spellStart"/>
      <w:r w:rsidRPr="00DA0238">
        <w:rPr>
          <w:rStyle w:val="TextTranslationItalic"/>
          <w:lang w:val="ru-RU"/>
        </w:rPr>
        <w:t>абхидейю</w:t>
      </w:r>
      <w:proofErr w:type="spellEnd"/>
      <w:r w:rsidRPr="00DA0238">
        <w:rPr>
          <w:lang w:val="ru-RU"/>
        </w:rPr>
        <w:t>] самосоз</w:t>
      </w:r>
      <w:r w:rsidR="006409EC">
        <w:rPr>
          <w:lang w:val="ru-RU"/>
        </w:rPr>
        <w:t>нания. О нем я писал выше (</w:t>
      </w:r>
      <w:r w:rsidRPr="00DA0238">
        <w:rPr>
          <w:lang w:val="ru-RU"/>
        </w:rPr>
        <w:t xml:space="preserve">44). Чтобы огласить его, Вьяса сложил повесть, названную им </w:t>
      </w:r>
      <w:proofErr w:type="spellStart"/>
      <w:r w:rsidRPr="00DA0238">
        <w:rPr>
          <w:rStyle w:val="TextTranslationItalic"/>
          <w:lang w:val="ru-RU"/>
        </w:rPr>
        <w:t>Шримад-Бхагаватам</w:t>
      </w:r>
      <w:proofErr w:type="spellEnd"/>
      <w:r w:rsidRPr="00DA0238">
        <w:rPr>
          <w:lang w:val="ru-RU"/>
        </w:rPr>
        <w:t xml:space="preserve">. Шри </w:t>
      </w: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рассказывает об этом в стихе, начинающемся со слова "</w:t>
      </w:r>
      <w:proofErr w:type="spellStart"/>
      <w:r w:rsidRPr="00DA0238">
        <w:rPr>
          <w:rStyle w:val="TextTranslationItalic"/>
          <w:lang w:val="ru-RU"/>
        </w:rPr>
        <w:t>анартха</w:t>
      </w:r>
      <w:proofErr w:type="spellEnd"/>
      <w:r w:rsidRPr="00DA0238">
        <w:rPr>
          <w:rStyle w:val="TextTranslationItalic"/>
          <w:lang w:val="ru-RU"/>
        </w:rPr>
        <w:t>-</w:t>
      </w:r>
      <w:r w:rsidRPr="00DA0238">
        <w:rPr>
          <w:lang w:val="ru-RU"/>
        </w:rPr>
        <w:t xml:space="preserve">" </w:t>
      </w:r>
      <w:r w:rsidR="00644879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rStyle w:val="TextTranslationItalic"/>
          <w:lang w:val="ru-RU"/>
        </w:rPr>
        <w:t xml:space="preserve"> </w:t>
      </w:r>
      <w:r w:rsidR="00644879">
        <w:rPr>
          <w:lang w:val="ru-RU"/>
        </w:rPr>
        <w:t>1.7.6)</w:t>
      </w:r>
      <w:r w:rsidRPr="00DA0238">
        <w:rPr>
          <w:lang w:val="ru-RU"/>
        </w:rPr>
        <w:t xml:space="preserve">. В этом стихе слово </w:t>
      </w:r>
      <w:r w:rsidRPr="00DA0238">
        <w:rPr>
          <w:rStyle w:val="TextTranslationItalic"/>
          <w:lang w:val="ru-RU"/>
        </w:rPr>
        <w:t>бхакти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йога</w:t>
      </w:r>
      <w:r w:rsidRPr="00DA0238">
        <w:rPr>
          <w:lang w:val="ru-RU"/>
        </w:rPr>
        <w:t xml:space="preserve"> [</w:t>
      </w:r>
      <w:r w:rsidR="00365366">
        <w:rPr>
          <w:lang w:val="ru-RU"/>
        </w:rPr>
        <w:t xml:space="preserve">соитие в </w:t>
      </w:r>
      <w:r w:rsidRPr="00DA0238">
        <w:rPr>
          <w:lang w:val="ru-RU"/>
        </w:rPr>
        <w:t>преданност</w:t>
      </w:r>
      <w:r w:rsidR="00365366">
        <w:rPr>
          <w:lang w:val="ru-RU"/>
        </w:rPr>
        <w:t>и</w:t>
      </w:r>
      <w:r w:rsidRPr="00DA0238">
        <w:rPr>
          <w:lang w:val="ru-RU"/>
        </w:rPr>
        <w:t xml:space="preserve">] относится к </w:t>
      </w:r>
      <w:proofErr w:type="spellStart"/>
      <w:r w:rsidRPr="00DA0238">
        <w:rPr>
          <w:rStyle w:val="TextTranslationItalic"/>
          <w:lang w:val="ru-RU"/>
        </w:rPr>
        <w:t>садхана</w:t>
      </w:r>
      <w:proofErr w:type="spellEnd"/>
      <w:r w:rsidRPr="00DA0238">
        <w:rPr>
          <w:rStyle w:val="TextTranslationItalic"/>
          <w:lang w:val="ru-RU"/>
        </w:rPr>
        <w:t xml:space="preserve">-бхакти </w:t>
      </w:r>
      <w:r w:rsidRPr="00DA0238">
        <w:rPr>
          <w:lang w:val="ru-RU"/>
        </w:rPr>
        <w:t>[упорядоченной преданности], включа</w:t>
      </w:r>
      <w:r w:rsidR="00F4225C" w:rsidRPr="00DA0238">
        <w:rPr>
          <w:lang w:val="ru-RU"/>
        </w:rPr>
        <w:t>ю</w:t>
      </w:r>
      <w:r w:rsidRPr="00DA0238">
        <w:rPr>
          <w:lang w:val="ru-RU"/>
        </w:rPr>
        <w:t>щей в себя</w:t>
      </w:r>
      <w:r w:rsidR="00365366">
        <w:rPr>
          <w:lang w:val="ru-RU"/>
        </w:rPr>
        <w:t>, например,</w:t>
      </w:r>
      <w:r w:rsidRPr="00DA0238">
        <w:rPr>
          <w:lang w:val="ru-RU"/>
        </w:rPr>
        <w:t xml:space="preserve"> слушание, пение и</w:t>
      </w:r>
      <w:r w:rsidR="00365366">
        <w:rPr>
          <w:lang w:val="ru-RU"/>
        </w:rPr>
        <w:t xml:space="preserve"> чтение молитв</w:t>
      </w:r>
      <w:r w:rsidRPr="00DA0238">
        <w:rPr>
          <w:lang w:val="ru-RU"/>
        </w:rPr>
        <w:t xml:space="preserve">, но никак не к </w:t>
      </w:r>
      <w:proofErr w:type="spellStart"/>
      <w:r w:rsidRPr="00DA0238">
        <w:rPr>
          <w:rStyle w:val="TextTranslationItalic"/>
          <w:lang w:val="ru-RU"/>
        </w:rPr>
        <w:t>према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бхакти</w:t>
      </w:r>
      <w:r w:rsidRPr="00DA0238">
        <w:rPr>
          <w:lang w:val="ru-RU"/>
        </w:rPr>
        <w:t xml:space="preserve"> [преданности любовной и самопроизвольной]. </w:t>
      </w:r>
      <w:proofErr w:type="spellStart"/>
      <w:r w:rsidRPr="00DA0238">
        <w:rPr>
          <w:rStyle w:val="TextTranslationItalic"/>
          <w:lang w:val="ru-RU"/>
        </w:rPr>
        <w:t>Садхана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бхакти</w:t>
      </w:r>
      <w:r w:rsidRPr="00DA0238">
        <w:rPr>
          <w:lang w:val="ru-RU"/>
        </w:rPr>
        <w:t xml:space="preserve"> осуществляется </w:t>
      </w:r>
      <w:r w:rsidR="00302669">
        <w:rPr>
          <w:lang w:val="ru-RU"/>
        </w:rPr>
        <w:t>по</w:t>
      </w:r>
      <w:r w:rsidR="006409EC">
        <w:rPr>
          <w:lang w:val="ru-RU"/>
        </w:rPr>
        <w:t xml:space="preserve"> </w:t>
      </w:r>
      <w:r w:rsidRPr="00DA0238">
        <w:rPr>
          <w:lang w:val="ru-RU"/>
        </w:rPr>
        <w:t xml:space="preserve">правилам, тогда как </w:t>
      </w:r>
      <w:proofErr w:type="spellStart"/>
      <w:r w:rsidRPr="00DA0238">
        <w:rPr>
          <w:rStyle w:val="TextTranslationItalic"/>
          <w:lang w:val="ru-RU"/>
        </w:rPr>
        <w:t>према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бхакти</w:t>
      </w:r>
      <w:r w:rsidRPr="00DA0238">
        <w:rPr>
          <w:lang w:val="ru-RU"/>
        </w:rPr>
        <w:t xml:space="preserve"> подчинена лишь чувственным позывам, идущим милостью Божьей из сердца.</w:t>
      </w:r>
      <w:r w:rsidR="006409EC">
        <w:rPr>
          <w:lang w:val="ru-RU"/>
        </w:rPr>
        <w:t xml:space="preserve"> </w:t>
      </w:r>
      <w:r w:rsidR="00302669">
        <w:rPr>
          <w:lang w:val="ru-RU"/>
        </w:rPr>
        <w:t xml:space="preserve">Действия зависят от правил, любовь — от милости </w:t>
      </w:r>
      <w:proofErr w:type="spellStart"/>
      <w:r w:rsidR="00302669">
        <w:rPr>
          <w:lang w:val="ru-RU"/>
        </w:rPr>
        <w:t>Божей</w:t>
      </w:r>
      <w:proofErr w:type="spellEnd"/>
      <w:r w:rsidR="00302669">
        <w:rPr>
          <w:lang w:val="ru-RU"/>
        </w:rPr>
        <w:t>.</w:t>
      </w:r>
    </w:p>
    <w:p w14:paraId="395EBE1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2AF7D95" w14:textId="77777777" w:rsidR="00644879" w:rsidRDefault="002B41BF" w:rsidP="004E41B6">
      <w:pPr>
        <w:pStyle w:val="TextTranslation"/>
        <w:ind w:firstLine="180"/>
        <w:rPr>
          <w:lang w:val="ru-RU"/>
        </w:rPr>
      </w:pPr>
      <w:proofErr w:type="spellStart"/>
      <w:r w:rsidRPr="00DA0238">
        <w:rPr>
          <w:rStyle w:val="TextTranslationItalic"/>
          <w:lang w:val="ru-RU"/>
        </w:rPr>
        <w:t>Садхана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бхакти</w:t>
      </w:r>
      <w:r w:rsidRPr="00DA0238">
        <w:rPr>
          <w:lang w:val="ru-RU"/>
        </w:rPr>
        <w:t xml:space="preserve">, будучи средством стяжания Господней милости, в итоге развивается в </w:t>
      </w:r>
      <w:r w:rsidR="007B58A0" w:rsidRPr="00DA0238">
        <w:rPr>
          <w:lang w:val="ru-RU"/>
        </w:rPr>
        <w:t xml:space="preserve">Божью </w:t>
      </w:r>
      <w:r w:rsidRPr="00DA0238">
        <w:rPr>
          <w:lang w:val="ru-RU"/>
        </w:rPr>
        <w:t xml:space="preserve">любовь. Потому сказано: </w:t>
      </w:r>
      <w:proofErr w:type="spellStart"/>
      <w:r w:rsidRPr="00DA0238">
        <w:rPr>
          <w:rStyle w:val="TextTranslationItalic"/>
          <w:lang w:val="ru-RU"/>
        </w:rPr>
        <w:t>садхана</w:t>
      </w:r>
      <w:proofErr w:type="spellEnd"/>
      <w:r w:rsidRPr="00DA0238">
        <w:rPr>
          <w:rStyle w:val="TextTranslationItalic"/>
          <w:lang w:val="ru-RU"/>
        </w:rPr>
        <w:t xml:space="preserve">-бхакти </w:t>
      </w:r>
      <w:r w:rsidRPr="00DA0238">
        <w:rPr>
          <w:lang w:val="ru-RU"/>
        </w:rPr>
        <w:t>непосредственно освобожда</w:t>
      </w:r>
      <w:r w:rsidR="007B58A0" w:rsidRPr="00DA0238">
        <w:rPr>
          <w:lang w:val="ru-RU"/>
        </w:rPr>
        <w:t>е</w:t>
      </w:r>
      <w:r w:rsidRPr="00DA0238">
        <w:rPr>
          <w:lang w:val="ru-RU"/>
        </w:rPr>
        <w:t>т душу от страданий [</w:t>
      </w:r>
      <w:proofErr w:type="spellStart"/>
      <w:r w:rsidRPr="00DA0238">
        <w:rPr>
          <w:rStyle w:val="TextTranslationItalic"/>
          <w:lang w:val="ru-RU"/>
        </w:rPr>
        <w:t>анартхопашанам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сакшад</w:t>
      </w:r>
      <w:proofErr w:type="spellEnd"/>
      <w:r w:rsidRPr="00DA0238">
        <w:rPr>
          <w:lang w:val="ru-RU"/>
        </w:rPr>
        <w:t>]</w:t>
      </w:r>
      <w:r w:rsidRPr="00DA0238">
        <w:rPr>
          <w:rStyle w:val="TextTranslationItalic"/>
          <w:lang w:val="ru-RU"/>
        </w:rPr>
        <w:t>,</w:t>
      </w:r>
      <w:r w:rsidRPr="00DA0238">
        <w:rPr>
          <w:lang w:val="ru-RU"/>
        </w:rPr>
        <w:t xml:space="preserve"> независимо от чего бы то ни было. Как гласит Всевышний</w:t>
      </w:r>
      <w:r w:rsidR="007B58A0" w:rsidRPr="00DA0238">
        <w:rPr>
          <w:lang w:val="ru-RU"/>
        </w:rPr>
        <w:t>:</w:t>
      </w:r>
      <w:r w:rsidRPr="00DA0238">
        <w:rPr>
          <w:lang w:val="ru-RU"/>
        </w:rPr>
        <w:t xml:space="preserve"> </w:t>
      </w:r>
    </w:p>
    <w:p w14:paraId="21716EF5" w14:textId="77777777" w:rsidR="00644879" w:rsidRDefault="00644879" w:rsidP="004E41B6">
      <w:pPr>
        <w:pStyle w:val="TextTranslation"/>
        <w:ind w:firstLine="180"/>
        <w:rPr>
          <w:lang w:val="ru-RU"/>
        </w:rPr>
      </w:pPr>
    </w:p>
    <w:p w14:paraId="17BA7ED5" w14:textId="77777777" w:rsidR="00644879" w:rsidRPr="00644879" w:rsidRDefault="00644879" w:rsidP="00644879">
      <w:pPr>
        <w:pStyle w:val="TextTranslation"/>
        <w:ind w:firstLine="180"/>
        <w:rPr>
          <w:i/>
          <w:lang w:val="ru-RU"/>
        </w:rPr>
      </w:pPr>
      <w:proofErr w:type="spellStart"/>
      <w:r w:rsidRPr="00644879">
        <w:rPr>
          <w:i/>
          <w:lang w:val="ru-RU"/>
        </w:rPr>
        <w:t>йат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кармабхир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йат</w:t>
      </w:r>
      <w:proofErr w:type="spellEnd"/>
      <w:r w:rsidRPr="00644879">
        <w:rPr>
          <w:i/>
          <w:lang w:val="ru-RU"/>
        </w:rPr>
        <w:t xml:space="preserve"> тапаса</w:t>
      </w:r>
    </w:p>
    <w:p w14:paraId="68A062FB" w14:textId="77777777" w:rsidR="00644879" w:rsidRPr="00644879" w:rsidRDefault="00644879" w:rsidP="00644879">
      <w:pPr>
        <w:pStyle w:val="TextTranslation"/>
        <w:ind w:firstLine="180"/>
        <w:rPr>
          <w:i/>
          <w:lang w:val="ru-RU"/>
        </w:rPr>
      </w:pPr>
      <w:proofErr w:type="spellStart"/>
      <w:r w:rsidRPr="00644879">
        <w:rPr>
          <w:i/>
          <w:lang w:val="ru-RU"/>
        </w:rPr>
        <w:t>джнана-ваирагйаташ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ча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йат</w:t>
      </w:r>
      <w:proofErr w:type="spellEnd"/>
    </w:p>
    <w:p w14:paraId="6C021A76" w14:textId="77777777" w:rsidR="00644879" w:rsidRPr="00644879" w:rsidRDefault="00644879" w:rsidP="00644879">
      <w:pPr>
        <w:pStyle w:val="TextTranslation"/>
        <w:ind w:firstLine="180"/>
        <w:rPr>
          <w:i/>
          <w:lang w:val="ru-RU"/>
        </w:rPr>
      </w:pPr>
      <w:proofErr w:type="spellStart"/>
      <w:r w:rsidRPr="00644879">
        <w:rPr>
          <w:i/>
          <w:lang w:val="ru-RU"/>
        </w:rPr>
        <w:t>йогена</w:t>
      </w:r>
      <w:proofErr w:type="spellEnd"/>
      <w:r w:rsidRPr="00644879">
        <w:rPr>
          <w:i/>
          <w:lang w:val="ru-RU"/>
        </w:rPr>
        <w:t xml:space="preserve"> дана-</w:t>
      </w:r>
      <w:proofErr w:type="spellStart"/>
      <w:r w:rsidRPr="00644879">
        <w:rPr>
          <w:i/>
          <w:lang w:val="ru-RU"/>
        </w:rPr>
        <w:t>дхармена</w:t>
      </w:r>
      <w:proofErr w:type="spellEnd"/>
    </w:p>
    <w:p w14:paraId="27BE148F" w14:textId="77777777" w:rsidR="00644879" w:rsidRPr="00644879" w:rsidRDefault="00644879" w:rsidP="00644879">
      <w:pPr>
        <w:pStyle w:val="TextTranslation"/>
        <w:ind w:firstLine="180"/>
        <w:rPr>
          <w:i/>
          <w:lang w:val="ru-RU"/>
        </w:rPr>
      </w:pPr>
      <w:proofErr w:type="spellStart"/>
      <w:r w:rsidRPr="00644879">
        <w:rPr>
          <w:i/>
          <w:lang w:val="ru-RU"/>
        </w:rPr>
        <w:t>шрейобхир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итараир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апи</w:t>
      </w:r>
      <w:proofErr w:type="spellEnd"/>
    </w:p>
    <w:p w14:paraId="422776CF" w14:textId="77777777" w:rsidR="00644879" w:rsidRPr="00644879" w:rsidRDefault="00644879" w:rsidP="00644879">
      <w:pPr>
        <w:pStyle w:val="TextTranslation"/>
        <w:ind w:firstLine="180"/>
        <w:rPr>
          <w:i/>
          <w:lang w:val="ru-RU"/>
        </w:rPr>
      </w:pPr>
    </w:p>
    <w:p w14:paraId="7F05BA43" w14:textId="77777777" w:rsidR="00644879" w:rsidRPr="00644879" w:rsidRDefault="00644879" w:rsidP="00644879">
      <w:pPr>
        <w:pStyle w:val="TextTranslation"/>
        <w:ind w:firstLine="180"/>
        <w:rPr>
          <w:i/>
          <w:lang w:val="ru-RU"/>
        </w:rPr>
      </w:pPr>
      <w:proofErr w:type="spellStart"/>
      <w:r w:rsidRPr="00644879">
        <w:rPr>
          <w:i/>
          <w:lang w:val="ru-RU"/>
        </w:rPr>
        <w:t>сарвам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мад</w:t>
      </w:r>
      <w:proofErr w:type="spellEnd"/>
      <w:r w:rsidRPr="00644879">
        <w:rPr>
          <w:i/>
          <w:lang w:val="ru-RU"/>
        </w:rPr>
        <w:t>-бхакти-</w:t>
      </w:r>
      <w:proofErr w:type="spellStart"/>
      <w:r w:rsidRPr="00644879">
        <w:rPr>
          <w:i/>
          <w:lang w:val="ru-RU"/>
        </w:rPr>
        <w:t>йогена</w:t>
      </w:r>
      <w:proofErr w:type="spellEnd"/>
    </w:p>
    <w:p w14:paraId="19C79F18" w14:textId="77777777" w:rsidR="00644879" w:rsidRPr="00644879" w:rsidRDefault="00644879" w:rsidP="00644879">
      <w:pPr>
        <w:pStyle w:val="TextTranslation"/>
        <w:ind w:firstLine="180"/>
        <w:rPr>
          <w:i/>
          <w:lang w:val="ru-RU"/>
        </w:rPr>
      </w:pPr>
      <w:proofErr w:type="spellStart"/>
      <w:r w:rsidRPr="00644879">
        <w:rPr>
          <w:i/>
          <w:lang w:val="ru-RU"/>
        </w:rPr>
        <w:t>мад-бхакто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лабхате</w:t>
      </w:r>
      <w:proofErr w:type="spellEnd"/>
      <w:r w:rsidRPr="00644879">
        <w:rPr>
          <w:i/>
          <w:lang w:val="ru-RU"/>
        </w:rPr>
        <w:t xml:space="preserve"> ’</w:t>
      </w:r>
      <w:proofErr w:type="spellStart"/>
      <w:r w:rsidRPr="00644879">
        <w:rPr>
          <w:i/>
          <w:lang w:val="ru-RU"/>
        </w:rPr>
        <w:t>нджаса</w:t>
      </w:r>
      <w:proofErr w:type="spellEnd"/>
    </w:p>
    <w:p w14:paraId="1A2F0DD9" w14:textId="77777777" w:rsidR="00644879" w:rsidRPr="00644879" w:rsidRDefault="00644879" w:rsidP="00644879">
      <w:pPr>
        <w:pStyle w:val="TextTranslation"/>
        <w:ind w:firstLine="180"/>
        <w:rPr>
          <w:i/>
          <w:lang w:val="ru-RU"/>
        </w:rPr>
      </w:pPr>
      <w:proofErr w:type="spellStart"/>
      <w:r w:rsidRPr="00644879">
        <w:rPr>
          <w:i/>
          <w:lang w:val="ru-RU"/>
        </w:rPr>
        <w:t>сваргапаваргам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мад-дхама</w:t>
      </w:r>
      <w:proofErr w:type="spellEnd"/>
    </w:p>
    <w:p w14:paraId="1A33052B" w14:textId="77777777" w:rsidR="00644879" w:rsidRPr="00644879" w:rsidRDefault="00644879" w:rsidP="00644879">
      <w:pPr>
        <w:pStyle w:val="TextTranslation"/>
        <w:ind w:firstLine="180"/>
        <w:rPr>
          <w:i/>
          <w:lang w:val="ru-RU"/>
        </w:rPr>
      </w:pPr>
      <w:proofErr w:type="spellStart"/>
      <w:r w:rsidRPr="00644879">
        <w:rPr>
          <w:i/>
          <w:lang w:val="ru-RU"/>
        </w:rPr>
        <w:t>катханьчид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йади</w:t>
      </w:r>
      <w:proofErr w:type="spellEnd"/>
      <w:r w:rsidRPr="00644879">
        <w:rPr>
          <w:i/>
          <w:lang w:val="ru-RU"/>
        </w:rPr>
        <w:t xml:space="preserve"> </w:t>
      </w:r>
      <w:proofErr w:type="spellStart"/>
      <w:r w:rsidRPr="00644879">
        <w:rPr>
          <w:i/>
          <w:lang w:val="ru-RU"/>
        </w:rPr>
        <w:t>ваньчхати</w:t>
      </w:r>
      <w:proofErr w:type="spellEnd"/>
    </w:p>
    <w:p w14:paraId="3259F31A" w14:textId="77777777" w:rsidR="00644879" w:rsidRDefault="00644879" w:rsidP="004E41B6">
      <w:pPr>
        <w:pStyle w:val="TextTranslation"/>
        <w:ind w:firstLine="180"/>
        <w:rPr>
          <w:lang w:val="ru-RU"/>
        </w:rPr>
      </w:pPr>
    </w:p>
    <w:p w14:paraId="3FCFF3E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rStyle w:val="TextTranslationItalic"/>
          <w:lang w:val="ru-RU"/>
        </w:rPr>
        <w:t>"</w:t>
      </w:r>
      <w:r w:rsidRPr="00DA0238">
        <w:rPr>
          <w:lang w:val="ru-RU"/>
        </w:rPr>
        <w:t>Все, чего достигает душа, творя добрые дела или подвиги, познавая мир или себя, отрекаясь от мира или погружаясь в его суету, жертвуя страждущим и исполняя свой долг, — она достигает, отдавшись во служение Мне. Кто предан Мне, тот по желанию возносится в рай</w:t>
      </w:r>
      <w:r w:rsidR="007B58A0" w:rsidRPr="00DA0238">
        <w:rPr>
          <w:lang w:val="ru-RU"/>
        </w:rPr>
        <w:t>,</w:t>
      </w:r>
      <w:r w:rsidRPr="00DA0238">
        <w:rPr>
          <w:lang w:val="ru-RU"/>
        </w:rPr>
        <w:t xml:space="preserve"> или обретает свободу, или ступает в Мою </w:t>
      </w:r>
      <w:r w:rsidRPr="00DA0238">
        <w:rPr>
          <w:lang w:val="ru-RU"/>
        </w:rPr>
        <w:lastRenderedPageBreak/>
        <w:t>нетленную Обитель. Я дарую слуге Моему все, чего он желает".</w:t>
      </w:r>
      <w:r w:rsidR="00644879">
        <w:rPr>
          <w:lang w:val="ru-RU"/>
        </w:rPr>
        <w:t xml:space="preserve"> </w:t>
      </w:r>
      <w:r w:rsidR="00A32DEF">
        <w:rPr>
          <w:lang w:val="ru-RU"/>
        </w:rPr>
        <w:t>(</w:t>
      </w:r>
      <w:proofErr w:type="spellStart"/>
      <w:r w:rsidR="00644879" w:rsidRPr="00DA0238">
        <w:rPr>
          <w:rStyle w:val="TextTranslationItalic"/>
          <w:lang w:val="ru-RU"/>
        </w:rPr>
        <w:t>Шримад</w:t>
      </w:r>
      <w:r w:rsidR="00644879" w:rsidRPr="00DA0238">
        <w:rPr>
          <w:lang w:val="ru-RU"/>
        </w:rPr>
        <w:t>-</w:t>
      </w:r>
      <w:r w:rsidR="00644879" w:rsidRPr="00DA0238">
        <w:rPr>
          <w:rStyle w:val="TextTranslationItalic"/>
          <w:lang w:val="ru-RU"/>
        </w:rPr>
        <w:t>Бхагаватам</w:t>
      </w:r>
      <w:proofErr w:type="spellEnd"/>
      <w:r w:rsidR="00644879">
        <w:rPr>
          <w:lang w:val="ru-RU"/>
        </w:rPr>
        <w:t xml:space="preserve"> </w:t>
      </w:r>
      <w:r w:rsidR="00644879" w:rsidRPr="00DA0238">
        <w:rPr>
          <w:lang w:val="ru-RU"/>
        </w:rPr>
        <w:t>11.20.32-33</w:t>
      </w:r>
      <w:r w:rsidR="00644879">
        <w:rPr>
          <w:lang w:val="ru-RU"/>
        </w:rPr>
        <w:t>).</w:t>
      </w:r>
    </w:p>
    <w:p w14:paraId="27CDAFE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8E109FB" w14:textId="77777777" w:rsidR="00A32DEF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Успех на пути мудрости [</w:t>
      </w:r>
      <w:proofErr w:type="spellStart"/>
      <w:r w:rsidRPr="00DA0238">
        <w:rPr>
          <w:rStyle w:val="TextTranslationItalic"/>
          <w:lang w:val="ru-RU"/>
        </w:rPr>
        <w:t>гьяны</w:t>
      </w:r>
      <w:proofErr w:type="spellEnd"/>
      <w:r w:rsidRPr="00DA0238">
        <w:rPr>
          <w:lang w:val="ru-RU"/>
        </w:rPr>
        <w:t>] зависит от преданности [</w:t>
      </w:r>
      <w:r w:rsidRPr="00DA0238">
        <w:rPr>
          <w:rStyle w:val="TextTranslationItalic"/>
          <w:lang w:val="ru-RU"/>
        </w:rPr>
        <w:t>бхакти</w:t>
      </w:r>
      <w:r w:rsidRPr="00DA0238">
        <w:rPr>
          <w:lang w:val="ru-RU"/>
        </w:rPr>
        <w:t xml:space="preserve">], о чем свидетельствуют писания, в частности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: </w:t>
      </w:r>
    </w:p>
    <w:p w14:paraId="0C48A15A" w14:textId="77777777" w:rsidR="00A32DEF" w:rsidRDefault="00A32DEF" w:rsidP="004E41B6">
      <w:pPr>
        <w:pStyle w:val="TextTranslation"/>
        <w:ind w:firstLine="180"/>
        <w:rPr>
          <w:lang w:val="ru-RU"/>
        </w:rPr>
      </w:pPr>
    </w:p>
    <w:p w14:paraId="5962B1E4" w14:textId="77777777" w:rsidR="00A32DEF" w:rsidRPr="00A32DEF" w:rsidRDefault="00A32DEF" w:rsidP="00A32DEF">
      <w:pPr>
        <w:pStyle w:val="TextTranslation"/>
        <w:ind w:firstLine="180"/>
        <w:rPr>
          <w:i/>
          <w:lang w:val="ru-RU"/>
        </w:rPr>
      </w:pPr>
      <w:proofErr w:type="spellStart"/>
      <w:r w:rsidRPr="00A32DEF">
        <w:rPr>
          <w:i/>
          <w:lang w:val="ru-RU"/>
        </w:rPr>
        <w:t>шрейах-сритим</w:t>
      </w:r>
      <w:proofErr w:type="spellEnd"/>
      <w:r w:rsidRPr="00A32DEF">
        <w:rPr>
          <w:i/>
          <w:lang w:val="ru-RU"/>
        </w:rPr>
        <w:t xml:space="preserve"> </w:t>
      </w:r>
      <w:proofErr w:type="spellStart"/>
      <w:r w:rsidRPr="00A32DEF">
        <w:rPr>
          <w:i/>
          <w:lang w:val="ru-RU"/>
        </w:rPr>
        <w:t>бхактим</w:t>
      </w:r>
      <w:proofErr w:type="spellEnd"/>
      <w:r w:rsidRPr="00A32DEF">
        <w:rPr>
          <w:i/>
          <w:lang w:val="ru-RU"/>
        </w:rPr>
        <w:t xml:space="preserve"> </w:t>
      </w:r>
      <w:proofErr w:type="spellStart"/>
      <w:r w:rsidRPr="00A32DEF">
        <w:rPr>
          <w:i/>
          <w:lang w:val="ru-RU"/>
        </w:rPr>
        <w:t>удасйа</w:t>
      </w:r>
      <w:proofErr w:type="spellEnd"/>
      <w:r w:rsidRPr="00A32DEF">
        <w:rPr>
          <w:i/>
          <w:lang w:val="ru-RU"/>
        </w:rPr>
        <w:t xml:space="preserve"> те </w:t>
      </w:r>
      <w:proofErr w:type="spellStart"/>
      <w:r w:rsidRPr="00A32DEF">
        <w:rPr>
          <w:i/>
          <w:lang w:val="ru-RU"/>
        </w:rPr>
        <w:t>вибхо</w:t>
      </w:r>
      <w:proofErr w:type="spellEnd"/>
    </w:p>
    <w:p w14:paraId="3A4F5A82" w14:textId="77777777" w:rsidR="00A32DEF" w:rsidRPr="00A32DEF" w:rsidRDefault="00A32DEF" w:rsidP="00A32DEF">
      <w:pPr>
        <w:pStyle w:val="TextTranslation"/>
        <w:ind w:firstLine="180"/>
        <w:rPr>
          <w:i/>
          <w:lang w:val="ru-RU"/>
        </w:rPr>
      </w:pPr>
      <w:proofErr w:type="spellStart"/>
      <w:r w:rsidRPr="00A32DEF">
        <w:rPr>
          <w:i/>
          <w:lang w:val="ru-RU"/>
        </w:rPr>
        <w:t>клишйанти</w:t>
      </w:r>
      <w:proofErr w:type="spellEnd"/>
      <w:r w:rsidRPr="00A32DEF">
        <w:rPr>
          <w:i/>
          <w:lang w:val="ru-RU"/>
        </w:rPr>
        <w:t xml:space="preserve"> </w:t>
      </w:r>
      <w:proofErr w:type="spellStart"/>
      <w:r w:rsidRPr="00A32DEF">
        <w:rPr>
          <w:i/>
          <w:lang w:val="ru-RU"/>
        </w:rPr>
        <w:t>йе</w:t>
      </w:r>
      <w:proofErr w:type="spellEnd"/>
      <w:r w:rsidRPr="00A32DEF">
        <w:rPr>
          <w:i/>
          <w:lang w:val="ru-RU"/>
        </w:rPr>
        <w:t xml:space="preserve"> </w:t>
      </w:r>
      <w:proofErr w:type="spellStart"/>
      <w:r w:rsidRPr="00A32DEF">
        <w:rPr>
          <w:i/>
          <w:lang w:val="ru-RU"/>
        </w:rPr>
        <w:t>кевала-бодха-лабдхайе</w:t>
      </w:r>
      <w:proofErr w:type="spellEnd"/>
    </w:p>
    <w:p w14:paraId="11500F89" w14:textId="77777777" w:rsidR="00A32DEF" w:rsidRPr="00A32DEF" w:rsidRDefault="00A32DEF" w:rsidP="00A32DEF">
      <w:pPr>
        <w:pStyle w:val="TextTranslation"/>
        <w:ind w:firstLine="180"/>
        <w:rPr>
          <w:i/>
          <w:lang w:val="ru-RU"/>
        </w:rPr>
      </w:pPr>
      <w:r w:rsidRPr="00A32DEF">
        <w:rPr>
          <w:i/>
          <w:lang w:val="ru-RU"/>
        </w:rPr>
        <w:t xml:space="preserve">тешам </w:t>
      </w:r>
      <w:proofErr w:type="spellStart"/>
      <w:r w:rsidRPr="00A32DEF">
        <w:rPr>
          <w:i/>
          <w:lang w:val="ru-RU"/>
        </w:rPr>
        <w:t>асау</w:t>
      </w:r>
      <w:proofErr w:type="spellEnd"/>
      <w:r w:rsidRPr="00A32DEF">
        <w:rPr>
          <w:i/>
          <w:lang w:val="ru-RU"/>
        </w:rPr>
        <w:t xml:space="preserve"> </w:t>
      </w:r>
      <w:proofErr w:type="spellStart"/>
      <w:r w:rsidRPr="00A32DEF">
        <w:rPr>
          <w:i/>
          <w:lang w:val="ru-RU"/>
        </w:rPr>
        <w:t>клешала</w:t>
      </w:r>
      <w:proofErr w:type="spellEnd"/>
      <w:r w:rsidRPr="00A32DEF">
        <w:rPr>
          <w:i/>
          <w:lang w:val="ru-RU"/>
        </w:rPr>
        <w:t xml:space="preserve"> эва </w:t>
      </w:r>
      <w:proofErr w:type="spellStart"/>
      <w:r w:rsidRPr="00A32DEF">
        <w:rPr>
          <w:i/>
          <w:lang w:val="ru-RU"/>
        </w:rPr>
        <w:t>шишйате</w:t>
      </w:r>
      <w:proofErr w:type="spellEnd"/>
    </w:p>
    <w:p w14:paraId="4770BA3C" w14:textId="77777777" w:rsidR="00A32DEF" w:rsidRPr="00A32DEF" w:rsidRDefault="00A32DEF" w:rsidP="00A32DEF">
      <w:pPr>
        <w:pStyle w:val="TextTranslation"/>
        <w:ind w:firstLine="180"/>
        <w:rPr>
          <w:i/>
          <w:lang w:val="ru-RU"/>
        </w:rPr>
      </w:pPr>
      <w:proofErr w:type="spellStart"/>
      <w:r w:rsidRPr="00A32DEF">
        <w:rPr>
          <w:i/>
          <w:lang w:val="ru-RU"/>
        </w:rPr>
        <w:t>нанйад</w:t>
      </w:r>
      <w:proofErr w:type="spellEnd"/>
      <w:r w:rsidRPr="00A32DEF">
        <w:rPr>
          <w:i/>
          <w:lang w:val="ru-RU"/>
        </w:rPr>
        <w:t xml:space="preserve"> </w:t>
      </w:r>
      <w:proofErr w:type="spellStart"/>
      <w:r w:rsidRPr="00A32DEF">
        <w:rPr>
          <w:i/>
          <w:lang w:val="ru-RU"/>
        </w:rPr>
        <w:t>йатха</w:t>
      </w:r>
      <w:proofErr w:type="spellEnd"/>
      <w:r w:rsidRPr="00A32DEF">
        <w:rPr>
          <w:i/>
          <w:lang w:val="ru-RU"/>
        </w:rPr>
        <w:t xml:space="preserve"> </w:t>
      </w:r>
      <w:proofErr w:type="spellStart"/>
      <w:r w:rsidRPr="00A32DEF">
        <w:rPr>
          <w:i/>
          <w:lang w:val="ru-RU"/>
        </w:rPr>
        <w:t>стхула-тушавагхатинам</w:t>
      </w:r>
      <w:proofErr w:type="spellEnd"/>
    </w:p>
    <w:p w14:paraId="4AA563DE" w14:textId="77777777" w:rsidR="00A32DEF" w:rsidRDefault="00A32DEF" w:rsidP="004E41B6">
      <w:pPr>
        <w:pStyle w:val="TextTranslation"/>
        <w:ind w:firstLine="180"/>
        <w:rPr>
          <w:lang w:val="ru-RU"/>
        </w:rPr>
      </w:pPr>
    </w:p>
    <w:p w14:paraId="45F50DD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"Лишь безоглядной верой и преданностью Тебе, о Всемогущий, можно утолить все чаяния своей души. Но кто ищет душевного согласия в стяжании знаний, того ждут лишь томление и печаль. Скол</w:t>
      </w:r>
      <w:r w:rsidR="009146BB" w:rsidRPr="00DA0238">
        <w:rPr>
          <w:lang w:val="ru-RU"/>
        </w:rPr>
        <w:t>ько бы ни молотить плевел, из него</w:t>
      </w:r>
      <w:r w:rsidRPr="00DA0238">
        <w:rPr>
          <w:lang w:val="ru-RU"/>
        </w:rPr>
        <w:t xml:space="preserve"> не выбить ни единого зернышка".</w:t>
      </w:r>
      <w:r w:rsidR="00A32DEF" w:rsidRPr="00A32DEF">
        <w:rPr>
          <w:lang w:val="ru-RU"/>
        </w:rPr>
        <w:t xml:space="preserve"> </w:t>
      </w:r>
      <w:r w:rsidR="00A32DEF">
        <w:rPr>
          <w:lang w:val="ru-RU"/>
        </w:rPr>
        <w:t>(</w:t>
      </w:r>
      <w:proofErr w:type="spellStart"/>
      <w:r w:rsidR="00A32DEF" w:rsidRPr="00DA0238">
        <w:rPr>
          <w:rStyle w:val="TextTranslationItalic"/>
          <w:lang w:val="ru-RU"/>
        </w:rPr>
        <w:t>Шримад</w:t>
      </w:r>
      <w:r w:rsidR="00A32DEF" w:rsidRPr="00DA0238">
        <w:rPr>
          <w:lang w:val="ru-RU"/>
        </w:rPr>
        <w:t>-</w:t>
      </w:r>
      <w:r w:rsidR="00A32DEF" w:rsidRPr="00DA0238">
        <w:rPr>
          <w:rStyle w:val="TextTranslationItalic"/>
          <w:lang w:val="ru-RU"/>
        </w:rPr>
        <w:t>Бхагаватам</w:t>
      </w:r>
      <w:proofErr w:type="spellEnd"/>
      <w:r w:rsidR="00A32DEF">
        <w:rPr>
          <w:lang w:val="ru-RU"/>
        </w:rPr>
        <w:t xml:space="preserve"> 10.14.4).</w:t>
      </w:r>
    </w:p>
    <w:p w14:paraId="6520FB4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D54842C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Выражение "</w:t>
      </w:r>
      <w:proofErr w:type="spellStart"/>
      <w:r w:rsidRPr="00DA0238">
        <w:rPr>
          <w:rStyle w:val="TextTranslationItalic"/>
          <w:lang w:val="ru-RU"/>
        </w:rPr>
        <w:t>анартхопашанам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сакшад</w:t>
      </w:r>
      <w:proofErr w:type="spellEnd"/>
      <w:r w:rsidRPr="00DA0238">
        <w:rPr>
          <w:lang w:val="ru-RU"/>
        </w:rPr>
        <w:t xml:space="preserve">" можно истолковать и иначе: </w:t>
      </w:r>
      <w:proofErr w:type="spellStart"/>
      <w:r w:rsidRPr="00DA0238">
        <w:rPr>
          <w:rStyle w:val="TextTranslationItalic"/>
          <w:lang w:val="ru-RU"/>
        </w:rPr>
        <w:t>садхана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бхакти,</w:t>
      </w:r>
      <w:r w:rsidRPr="00DA0238">
        <w:rPr>
          <w:lang w:val="ru-RU"/>
        </w:rPr>
        <w:t xml:space="preserve"> независимо от вспомогательных методов, напрямую избавляет ду</w:t>
      </w:r>
      <w:r w:rsidR="00C37B9A" w:rsidRPr="00DA0238">
        <w:rPr>
          <w:lang w:val="ru-RU"/>
        </w:rPr>
        <w:t>шу от суетных бед, но лишь чистая</w:t>
      </w:r>
      <w:r w:rsidRPr="00DA0238">
        <w:rPr>
          <w:lang w:val="ru-RU"/>
        </w:rPr>
        <w:t xml:space="preserve"> Божья любовь, коя есть спелый плод </w:t>
      </w:r>
      <w:r w:rsidR="002D4801">
        <w:rPr>
          <w:lang w:val="ru-RU"/>
        </w:rPr>
        <w:t>упорядоченного поклонения [</w:t>
      </w:r>
      <w:proofErr w:type="spellStart"/>
      <w:r w:rsidRPr="00DA0238">
        <w:rPr>
          <w:rStyle w:val="TextTranslationItalic"/>
          <w:lang w:val="ru-RU"/>
        </w:rPr>
        <w:t>садхана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бхакти</w:t>
      </w:r>
      <w:r w:rsidR="002D4801" w:rsidRPr="002D4801">
        <w:rPr>
          <w:rStyle w:val="TextTranslationItalic"/>
          <w:i w:val="0"/>
          <w:lang w:val="ru-RU"/>
        </w:rPr>
        <w:t>]</w:t>
      </w:r>
      <w:r w:rsidRPr="00DA0238">
        <w:rPr>
          <w:rStyle w:val="TextTranslationItalic"/>
          <w:lang w:val="ru-RU"/>
        </w:rPr>
        <w:t>,</w:t>
      </w:r>
      <w:r w:rsidRPr="00DA0238">
        <w:rPr>
          <w:lang w:val="ru-RU"/>
        </w:rPr>
        <w:t xml:space="preserve"> способна избавить душу от двух первородных пороков: заблуждения и ложного </w:t>
      </w:r>
      <w:proofErr w:type="spellStart"/>
      <w:r w:rsidR="00C37B9A" w:rsidRPr="00DA0238">
        <w:rPr>
          <w:lang w:val="ru-RU"/>
        </w:rPr>
        <w:t>самоотождествления</w:t>
      </w:r>
      <w:proofErr w:type="spellEnd"/>
      <w:r w:rsidRPr="00DA0238">
        <w:rPr>
          <w:lang w:val="ru-RU"/>
        </w:rPr>
        <w:t xml:space="preserve">. Именно это здесь (тексты 29 и 32) и в 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="00C37B9A" w:rsidRPr="00DA0238">
        <w:rPr>
          <w:lang w:val="ru-RU"/>
        </w:rPr>
        <w:t xml:space="preserve"> (</w:t>
      </w:r>
      <w:r w:rsidRPr="00DA0238">
        <w:rPr>
          <w:lang w:val="ru-RU"/>
        </w:rPr>
        <w:t>1.7.6</w:t>
      </w:r>
      <w:r w:rsidR="00C37B9A" w:rsidRPr="00DA0238">
        <w:rPr>
          <w:lang w:val="ru-RU"/>
        </w:rPr>
        <w:t>)</w:t>
      </w:r>
      <w:r w:rsidRPr="00DA0238">
        <w:rPr>
          <w:lang w:val="ru-RU"/>
        </w:rPr>
        <w:t xml:space="preserve"> имеется в</w:t>
      </w:r>
      <w:r w:rsidR="00C37B9A" w:rsidRPr="00DA0238">
        <w:rPr>
          <w:lang w:val="ru-RU"/>
        </w:rPr>
        <w:t xml:space="preserve"> </w:t>
      </w:r>
      <w:r w:rsidRPr="00DA0238">
        <w:rPr>
          <w:lang w:val="ru-RU"/>
        </w:rPr>
        <w:t>виду под понятием "</w:t>
      </w:r>
      <w:proofErr w:type="spellStart"/>
      <w:r w:rsidRPr="00DA0238">
        <w:rPr>
          <w:rStyle w:val="TextTranslationItalic"/>
          <w:lang w:val="ru-RU"/>
        </w:rPr>
        <w:t>абхидейя</w:t>
      </w:r>
      <w:proofErr w:type="spellEnd"/>
      <w:r w:rsidRPr="00DA0238">
        <w:rPr>
          <w:lang w:val="ru-RU"/>
        </w:rPr>
        <w:t>" [путь].</w:t>
      </w:r>
    </w:p>
    <w:p w14:paraId="6E5F5A5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B1A551C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47</w:t>
      </w:r>
      <w:r w:rsidR="005C1978">
        <w:rPr>
          <w:b/>
          <w:lang w:val="ru-RU"/>
        </w:rPr>
        <w:t>.</w:t>
      </w:r>
    </w:p>
    <w:p w14:paraId="1C3FFD5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DE70191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Затем, чтобы прояснить для слушателя высшую цель [</w:t>
      </w:r>
      <w:proofErr w:type="spellStart"/>
      <w:r>
        <w:rPr>
          <w:rStyle w:val="TextTranslationItalic"/>
          <w:lang w:val="ru-RU"/>
        </w:rPr>
        <w:t>прайоджану</w:t>
      </w:r>
      <w:proofErr w:type="spellEnd"/>
      <w:r>
        <w:rPr>
          <w:lang w:val="ru-RU"/>
        </w:rPr>
        <w:t>], обозначенную выше (</w:t>
      </w:r>
      <w:proofErr w:type="spellStart"/>
      <w:r>
        <w:rPr>
          <w:rStyle w:val="TextTranslationItalic"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1.7.4-6), и доказать, что </w:t>
      </w:r>
      <w:r w:rsidRPr="00E32574">
        <w:rPr>
          <w:lang w:val="ru-RU"/>
        </w:rPr>
        <w:t xml:space="preserve">под </w:t>
      </w:r>
      <w:proofErr w:type="spellStart"/>
      <w:r w:rsidRPr="00E32574">
        <w:rPr>
          <w:rStyle w:val="TextTranslationItalic"/>
          <w:lang w:val="ru-RU"/>
        </w:rPr>
        <w:t>пурна</w:t>
      </w:r>
      <w:proofErr w:type="spellEnd"/>
      <w:r w:rsidRPr="00E32574">
        <w:rPr>
          <w:lang w:val="ru-RU"/>
        </w:rPr>
        <w:t>-</w:t>
      </w:r>
      <w:r w:rsidRPr="00E32574">
        <w:rPr>
          <w:rStyle w:val="TextTranslationItalic"/>
          <w:lang w:val="ru-RU"/>
        </w:rPr>
        <w:t>пурушей</w:t>
      </w:r>
      <w:r w:rsidRPr="00E32574">
        <w:rPr>
          <w:lang w:val="ru-RU"/>
        </w:rPr>
        <w:t xml:space="preserve"> [Целостным Существом], упомянутым в стихе (1.7.4), подразумевается Кришна, </w:t>
      </w:r>
      <w:proofErr w:type="spellStart"/>
      <w:r w:rsidRPr="00E32574">
        <w:rPr>
          <w:lang w:val="ru-RU"/>
        </w:rPr>
        <w:t>Сута</w:t>
      </w:r>
      <w:proofErr w:type="spellEnd"/>
      <w:r w:rsidRPr="00E32574">
        <w:rPr>
          <w:lang w:val="ru-RU"/>
        </w:rPr>
        <w:t xml:space="preserve"> произносит стих "</w:t>
      </w:r>
      <w:proofErr w:type="spellStart"/>
      <w:r w:rsidRPr="00E32574">
        <w:rPr>
          <w:rStyle w:val="TextTranslationItalic"/>
          <w:lang w:val="ru-RU"/>
        </w:rPr>
        <w:t>йасьям</w:t>
      </w:r>
      <w:proofErr w:type="spellEnd"/>
      <w:r w:rsidRPr="00E32574">
        <w:rPr>
          <w:lang w:val="ru-RU"/>
        </w:rPr>
        <w:t>…"</w:t>
      </w:r>
      <w:r w:rsidRPr="00E32574">
        <w:rPr>
          <w:rStyle w:val="TextTranslationItalic"/>
          <w:lang w:val="ru-RU"/>
        </w:rPr>
        <w:t xml:space="preserve"> </w:t>
      </w:r>
      <w:r w:rsidRPr="00E32574">
        <w:rPr>
          <w:lang w:val="ru-RU"/>
        </w:rPr>
        <w:t>(</w:t>
      </w:r>
      <w:proofErr w:type="spellStart"/>
      <w:r w:rsidRPr="00E32574">
        <w:rPr>
          <w:i/>
          <w:lang w:val="ru-RU"/>
        </w:rPr>
        <w:t>Шримад-</w:t>
      </w:r>
      <w:r w:rsidRPr="00E32574">
        <w:rPr>
          <w:rStyle w:val="TextTranslationItalic"/>
          <w:lang w:val="ru-RU"/>
        </w:rPr>
        <w:t>Бхагаватам</w:t>
      </w:r>
      <w:proofErr w:type="spellEnd"/>
      <w:r w:rsidRPr="00E32574">
        <w:rPr>
          <w:lang w:val="ru-RU"/>
        </w:rPr>
        <w:t xml:space="preserve"> 1.7.7). Описывая воздействие, которое производит на человека слушание </w:t>
      </w:r>
      <w:proofErr w:type="spellStart"/>
      <w:r w:rsidRPr="00E32574">
        <w:rPr>
          <w:rStyle w:val="TextTranslationItalic"/>
          <w:lang w:val="ru-RU"/>
        </w:rPr>
        <w:t>Шримад</w:t>
      </w:r>
      <w:r w:rsidRPr="00E32574">
        <w:rPr>
          <w:lang w:val="ru-RU"/>
        </w:rPr>
        <w:t>-</w:t>
      </w:r>
      <w:r w:rsidRPr="00E32574">
        <w:rPr>
          <w:rStyle w:val="TextTranslationItalic"/>
          <w:lang w:val="ru-RU"/>
        </w:rPr>
        <w:t>Бхагаватам</w:t>
      </w:r>
      <w:proofErr w:type="spellEnd"/>
      <w:r w:rsidRPr="00E32574">
        <w:rPr>
          <w:lang w:val="ru-RU"/>
        </w:rPr>
        <w:t xml:space="preserve">, </w:t>
      </w:r>
      <w:proofErr w:type="spellStart"/>
      <w:r w:rsidRPr="00E32574">
        <w:rPr>
          <w:lang w:val="ru-RU"/>
        </w:rPr>
        <w:t>Сута</w:t>
      </w:r>
      <w:proofErr w:type="spellEnd"/>
      <w:r w:rsidRPr="00E32574">
        <w:rPr>
          <w:lang w:val="ru-RU"/>
        </w:rPr>
        <w:t xml:space="preserve"> делится откровением Шри </w:t>
      </w:r>
      <w:proofErr w:type="spellStart"/>
      <w:r w:rsidRPr="00E32574">
        <w:rPr>
          <w:lang w:val="ru-RU"/>
        </w:rPr>
        <w:t>Вьясы</w:t>
      </w:r>
      <w:proofErr w:type="spellEnd"/>
      <w:r w:rsidRPr="00E32574">
        <w:rPr>
          <w:lang w:val="ru-RU"/>
        </w:rPr>
        <w:t xml:space="preserve">. Здесь уже слово </w:t>
      </w:r>
      <w:r w:rsidRPr="00E32574">
        <w:rPr>
          <w:rStyle w:val="TextTranslationItalic"/>
          <w:lang w:val="ru-RU"/>
        </w:rPr>
        <w:t>бхакти</w:t>
      </w:r>
      <w:r w:rsidRPr="00E32574">
        <w:rPr>
          <w:lang w:val="ru-RU"/>
        </w:rPr>
        <w:t xml:space="preserve"> указует на чистую любовь, ибо она есть цель слушания как одного из способов исповедования </w:t>
      </w:r>
      <w:r w:rsidRPr="00E32574">
        <w:rPr>
          <w:rStyle w:val="TextTranslationItalic"/>
          <w:lang w:val="ru-RU"/>
        </w:rPr>
        <w:t>бхакти</w:t>
      </w:r>
      <w:r w:rsidRPr="00E32574">
        <w:rPr>
          <w:lang w:val="ru-RU"/>
        </w:rPr>
        <w:t>-</w:t>
      </w:r>
      <w:r w:rsidRPr="00E32574">
        <w:rPr>
          <w:rStyle w:val="TextTranslationItalic"/>
          <w:lang w:val="ru-RU"/>
        </w:rPr>
        <w:t>йоги</w:t>
      </w:r>
      <w:r w:rsidRPr="00E32574">
        <w:rPr>
          <w:lang w:val="ru-RU"/>
        </w:rPr>
        <w:t xml:space="preserve"> [преданности]. Здесь слово "</w:t>
      </w:r>
      <w:proofErr w:type="spellStart"/>
      <w:r w:rsidRPr="00E32574">
        <w:rPr>
          <w:rStyle w:val="TextTranslationItalic"/>
          <w:lang w:val="ru-RU"/>
        </w:rPr>
        <w:t>утпадйате</w:t>
      </w:r>
      <w:proofErr w:type="spellEnd"/>
      <w:r w:rsidRPr="00E32574">
        <w:rPr>
          <w:lang w:val="ru-RU"/>
        </w:rPr>
        <w:t>" [про</w:t>
      </w:r>
      <w:r>
        <w:rPr>
          <w:lang w:val="ru-RU"/>
        </w:rPr>
        <w:t>изведено] означает "делается проявленным". Проявляясь, чистая любовь изгоняет скорбь, наваждение и страх [</w:t>
      </w:r>
      <w:r>
        <w:rPr>
          <w:rStyle w:val="TextTranslationItalic"/>
          <w:lang w:val="ru-RU"/>
        </w:rPr>
        <w:t>шока</w:t>
      </w:r>
      <w:r>
        <w:rPr>
          <w:lang w:val="ru-RU"/>
        </w:rPr>
        <w:t>-</w:t>
      </w:r>
      <w:proofErr w:type="spellStart"/>
      <w:r>
        <w:rPr>
          <w:rStyle w:val="TextTranslationItalic"/>
          <w:lang w:val="ru-RU"/>
        </w:rPr>
        <w:t>моха</w:t>
      </w:r>
      <w:proofErr w:type="spellEnd"/>
      <w:r>
        <w:rPr>
          <w:lang w:val="ru-RU"/>
        </w:rPr>
        <w:t>-</w:t>
      </w:r>
      <w:proofErr w:type="spellStart"/>
      <w:r>
        <w:rPr>
          <w:rStyle w:val="TextTranslationItalic"/>
          <w:lang w:val="ru-RU"/>
        </w:rPr>
        <w:t>бхайапаха</w:t>
      </w:r>
      <w:proofErr w:type="spellEnd"/>
      <w:r>
        <w:rPr>
          <w:lang w:val="ru-RU"/>
        </w:rPr>
        <w:t xml:space="preserve">]. Скорбь, наваждение и страх исчезают без следа. Об этом возглашает </w:t>
      </w:r>
      <w:proofErr w:type="spellStart"/>
      <w:r>
        <w:rPr>
          <w:lang w:val="ru-RU"/>
        </w:rPr>
        <w:t>Ришабхадева</w:t>
      </w:r>
      <w:proofErr w:type="spellEnd"/>
      <w:r>
        <w:rPr>
          <w:lang w:val="ru-RU"/>
        </w:rPr>
        <w:t xml:space="preserve"> в </w:t>
      </w:r>
      <w:proofErr w:type="spellStart"/>
      <w:r>
        <w:rPr>
          <w:rStyle w:val="TextTranslationItalic"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(5.5.6):</w:t>
      </w:r>
    </w:p>
    <w:p w14:paraId="02340766" w14:textId="77777777" w:rsidR="003B67ED" w:rsidRDefault="003B67ED" w:rsidP="004E41B6">
      <w:pPr>
        <w:ind w:firstLine="180"/>
        <w:rPr>
          <w:b/>
          <w:lang w:val="ru-RU"/>
        </w:rPr>
      </w:pPr>
    </w:p>
    <w:p w14:paraId="210C80DD" w14:textId="77777777" w:rsidR="002D4801" w:rsidRPr="002D4801" w:rsidRDefault="002D4801" w:rsidP="002D4801">
      <w:pPr>
        <w:ind w:firstLine="180"/>
        <w:rPr>
          <w:b/>
          <w:i/>
          <w:lang w:val="ru-RU"/>
        </w:rPr>
      </w:pPr>
      <w:proofErr w:type="spellStart"/>
      <w:r w:rsidRPr="002D4801">
        <w:rPr>
          <w:b/>
          <w:i/>
          <w:lang w:val="ru-RU"/>
        </w:rPr>
        <w:t>эвам</w:t>
      </w:r>
      <w:proofErr w:type="spellEnd"/>
      <w:r w:rsidRPr="002D4801">
        <w:rPr>
          <w:b/>
          <w:i/>
          <w:lang w:val="ru-RU"/>
        </w:rPr>
        <w:t xml:space="preserve"> манах карма-</w:t>
      </w:r>
      <w:proofErr w:type="spellStart"/>
      <w:r w:rsidRPr="002D4801">
        <w:rPr>
          <w:b/>
          <w:i/>
          <w:lang w:val="ru-RU"/>
        </w:rPr>
        <w:t>вашам</w:t>
      </w:r>
      <w:proofErr w:type="spellEnd"/>
      <w:r w:rsidRPr="002D4801">
        <w:rPr>
          <w:b/>
          <w:i/>
          <w:lang w:val="ru-RU"/>
        </w:rPr>
        <w:t xml:space="preserve"> </w:t>
      </w:r>
      <w:proofErr w:type="spellStart"/>
      <w:r w:rsidRPr="002D4801">
        <w:rPr>
          <w:b/>
          <w:i/>
          <w:lang w:val="ru-RU"/>
        </w:rPr>
        <w:t>прайункте</w:t>
      </w:r>
      <w:proofErr w:type="spellEnd"/>
    </w:p>
    <w:p w14:paraId="77B86996" w14:textId="77777777" w:rsidR="002D4801" w:rsidRPr="002D4801" w:rsidRDefault="002D4801" w:rsidP="002D4801">
      <w:pPr>
        <w:ind w:firstLine="180"/>
        <w:rPr>
          <w:b/>
          <w:i/>
          <w:lang w:val="ru-RU"/>
        </w:rPr>
      </w:pPr>
      <w:proofErr w:type="spellStart"/>
      <w:r w:rsidRPr="002D4801">
        <w:rPr>
          <w:b/>
          <w:i/>
          <w:lang w:val="ru-RU"/>
        </w:rPr>
        <w:t>авидйайатманй</w:t>
      </w:r>
      <w:proofErr w:type="spellEnd"/>
      <w:r w:rsidRPr="002D4801">
        <w:rPr>
          <w:b/>
          <w:i/>
          <w:lang w:val="ru-RU"/>
        </w:rPr>
        <w:t xml:space="preserve"> </w:t>
      </w:r>
      <w:proofErr w:type="spellStart"/>
      <w:r w:rsidRPr="002D4801">
        <w:rPr>
          <w:b/>
          <w:i/>
          <w:lang w:val="ru-RU"/>
        </w:rPr>
        <w:t>упадхийамане</w:t>
      </w:r>
      <w:proofErr w:type="spellEnd"/>
    </w:p>
    <w:p w14:paraId="78B7A563" w14:textId="77777777" w:rsidR="002D4801" w:rsidRPr="002D4801" w:rsidRDefault="002D4801" w:rsidP="002D4801">
      <w:pPr>
        <w:ind w:firstLine="180"/>
        <w:rPr>
          <w:b/>
          <w:i/>
          <w:lang w:val="ru-RU"/>
        </w:rPr>
      </w:pPr>
      <w:r w:rsidRPr="002D4801">
        <w:rPr>
          <w:b/>
          <w:i/>
          <w:lang w:val="ru-RU"/>
        </w:rPr>
        <w:t xml:space="preserve">притир на </w:t>
      </w:r>
      <w:proofErr w:type="spellStart"/>
      <w:r w:rsidRPr="002D4801">
        <w:rPr>
          <w:b/>
          <w:i/>
          <w:lang w:val="ru-RU"/>
        </w:rPr>
        <w:t>йаван</w:t>
      </w:r>
      <w:proofErr w:type="spellEnd"/>
      <w:r w:rsidRPr="002D4801">
        <w:rPr>
          <w:b/>
          <w:i/>
          <w:lang w:val="ru-RU"/>
        </w:rPr>
        <w:t xml:space="preserve"> майи </w:t>
      </w:r>
      <w:proofErr w:type="spellStart"/>
      <w:r w:rsidRPr="002D4801">
        <w:rPr>
          <w:b/>
          <w:i/>
          <w:lang w:val="ru-RU"/>
        </w:rPr>
        <w:t>васудеве</w:t>
      </w:r>
      <w:proofErr w:type="spellEnd"/>
    </w:p>
    <w:p w14:paraId="3850B795" w14:textId="77777777" w:rsidR="002D4801" w:rsidRPr="002D4801" w:rsidRDefault="002D4801" w:rsidP="002D4801">
      <w:pPr>
        <w:ind w:firstLine="180"/>
        <w:rPr>
          <w:b/>
          <w:i/>
          <w:lang w:val="ru-RU"/>
        </w:rPr>
      </w:pPr>
      <w:r w:rsidRPr="002D4801">
        <w:rPr>
          <w:b/>
          <w:i/>
          <w:lang w:val="ru-RU"/>
        </w:rPr>
        <w:t xml:space="preserve">на </w:t>
      </w:r>
      <w:proofErr w:type="spellStart"/>
      <w:r w:rsidRPr="002D4801">
        <w:rPr>
          <w:b/>
          <w:i/>
          <w:lang w:val="ru-RU"/>
        </w:rPr>
        <w:t>мучйате</w:t>
      </w:r>
      <w:proofErr w:type="spellEnd"/>
      <w:r w:rsidRPr="002D4801">
        <w:rPr>
          <w:b/>
          <w:i/>
          <w:lang w:val="ru-RU"/>
        </w:rPr>
        <w:t xml:space="preserve"> </w:t>
      </w:r>
      <w:proofErr w:type="spellStart"/>
      <w:r w:rsidRPr="002D4801">
        <w:rPr>
          <w:b/>
          <w:i/>
          <w:lang w:val="ru-RU"/>
        </w:rPr>
        <w:t>деха-йогена</w:t>
      </w:r>
      <w:proofErr w:type="spellEnd"/>
      <w:r w:rsidRPr="002D4801">
        <w:rPr>
          <w:b/>
          <w:i/>
          <w:lang w:val="ru-RU"/>
        </w:rPr>
        <w:t xml:space="preserve"> </w:t>
      </w:r>
      <w:proofErr w:type="spellStart"/>
      <w:r w:rsidRPr="002D4801">
        <w:rPr>
          <w:b/>
          <w:i/>
          <w:lang w:val="ru-RU"/>
        </w:rPr>
        <w:t>тават</w:t>
      </w:r>
      <w:proofErr w:type="spellEnd"/>
    </w:p>
    <w:p w14:paraId="0B9FA945" w14:textId="77777777" w:rsidR="002D4801" w:rsidRPr="00DA0238" w:rsidRDefault="002D4801" w:rsidP="004E41B6">
      <w:pPr>
        <w:ind w:firstLine="180"/>
        <w:rPr>
          <w:b/>
          <w:lang w:val="ru-RU"/>
        </w:rPr>
      </w:pPr>
    </w:p>
    <w:p w14:paraId="072D8341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"Знайте, дети Мои, любовь к Истине освобождает от оков перерождений. Верность Истине делает вас свободными. В мире, где все изменчиво и обречено на гибель, не сыскать счастья".</w:t>
      </w:r>
    </w:p>
    <w:p w14:paraId="7810F72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DE68941" w14:textId="77777777" w:rsidR="003B67ED" w:rsidRPr="00DA0238" w:rsidRDefault="00C37B9A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В стихе 1.7.7 </w:t>
      </w:r>
      <w:r>
        <w:rPr>
          <w:rStyle w:val="TextTranslationItalic"/>
          <w:lang w:val="ru-RU"/>
        </w:rPr>
        <w:t>Шри</w:t>
      </w:r>
      <w:r>
        <w:rPr>
          <w:lang w:val="ru-RU"/>
        </w:rPr>
        <w:t>-</w:t>
      </w:r>
      <w:proofErr w:type="spellStart"/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словосочетание "</w:t>
      </w:r>
      <w:proofErr w:type="spellStart"/>
      <w:r>
        <w:rPr>
          <w:rStyle w:val="TextTranslationItalic"/>
          <w:lang w:val="ru-RU"/>
        </w:rPr>
        <w:t>парама</w:t>
      </w:r>
      <w:proofErr w:type="spellEnd"/>
      <w:r>
        <w:rPr>
          <w:lang w:val="ru-RU"/>
        </w:rPr>
        <w:t>-</w:t>
      </w:r>
      <w:r>
        <w:rPr>
          <w:rStyle w:val="TextTranslationItalic"/>
          <w:lang w:val="ru-RU"/>
        </w:rPr>
        <w:t>пуруше</w:t>
      </w:r>
      <w:r>
        <w:rPr>
          <w:lang w:val="ru-RU"/>
        </w:rPr>
        <w:t>" [Высшее Существо] означает то же, что и "</w:t>
      </w:r>
      <w:proofErr w:type="spellStart"/>
      <w:r>
        <w:rPr>
          <w:rStyle w:val="TextTranslationItalic"/>
          <w:lang w:val="ru-RU"/>
        </w:rPr>
        <w:t>пурна</w:t>
      </w:r>
      <w:proofErr w:type="spellEnd"/>
      <w:r>
        <w:rPr>
          <w:lang w:val="ru-RU"/>
        </w:rPr>
        <w:t>-</w:t>
      </w:r>
      <w:r>
        <w:rPr>
          <w:rStyle w:val="TextTranslationItalic"/>
          <w:lang w:val="ru-RU"/>
        </w:rPr>
        <w:t>пуруша</w:t>
      </w:r>
      <w:r>
        <w:rPr>
          <w:lang w:val="ru-RU"/>
        </w:rPr>
        <w:t xml:space="preserve">" [Совершенное Существо], упомянутое прежде в стихе (1.7.4). На вопрос, каков образ того Существа, Шри </w:t>
      </w:r>
      <w:proofErr w:type="spellStart"/>
      <w:r>
        <w:rPr>
          <w:lang w:val="ru-RU"/>
        </w:rPr>
        <w:t>Сута</w:t>
      </w:r>
      <w:proofErr w:type="spellEnd"/>
      <w:r>
        <w:rPr>
          <w:lang w:val="ru-RU"/>
        </w:rPr>
        <w:t xml:space="preserve"> отвечает: "Это образ Кришны". Иначе говоря, те, кто обогатил сердце свое изречениями святых писаний, наподобие "</w:t>
      </w:r>
      <w:proofErr w:type="spellStart"/>
      <w:r>
        <w:rPr>
          <w:rStyle w:val="TextTranslationItalic"/>
          <w:lang w:val="ru-RU"/>
        </w:rPr>
        <w:t>кришнас</w:t>
      </w:r>
      <w:proofErr w:type="spellEnd"/>
      <w:r>
        <w:rPr>
          <w:lang w:val="ru-RU"/>
        </w:rPr>
        <w:t xml:space="preserve"> </w:t>
      </w:r>
      <w:r>
        <w:rPr>
          <w:rStyle w:val="TextTranslationItalic"/>
          <w:lang w:val="ru-RU"/>
        </w:rPr>
        <w:t>ту</w:t>
      </w:r>
      <w:r>
        <w:rPr>
          <w:lang w:val="ru-RU"/>
        </w:rPr>
        <w:t xml:space="preserve"> </w:t>
      </w:r>
      <w:r>
        <w:rPr>
          <w:rStyle w:val="TextTranslationItalic"/>
          <w:lang w:val="ru-RU"/>
        </w:rPr>
        <w:t>бхагаван</w:t>
      </w:r>
      <w:r>
        <w:rPr>
          <w:lang w:val="ru-RU"/>
        </w:rPr>
        <w:t xml:space="preserve"> </w:t>
      </w:r>
      <w:proofErr w:type="spellStart"/>
      <w:r>
        <w:rPr>
          <w:rStyle w:val="TextTranslationItalic"/>
          <w:lang w:val="ru-RU"/>
        </w:rPr>
        <w:t>свайам</w:t>
      </w:r>
      <w:proofErr w:type="spellEnd"/>
      <w:r>
        <w:rPr>
          <w:lang w:val="ru-RU"/>
        </w:rPr>
        <w:t xml:space="preserve">" [Кришна – </w:t>
      </w:r>
      <w:r>
        <w:rPr>
          <w:lang w:val="ru-RU"/>
        </w:rPr>
        <w:lastRenderedPageBreak/>
        <w:t>Бог изначальный] (</w:t>
      </w:r>
      <w:proofErr w:type="spellStart"/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1.3.23), и те, кого пленит Его величие, равно ощущают Его присутствие рядом и равно преисполняются желанием петь Его Имя, едва они услышат о Нем. Стоит им воскликнуть первый слог</w:t>
      </w:r>
      <w:r w:rsidRPr="00E32574">
        <w:rPr>
          <w:lang w:val="ru-RU"/>
        </w:rPr>
        <w:t xml:space="preserve"> Имени Господнего, как внимание Его устремляется к ним. Этот образ Божий обозначается именем "Кришна"; оно приводится в стихе (1.7.7). Об этом пише</w:t>
      </w:r>
      <w:r>
        <w:rPr>
          <w:lang w:val="ru-RU"/>
        </w:rPr>
        <w:t xml:space="preserve">т сочинитель </w:t>
      </w:r>
      <w:r>
        <w:rPr>
          <w:rStyle w:val="TextTranslationItalic"/>
          <w:lang w:val="ru-RU"/>
        </w:rPr>
        <w:t>Нама</w:t>
      </w:r>
      <w:r>
        <w:rPr>
          <w:lang w:val="ru-RU"/>
        </w:rPr>
        <w:t>-</w:t>
      </w:r>
      <w:proofErr w:type="spellStart"/>
      <w:r>
        <w:rPr>
          <w:rStyle w:val="TextTranslationItalic"/>
          <w:lang w:val="ru-RU"/>
        </w:rPr>
        <w:t>каумуди</w:t>
      </w:r>
      <w:proofErr w:type="spellEnd"/>
      <w:r>
        <w:rPr>
          <w:lang w:val="ru-RU"/>
        </w:rPr>
        <w:t xml:space="preserve">: "Обыкновенно слово "Кришна" переводится как "черный, наподобие </w:t>
      </w:r>
      <w:proofErr w:type="spellStart"/>
      <w:r>
        <w:rPr>
          <w:lang w:val="ru-RU"/>
        </w:rPr>
        <w:t>тамалового</w:t>
      </w:r>
      <w:proofErr w:type="spellEnd"/>
      <w:r>
        <w:rPr>
          <w:lang w:val="ru-RU"/>
        </w:rPr>
        <w:t xml:space="preserve"> древа", или "вскормленный </w:t>
      </w:r>
      <w:proofErr w:type="spellStart"/>
      <w:r>
        <w:rPr>
          <w:lang w:val="ru-RU"/>
        </w:rPr>
        <w:t>Яшодовой</w:t>
      </w:r>
      <w:proofErr w:type="spellEnd"/>
      <w:r>
        <w:rPr>
          <w:lang w:val="ru-RU"/>
        </w:rPr>
        <w:t xml:space="preserve"> грудью", или "Высший Дух".</w:t>
      </w:r>
    </w:p>
    <w:p w14:paraId="502C66A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26A8E39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48</w:t>
      </w:r>
      <w:r w:rsidR="005C1978">
        <w:rPr>
          <w:b/>
          <w:lang w:val="ru-RU"/>
        </w:rPr>
        <w:t>.</w:t>
      </w:r>
    </w:p>
    <w:p w14:paraId="5CDF091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36C4570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Шри Вьяса осознает, что высшая цель превосходит блаженство свободы [</w:t>
      </w:r>
      <w:proofErr w:type="spellStart"/>
      <w:r>
        <w:rPr>
          <w:rStyle w:val="TextTranslationItalic"/>
          <w:lang w:val="ru-RU"/>
        </w:rPr>
        <w:t>брахмананду</w:t>
      </w:r>
      <w:proofErr w:type="spellEnd"/>
      <w:r>
        <w:rPr>
          <w:lang w:val="ru-RU"/>
        </w:rPr>
        <w:t>]</w:t>
      </w:r>
      <w:r>
        <w:rPr>
          <w:rStyle w:val="TextTranslationItalic"/>
          <w:lang w:val="ru-RU"/>
        </w:rPr>
        <w:t>.</w:t>
      </w:r>
      <w:r>
        <w:rPr>
          <w:lang w:val="ru-RU"/>
        </w:rPr>
        <w:t xml:space="preserve"> Это следует из его поучений Шуке в </w:t>
      </w:r>
      <w:proofErr w:type="spellStart"/>
      <w:r>
        <w:rPr>
          <w:rStyle w:val="TextTranslationItalic"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>, дабы тот смог испытать блаженство божественной любви, коренным образом отличное от блаженства свободы [</w:t>
      </w:r>
      <w:proofErr w:type="spellStart"/>
      <w:r>
        <w:rPr>
          <w:rStyle w:val="TextTranslationItalic"/>
          <w:lang w:val="ru-RU"/>
        </w:rPr>
        <w:t>брахмананды</w:t>
      </w:r>
      <w:proofErr w:type="spellEnd"/>
      <w:r>
        <w:rPr>
          <w:lang w:val="ru-RU"/>
        </w:rPr>
        <w:t xml:space="preserve">]. Шри </w:t>
      </w:r>
      <w:proofErr w:type="spellStart"/>
      <w:r>
        <w:rPr>
          <w:lang w:val="ru-RU"/>
        </w:rPr>
        <w:t>Сута</w:t>
      </w:r>
      <w:proofErr w:type="spellEnd"/>
      <w:r>
        <w:rPr>
          <w:lang w:val="ru-RU"/>
        </w:rPr>
        <w:t xml:space="preserve"> утверждает это в стихе "</w:t>
      </w:r>
      <w:proofErr w:type="spellStart"/>
      <w:r>
        <w:rPr>
          <w:rStyle w:val="TextTranslationItalic"/>
          <w:lang w:val="ru-RU"/>
        </w:rPr>
        <w:t>са</w:t>
      </w:r>
      <w:r>
        <w:rPr>
          <w:lang w:val="ru-RU"/>
        </w:rPr>
        <w:t>-</w:t>
      </w:r>
      <w:r>
        <w:rPr>
          <w:rStyle w:val="TextTranslationItalic"/>
          <w:lang w:val="ru-RU"/>
        </w:rPr>
        <w:t>самхитам</w:t>
      </w:r>
      <w:proofErr w:type="spellEnd"/>
      <w:r>
        <w:rPr>
          <w:lang w:val="ru-RU"/>
        </w:rPr>
        <w:t>"</w:t>
      </w:r>
      <w:r>
        <w:rPr>
          <w:rStyle w:val="TextTranslationItalic"/>
          <w:lang w:val="ru-RU"/>
        </w:rPr>
        <w:t xml:space="preserve"> </w:t>
      </w:r>
      <w:r>
        <w:rPr>
          <w:lang w:val="ru-RU"/>
        </w:rPr>
        <w:t>(</w:t>
      </w:r>
      <w:proofErr w:type="spellStart"/>
      <w:r>
        <w:rPr>
          <w:rStyle w:val="TextTranslationItalic"/>
          <w:lang w:val="ru-RU"/>
        </w:rPr>
        <w:t>Бхагаватам</w:t>
      </w:r>
      <w:proofErr w:type="spellEnd"/>
      <w:r>
        <w:rPr>
          <w:rStyle w:val="TextTranslationItalic"/>
          <w:lang w:val="ru-RU"/>
        </w:rPr>
        <w:t xml:space="preserve"> </w:t>
      </w:r>
      <w:r>
        <w:rPr>
          <w:lang w:val="ru-RU"/>
        </w:rPr>
        <w:t>1.7.8). Слово "</w:t>
      </w:r>
      <w:proofErr w:type="spellStart"/>
      <w:r>
        <w:rPr>
          <w:rStyle w:val="TextTranslationItalic"/>
          <w:lang w:val="ru-RU"/>
        </w:rPr>
        <w:t>критванукрамйа</w:t>
      </w:r>
      <w:proofErr w:type="spellEnd"/>
      <w:r>
        <w:rPr>
          <w:lang w:val="ru-RU"/>
        </w:rPr>
        <w:t xml:space="preserve">" [пересмотрел, переделал] в нем указывает на то, что первоначально Вьяса написал </w:t>
      </w:r>
      <w:proofErr w:type="spellStart"/>
      <w:r>
        <w:rPr>
          <w:rStyle w:val="TextTranslationItalic"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в кратком виде. Потом, по слову </w:t>
      </w:r>
      <w:proofErr w:type="spellStart"/>
      <w:r>
        <w:rPr>
          <w:lang w:val="ru-RU"/>
        </w:rPr>
        <w:t>Нарады</w:t>
      </w:r>
      <w:proofErr w:type="spellEnd"/>
      <w:r>
        <w:rPr>
          <w:lang w:val="ru-RU"/>
        </w:rPr>
        <w:t xml:space="preserve">, он переписал и дополнил свою повесть. Это объясняет противоречие между двумя стихами: того, что в </w:t>
      </w:r>
      <w:proofErr w:type="spellStart"/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>,</w:t>
      </w:r>
      <w:r w:rsidRPr="00E32574">
        <w:rPr>
          <w:lang w:val="ru-RU"/>
        </w:rPr>
        <w:t xml:space="preserve"> где утверждается, что книга написана после </w:t>
      </w:r>
      <w:r w:rsidRPr="00E32574">
        <w:rPr>
          <w:rStyle w:val="TextTranslationItalic"/>
          <w:lang w:val="ru-RU"/>
        </w:rPr>
        <w:t>Махабхараты</w:t>
      </w:r>
      <w:r w:rsidRPr="00E32574">
        <w:rPr>
          <w:lang w:val="ru-RU"/>
        </w:rPr>
        <w:t xml:space="preserve">, и того, что в </w:t>
      </w:r>
      <w:proofErr w:type="spellStart"/>
      <w:r w:rsidRPr="00E32574">
        <w:rPr>
          <w:rStyle w:val="TextTranslationItalic"/>
          <w:lang w:val="ru-RU"/>
        </w:rPr>
        <w:t>Сканда</w:t>
      </w:r>
      <w:proofErr w:type="spellEnd"/>
      <w:r w:rsidRPr="00E32574">
        <w:rPr>
          <w:lang w:val="ru-RU"/>
        </w:rPr>
        <w:t xml:space="preserve"> </w:t>
      </w:r>
      <w:proofErr w:type="spellStart"/>
      <w:r w:rsidRPr="00E32574">
        <w:rPr>
          <w:rStyle w:val="TextTranslationItalic"/>
          <w:lang w:val="ru-RU"/>
        </w:rPr>
        <w:t>Пуране</w:t>
      </w:r>
      <w:proofErr w:type="spellEnd"/>
      <w:r w:rsidRPr="00E32574">
        <w:rPr>
          <w:lang w:val="ru-RU"/>
        </w:rPr>
        <w:t xml:space="preserve"> (</w:t>
      </w:r>
      <w:proofErr w:type="spellStart"/>
      <w:r w:rsidRPr="00E32574">
        <w:rPr>
          <w:rStyle w:val="TextTranslationItalic"/>
          <w:lang w:val="ru-RU"/>
        </w:rPr>
        <w:t>Прабхаса</w:t>
      </w:r>
      <w:r w:rsidRPr="00E32574">
        <w:rPr>
          <w:lang w:val="ru-RU"/>
        </w:rPr>
        <w:t>-</w:t>
      </w:r>
      <w:r w:rsidRPr="00E32574">
        <w:rPr>
          <w:rStyle w:val="TextTranslationItalic"/>
          <w:lang w:val="ru-RU"/>
        </w:rPr>
        <w:t>кханда</w:t>
      </w:r>
      <w:proofErr w:type="spellEnd"/>
      <w:r w:rsidRPr="00E32574">
        <w:rPr>
          <w:lang w:val="ru-RU"/>
        </w:rPr>
        <w:t xml:space="preserve"> 2.94), который говорит, что </w:t>
      </w:r>
      <w:r w:rsidRPr="00E32574">
        <w:rPr>
          <w:rStyle w:val="TextTranslationItalic"/>
          <w:lang w:val="ru-RU"/>
        </w:rPr>
        <w:t>Махабхарата</w:t>
      </w:r>
      <w:r w:rsidRPr="00E32574">
        <w:rPr>
          <w:lang w:val="ru-RU"/>
        </w:rPr>
        <w:t xml:space="preserve"> напи</w:t>
      </w:r>
      <w:r>
        <w:rPr>
          <w:lang w:val="ru-RU"/>
        </w:rPr>
        <w:t xml:space="preserve">сана после восемнадцати </w:t>
      </w:r>
      <w:proofErr w:type="spellStart"/>
      <w:r>
        <w:rPr>
          <w:rStyle w:val="TextTranslationItalic"/>
          <w:lang w:val="ru-RU"/>
        </w:rPr>
        <w:t>Пуран</w:t>
      </w:r>
      <w:proofErr w:type="spellEnd"/>
      <w:r>
        <w:rPr>
          <w:rStyle w:val="TextTranslationItalic"/>
          <w:lang w:val="ru-RU"/>
        </w:rPr>
        <w:t>.</w:t>
      </w:r>
      <w:r>
        <w:rPr>
          <w:lang w:val="ru-RU"/>
        </w:rPr>
        <w:t xml:space="preserve"> Фраза "</w:t>
      </w:r>
      <w:proofErr w:type="spellStart"/>
      <w:r>
        <w:rPr>
          <w:rStyle w:val="TextTranslationItalic"/>
          <w:lang w:val="ru-RU"/>
        </w:rPr>
        <w:t>нивритти</w:t>
      </w:r>
      <w:r>
        <w:rPr>
          <w:lang w:val="ru-RU"/>
        </w:rPr>
        <w:t>-</w:t>
      </w:r>
      <w:r>
        <w:rPr>
          <w:rStyle w:val="TextTranslationItalic"/>
          <w:lang w:val="ru-RU"/>
        </w:rPr>
        <w:t>нирата</w:t>
      </w:r>
      <w:proofErr w:type="spellEnd"/>
      <w:r>
        <w:rPr>
          <w:lang w:val="ru-RU"/>
        </w:rPr>
        <w:t>" [привязан к отречению] означает, что, будучи поглощен блаженством свободы [</w:t>
      </w:r>
      <w:r>
        <w:rPr>
          <w:i/>
          <w:lang w:val="ru-RU"/>
        </w:rPr>
        <w:t>Брахманом</w:t>
      </w:r>
      <w:r>
        <w:rPr>
          <w:lang w:val="ru-RU"/>
        </w:rPr>
        <w:t>], Шука жил в совершенном отрешении и никогда не нарушал свой образ жизни.</w:t>
      </w:r>
    </w:p>
    <w:p w14:paraId="1BB0DF9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B7E47BE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49</w:t>
      </w:r>
      <w:r w:rsidR="005C1978">
        <w:rPr>
          <w:b/>
          <w:lang w:val="ru-RU"/>
        </w:rPr>
        <w:t>.</w:t>
      </w:r>
    </w:p>
    <w:p w14:paraId="6693447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AB5D65B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В ответ на вопрос Шри </w:t>
      </w:r>
      <w:proofErr w:type="spellStart"/>
      <w:r w:rsidRPr="00DA0238">
        <w:rPr>
          <w:lang w:val="ru-RU"/>
        </w:rPr>
        <w:t>Шаунаки</w:t>
      </w:r>
      <w:proofErr w:type="spellEnd"/>
      <w:r w:rsidRPr="00DA0238">
        <w:rPr>
          <w:lang w:val="ru-RU"/>
        </w:rPr>
        <w:t xml:space="preserve"> </w:t>
      </w:r>
      <w:r w:rsidR="00A27ADE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="00A27ADE">
        <w:rPr>
          <w:lang w:val="ru-RU"/>
        </w:rPr>
        <w:t xml:space="preserve"> 1.7.9)</w:t>
      </w:r>
      <w:r w:rsidRPr="00DA0238">
        <w:rPr>
          <w:lang w:val="ru-RU"/>
        </w:rPr>
        <w:t xml:space="preserve"> </w:t>
      </w: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произносит стих "</w:t>
      </w:r>
      <w:proofErr w:type="spellStart"/>
      <w:r w:rsidRPr="00DA0238">
        <w:rPr>
          <w:rStyle w:val="TextTranslationItalic"/>
          <w:lang w:val="ru-RU"/>
        </w:rPr>
        <w:t>атмарамаш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ча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мунайо</w:t>
      </w:r>
      <w:proofErr w:type="spellEnd"/>
      <w:r w:rsidR="00725E3E" w:rsidRPr="00DA0238">
        <w:rPr>
          <w:lang w:val="ru-RU"/>
        </w:rPr>
        <w:t>"</w:t>
      </w:r>
      <w:r w:rsidRPr="00DA0238">
        <w:rPr>
          <w:rStyle w:val="TextTranslationItalic"/>
          <w:lang w:val="ru-RU"/>
        </w:rPr>
        <w:t xml:space="preserve"> </w:t>
      </w:r>
      <w:r w:rsidR="00E32574">
        <w:rPr>
          <w:lang w:val="ru-RU"/>
        </w:rPr>
        <w:t>(</w:t>
      </w:r>
      <w:proofErr w:type="spellStart"/>
      <w:r w:rsidR="00E32574" w:rsidRPr="00E32574">
        <w:rPr>
          <w:i/>
          <w:lang w:val="ru-RU"/>
        </w:rPr>
        <w:t>Шримад</w:t>
      </w:r>
      <w:r w:rsidR="00E32574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="00E32574">
        <w:rPr>
          <w:lang w:val="ru-RU"/>
        </w:rPr>
        <w:t xml:space="preserve"> 1.7.10)</w:t>
      </w:r>
      <w:r w:rsidRPr="00DA0238">
        <w:rPr>
          <w:lang w:val="ru-RU"/>
        </w:rPr>
        <w:t>, в котором рассказывает об опыте</w:t>
      </w:r>
      <w:r w:rsidR="00FD0C80" w:rsidRPr="00DA0238">
        <w:rPr>
          <w:lang w:val="ru-RU"/>
        </w:rPr>
        <w:t xml:space="preserve"> </w:t>
      </w:r>
      <w:proofErr w:type="spellStart"/>
      <w:r w:rsidRPr="00DA0238">
        <w:rPr>
          <w:lang w:val="ru-RU"/>
        </w:rPr>
        <w:t>Вьясадевы</w:t>
      </w:r>
      <w:proofErr w:type="spellEnd"/>
      <w:r w:rsidRPr="00DA0238">
        <w:rPr>
          <w:lang w:val="ru-RU"/>
        </w:rPr>
        <w:t xml:space="preserve"> в его откровении</w:t>
      </w:r>
      <w:r w:rsidR="0040431A" w:rsidRPr="00DA0238">
        <w:rPr>
          <w:lang w:val="ru-RU"/>
        </w:rPr>
        <w:t>,</w:t>
      </w:r>
      <w:r w:rsidRPr="00DA0238">
        <w:rPr>
          <w:lang w:val="ru-RU"/>
        </w:rPr>
        <w:t xml:space="preserve"> и </w:t>
      </w:r>
      <w:r w:rsidR="0040431A" w:rsidRPr="00DA0238">
        <w:rPr>
          <w:lang w:val="ru-RU"/>
        </w:rPr>
        <w:t xml:space="preserve">объясняет, </w:t>
      </w:r>
      <w:r w:rsidRPr="00DA0238">
        <w:rPr>
          <w:lang w:val="ru-RU"/>
        </w:rPr>
        <w:t>как это согласуется с опытом</w:t>
      </w:r>
      <w:r w:rsidR="008271E3">
        <w:rPr>
          <w:lang w:val="ru-RU"/>
        </w:rPr>
        <w:t xml:space="preserve"> </w:t>
      </w:r>
      <w:proofErr w:type="spellStart"/>
      <w:r w:rsidR="008271E3">
        <w:rPr>
          <w:lang w:val="ru-RU"/>
        </w:rPr>
        <w:t>самоупоенных</w:t>
      </w:r>
      <w:proofErr w:type="spellEnd"/>
      <w:r w:rsidR="008271E3">
        <w:rPr>
          <w:lang w:val="ru-RU"/>
        </w:rPr>
        <w:t xml:space="preserve"> </w:t>
      </w:r>
      <w:r w:rsidRPr="00DA0238">
        <w:rPr>
          <w:lang w:val="ru-RU"/>
        </w:rPr>
        <w:t>мудрецов</w:t>
      </w:r>
      <w:r w:rsidR="008271E3">
        <w:rPr>
          <w:lang w:val="ru-RU"/>
        </w:rPr>
        <w:t>-молчальников</w:t>
      </w:r>
      <w:r w:rsidRPr="00DA0238">
        <w:rPr>
          <w:lang w:val="ru-RU"/>
        </w:rPr>
        <w:t>. В том стихе слово "</w:t>
      </w:r>
      <w:proofErr w:type="spellStart"/>
      <w:r w:rsidRPr="00DA0238">
        <w:rPr>
          <w:rStyle w:val="TextTranslationItalic"/>
          <w:lang w:val="ru-RU"/>
        </w:rPr>
        <w:t>ниргрантах</w:t>
      </w:r>
      <w:proofErr w:type="spellEnd"/>
      <w:r w:rsidRPr="00DA0238">
        <w:rPr>
          <w:lang w:val="ru-RU"/>
        </w:rPr>
        <w:t>" [несвязанный] означает либо "не связанный заповедями писаний"</w:t>
      </w:r>
      <w:r w:rsidR="0040431A" w:rsidRPr="00DA0238">
        <w:rPr>
          <w:lang w:val="ru-RU"/>
        </w:rPr>
        <w:t>,</w:t>
      </w:r>
      <w:r w:rsidRPr="00DA0238">
        <w:rPr>
          <w:lang w:val="ru-RU"/>
        </w:rPr>
        <w:t xml:space="preserve"> либо "свободный от уз ложного самомнения". Слово "</w:t>
      </w:r>
      <w:proofErr w:type="spellStart"/>
      <w:r w:rsidRPr="00DA0238">
        <w:rPr>
          <w:rStyle w:val="TextTranslationItalic"/>
          <w:lang w:val="ru-RU"/>
        </w:rPr>
        <w:t>ахайтуким</w:t>
      </w:r>
      <w:proofErr w:type="spellEnd"/>
      <w:r w:rsidRPr="00DA0238">
        <w:rPr>
          <w:lang w:val="ru-RU"/>
        </w:rPr>
        <w:t xml:space="preserve">" означает "не желает плодов действия". И чтобы положить конец сомнениям, Шри </w:t>
      </w: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добавляет: "В самом деле природа Всевышнего такова, что даже самодостаточные </w:t>
      </w:r>
      <w:r w:rsidR="008271E3">
        <w:rPr>
          <w:lang w:val="ru-RU"/>
        </w:rPr>
        <w:t xml:space="preserve">и </w:t>
      </w:r>
      <w:proofErr w:type="spellStart"/>
      <w:r w:rsidR="008271E3">
        <w:rPr>
          <w:lang w:val="ru-RU"/>
        </w:rPr>
        <w:t>самоупоенные</w:t>
      </w:r>
      <w:proofErr w:type="spellEnd"/>
      <w:r w:rsidR="008271E3">
        <w:rPr>
          <w:lang w:val="ru-RU"/>
        </w:rPr>
        <w:t xml:space="preserve"> существа</w:t>
      </w:r>
      <w:r w:rsidRPr="00DA0238">
        <w:rPr>
          <w:lang w:val="ru-RU"/>
        </w:rPr>
        <w:t xml:space="preserve"> испытывают влечение к Нему".</w:t>
      </w:r>
    </w:p>
    <w:p w14:paraId="6CED2E15" w14:textId="77777777" w:rsidR="003B67ED" w:rsidRPr="00E32574" w:rsidRDefault="003B67ED" w:rsidP="004E41B6">
      <w:pPr>
        <w:ind w:firstLine="180"/>
        <w:rPr>
          <w:b/>
          <w:lang w:val="ru-RU"/>
        </w:rPr>
      </w:pPr>
    </w:p>
    <w:p w14:paraId="620DD15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E32574">
        <w:rPr>
          <w:lang w:val="ru-RU"/>
        </w:rPr>
        <w:t>В следующем стихе "</w:t>
      </w:r>
      <w:proofErr w:type="spellStart"/>
      <w:r w:rsidRPr="00E32574">
        <w:rPr>
          <w:rStyle w:val="TextTranslationItalic"/>
          <w:lang w:val="ru-RU"/>
        </w:rPr>
        <w:t>харер</w:t>
      </w:r>
      <w:proofErr w:type="spellEnd"/>
      <w:r w:rsidRPr="00E32574">
        <w:rPr>
          <w:lang w:val="ru-RU"/>
        </w:rPr>
        <w:t xml:space="preserve"> </w:t>
      </w:r>
      <w:r w:rsidRPr="00E32574">
        <w:rPr>
          <w:rStyle w:val="TextTranslationItalic"/>
          <w:lang w:val="ru-RU"/>
        </w:rPr>
        <w:t>гуна</w:t>
      </w:r>
      <w:r w:rsidRPr="00E32574">
        <w:rPr>
          <w:lang w:val="ru-RU"/>
        </w:rPr>
        <w:t>…" (</w:t>
      </w:r>
      <w:proofErr w:type="spellStart"/>
      <w:r w:rsidR="00E32574" w:rsidRPr="00E32574">
        <w:rPr>
          <w:i/>
          <w:lang w:val="ru-RU"/>
        </w:rPr>
        <w:t>Шримад</w:t>
      </w:r>
      <w:r w:rsidR="00E32574">
        <w:rPr>
          <w:lang w:val="ru-RU"/>
        </w:rPr>
        <w:t>-</w:t>
      </w:r>
      <w:r w:rsidRPr="00E32574">
        <w:rPr>
          <w:i/>
          <w:lang w:val="ru-RU"/>
        </w:rPr>
        <w:t>Бхагаватам</w:t>
      </w:r>
      <w:proofErr w:type="spellEnd"/>
      <w:r w:rsidRPr="00E32574">
        <w:rPr>
          <w:lang w:val="ru-RU"/>
        </w:rPr>
        <w:t xml:space="preserve"> 1.7.11) </w:t>
      </w:r>
      <w:proofErr w:type="spellStart"/>
      <w:r w:rsidRPr="00E32574">
        <w:rPr>
          <w:lang w:val="ru-RU"/>
        </w:rPr>
        <w:t>Сута</w:t>
      </w:r>
      <w:proofErr w:type="spellEnd"/>
      <w:r w:rsidRPr="00E32574">
        <w:rPr>
          <w:lang w:val="ru-RU"/>
        </w:rPr>
        <w:t xml:space="preserve"> повторяет</w:t>
      </w:r>
      <w:r>
        <w:rPr>
          <w:lang w:val="ru-RU"/>
        </w:rPr>
        <w:t xml:space="preserve"> эту мысль, ссылаясь на опыт Шри Шуки. Сначала он выходит из состояния блаженного покоя, увлекшись описанием </w:t>
      </w:r>
      <w:proofErr w:type="spellStart"/>
      <w:r>
        <w:rPr>
          <w:lang w:val="ru-RU"/>
        </w:rPr>
        <w:t>Вьясой</w:t>
      </w:r>
      <w:proofErr w:type="spellEnd"/>
      <w:r>
        <w:rPr>
          <w:lang w:val="ru-RU"/>
        </w:rPr>
        <w:t xml:space="preserve"> в нескольких стихах качеств Высшей Причины [Хари]. Потом Шука выслушивает всю </w:t>
      </w:r>
      <w:proofErr w:type="spellStart"/>
      <w:r>
        <w:rPr>
          <w:rStyle w:val="TextTranslationItalic"/>
          <w:lang w:val="ru-RU"/>
        </w:rPr>
        <w:t>Бхагавату</w:t>
      </w:r>
      <w:proofErr w:type="spellEnd"/>
      <w:r>
        <w:rPr>
          <w:lang w:val="ru-RU"/>
        </w:rPr>
        <w:t xml:space="preserve"> в полном виде. После он начинает питать дружескую приязнь к слугам Божьим, которая возрастает по мере того, как он вовлекается в беседу об играх Всевышнего с ними.</w:t>
      </w:r>
    </w:p>
    <w:p w14:paraId="4724DE3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C6E5F4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rStyle w:val="TextTranslationItalic"/>
          <w:lang w:val="ru-RU"/>
        </w:rPr>
        <w:t>Брахма</w:t>
      </w:r>
      <w:r w:rsidRPr="00DA0238">
        <w:rPr>
          <w:lang w:val="ru-RU"/>
        </w:rPr>
        <w:t>-</w:t>
      </w:r>
      <w:proofErr w:type="spellStart"/>
      <w:r w:rsidRPr="00DA0238">
        <w:rPr>
          <w:rStyle w:val="TextTranslationItalic"/>
          <w:lang w:val="ru-RU"/>
        </w:rPr>
        <w:t>ва</w:t>
      </w:r>
      <w:r w:rsidR="009E11F5" w:rsidRPr="00DA0238">
        <w:rPr>
          <w:rStyle w:val="TextTranslationItalic"/>
          <w:lang w:val="ru-RU"/>
        </w:rPr>
        <w:t>й</w:t>
      </w:r>
      <w:r w:rsidRPr="00DA0238">
        <w:rPr>
          <w:rStyle w:val="TextTranslationItalic"/>
          <w:lang w:val="ru-RU"/>
        </w:rPr>
        <w:t>варта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сообщает нам, что</w:t>
      </w:r>
      <w:r w:rsidR="009E11F5" w:rsidRPr="00DA0238">
        <w:rPr>
          <w:lang w:val="ru-RU"/>
        </w:rPr>
        <w:t>,</w:t>
      </w:r>
      <w:r w:rsidRPr="00DA0238">
        <w:rPr>
          <w:lang w:val="ru-RU"/>
        </w:rPr>
        <w:t xml:space="preserve"> будучи еще во чреве матери</w:t>
      </w:r>
      <w:r w:rsidR="009E11F5" w:rsidRPr="00DA0238">
        <w:rPr>
          <w:lang w:val="ru-RU"/>
        </w:rPr>
        <w:t>,</w:t>
      </w:r>
      <w:r w:rsidRPr="00DA0238">
        <w:rPr>
          <w:lang w:val="ru-RU"/>
        </w:rPr>
        <w:t xml:space="preserve"> Шука осознает, что Кришна способен одной лишь волею Своею устранить </w:t>
      </w:r>
      <w:r w:rsidR="007A784D">
        <w:rPr>
          <w:lang w:val="ru-RU"/>
        </w:rPr>
        <w:t>наши наваждения</w:t>
      </w:r>
      <w:r w:rsidRPr="00DA0238">
        <w:rPr>
          <w:lang w:val="ru-RU"/>
        </w:rPr>
        <w:t xml:space="preserve">. Как следствие, по просьбе Шуки </w:t>
      </w:r>
      <w:r w:rsidR="009E11F5" w:rsidRPr="00DA0238">
        <w:rPr>
          <w:lang w:val="ru-RU"/>
        </w:rPr>
        <w:t>Вьяса</w:t>
      </w:r>
      <w:r w:rsidRPr="00DA0238">
        <w:rPr>
          <w:lang w:val="ru-RU"/>
        </w:rPr>
        <w:t xml:space="preserve"> доставляет Всевышне</w:t>
      </w:r>
      <w:r w:rsidR="009E11F5" w:rsidRPr="00DA0238">
        <w:rPr>
          <w:lang w:val="ru-RU"/>
        </w:rPr>
        <w:t>го в свое жилище, и Шука, лицезр</w:t>
      </w:r>
      <w:r w:rsidRPr="00DA0238">
        <w:rPr>
          <w:lang w:val="ru-RU"/>
        </w:rPr>
        <w:t xml:space="preserve">я Бога, будучи еще в материнской утробе, освобождается от чар </w:t>
      </w:r>
      <w:r w:rsidRPr="00DA0238">
        <w:rPr>
          <w:rStyle w:val="TextTranslationItalic"/>
          <w:lang w:val="ru-RU"/>
        </w:rPr>
        <w:t>майи</w:t>
      </w:r>
      <w:r w:rsidRPr="00DA0238">
        <w:rPr>
          <w:lang w:val="ru-RU"/>
        </w:rPr>
        <w:t xml:space="preserve"> [</w:t>
      </w:r>
      <w:r w:rsidR="007A784D">
        <w:rPr>
          <w:lang w:val="ru-RU"/>
        </w:rPr>
        <w:t>наваждения</w:t>
      </w:r>
      <w:r w:rsidRPr="00DA0238">
        <w:rPr>
          <w:lang w:val="ru-RU"/>
        </w:rPr>
        <w:t xml:space="preserve">]. Сочтя, что уже достиг цели жизни, он покидает отчий дом и отправляется в странствие. Зная, что лишь стихами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Pr="00DA0238">
        <w:rPr>
          <w:lang w:val="ru-RU"/>
        </w:rPr>
        <w:t xml:space="preserve"> возможно вернуть себе сына, Вьяса устраивает так, что тот слышит </w:t>
      </w:r>
      <w:r w:rsidR="007A784D">
        <w:rPr>
          <w:lang w:val="ru-RU"/>
        </w:rPr>
        <w:t xml:space="preserve">от дровосеков </w:t>
      </w:r>
      <w:r w:rsidRPr="00DA0238">
        <w:rPr>
          <w:lang w:val="ru-RU"/>
        </w:rPr>
        <w:t xml:space="preserve">стихи сей повести, поющие о Красоте Шри Кришны. </w:t>
      </w:r>
      <w:r w:rsidR="007A784D">
        <w:rPr>
          <w:lang w:val="ru-RU"/>
        </w:rPr>
        <w:t>К</w:t>
      </w:r>
      <w:r w:rsidRPr="00DA0238">
        <w:rPr>
          <w:lang w:val="ru-RU"/>
        </w:rPr>
        <w:t xml:space="preserve">огда сын возвращается, </w:t>
      </w:r>
      <w:r w:rsidR="009E11F5" w:rsidRPr="00DA0238">
        <w:rPr>
          <w:lang w:val="ru-RU"/>
        </w:rPr>
        <w:t>великий</w:t>
      </w:r>
      <w:r w:rsidRPr="00DA0238">
        <w:rPr>
          <w:lang w:val="ru-RU"/>
        </w:rPr>
        <w:t xml:space="preserve"> </w:t>
      </w:r>
      <w:r w:rsidRPr="00DA0238">
        <w:rPr>
          <w:lang w:val="ru-RU"/>
        </w:rPr>
        <w:lastRenderedPageBreak/>
        <w:t>сказитель читает ему повесть заново, дополненную и исправленную. Так мир узнает Прекрасную Песнь Красоты (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>).</w:t>
      </w:r>
    </w:p>
    <w:p w14:paraId="614A7C4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18E033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Из сказанного мы заключаем, </w:t>
      </w:r>
      <w:r w:rsidR="007A784D">
        <w:rPr>
          <w:lang w:val="ru-RU"/>
        </w:rPr>
        <w:t xml:space="preserve">что </w:t>
      </w:r>
      <w:r w:rsidRPr="00DA0238">
        <w:rPr>
          <w:lang w:val="ru-RU"/>
        </w:rPr>
        <w:t>ра</w:t>
      </w:r>
      <w:r w:rsidR="003363FC" w:rsidRPr="00DA0238">
        <w:rPr>
          <w:lang w:val="ru-RU"/>
        </w:rPr>
        <w:t>сс</w:t>
      </w:r>
      <w:r w:rsidRPr="00DA0238">
        <w:rPr>
          <w:lang w:val="ru-RU"/>
        </w:rPr>
        <w:t xml:space="preserve">казчик </w:t>
      </w:r>
      <w:r w:rsidR="00A27ADE">
        <w:rPr>
          <w:lang w:val="ru-RU"/>
        </w:rPr>
        <w:t>(Шука) и вдохновитель (</w:t>
      </w:r>
      <w:r w:rsidRPr="00DA0238">
        <w:rPr>
          <w:lang w:val="ru-RU"/>
        </w:rPr>
        <w:t>Вьяса</w:t>
      </w:r>
      <w:r w:rsidR="00A27ADE">
        <w:rPr>
          <w:lang w:val="ru-RU"/>
        </w:rPr>
        <w:t>)</w:t>
      </w:r>
      <w:r w:rsidRPr="00DA0238">
        <w:rPr>
          <w:lang w:val="ru-RU"/>
        </w:rPr>
        <w:t xml:space="preserve"> испытали одинаковый опыт, одинакового свойства вдохновение. Человеку должно внимать послание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в духе откровен</w:t>
      </w:r>
      <w:r w:rsidR="003363FC" w:rsidRPr="00DA0238">
        <w:rPr>
          <w:lang w:val="ru-RU"/>
        </w:rPr>
        <w:t>ий Шри Шуки</w:t>
      </w:r>
      <w:r w:rsidRPr="00DA0238">
        <w:rPr>
          <w:lang w:val="ru-RU"/>
        </w:rPr>
        <w:t xml:space="preserve"> и никак иначе. Люб</w:t>
      </w:r>
      <w:r w:rsidR="00453317" w:rsidRPr="00DA0238">
        <w:rPr>
          <w:lang w:val="ru-RU"/>
        </w:rPr>
        <w:t>ое</w:t>
      </w:r>
      <w:r w:rsidRPr="00DA0238">
        <w:rPr>
          <w:lang w:val="ru-RU"/>
        </w:rPr>
        <w:t xml:space="preserve"> другое толкован</w:t>
      </w:r>
      <w:r w:rsidR="003363FC" w:rsidRPr="00DA0238">
        <w:rPr>
          <w:lang w:val="ru-RU"/>
        </w:rPr>
        <w:t>и</w:t>
      </w:r>
      <w:r w:rsidRPr="00DA0238">
        <w:rPr>
          <w:lang w:val="ru-RU"/>
        </w:rPr>
        <w:t>е следует воспринимать как досужий домысел, досадное отклонение от правды.</w:t>
      </w:r>
    </w:p>
    <w:p w14:paraId="401E058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AC72738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50</w:t>
      </w:r>
      <w:r w:rsidR="005C1978">
        <w:rPr>
          <w:b/>
          <w:lang w:val="ru-RU"/>
        </w:rPr>
        <w:t>.</w:t>
      </w:r>
    </w:p>
    <w:p w14:paraId="25387B7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2E5623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В шести </w:t>
      </w:r>
      <w:r w:rsidR="0003561F">
        <w:rPr>
          <w:lang w:val="ru-RU"/>
        </w:rPr>
        <w:t>моих Очерках</w:t>
      </w:r>
      <w:r w:rsidRPr="00DA0238">
        <w:rPr>
          <w:lang w:val="ru-RU"/>
        </w:rPr>
        <w:t xml:space="preserve"> я постара</w:t>
      </w:r>
      <w:r w:rsidR="0003561F">
        <w:rPr>
          <w:lang w:val="ru-RU"/>
        </w:rPr>
        <w:t>юсь</w:t>
      </w:r>
      <w:r w:rsidRPr="00DA0238">
        <w:rPr>
          <w:lang w:val="ru-RU"/>
        </w:rPr>
        <w:t xml:space="preserve"> рассмотреть послание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последовательно в свете трех категорий: связи, метода</w:t>
      </w:r>
      <w:r w:rsidRPr="00DA0238">
        <w:rPr>
          <w:rStyle w:val="TextTranslationItalic"/>
          <w:lang w:val="ru-RU"/>
        </w:rPr>
        <w:t xml:space="preserve"> </w:t>
      </w:r>
      <w:r w:rsidRPr="00DA0238">
        <w:rPr>
          <w:lang w:val="ru-RU"/>
        </w:rPr>
        <w:t>и</w:t>
      </w:r>
      <w:r w:rsidRPr="00DA0238">
        <w:rPr>
          <w:rStyle w:val="TextTranslationItalic"/>
          <w:lang w:val="ru-RU"/>
        </w:rPr>
        <w:t xml:space="preserve"> </w:t>
      </w:r>
      <w:r w:rsidRPr="00DA0238">
        <w:rPr>
          <w:lang w:val="ru-RU"/>
        </w:rPr>
        <w:t>цели</w:t>
      </w:r>
      <w:r w:rsidRPr="00DA0238">
        <w:rPr>
          <w:rStyle w:val="TextTranslationItalic"/>
          <w:lang w:val="ru-RU"/>
        </w:rPr>
        <w:t xml:space="preserve"> </w:t>
      </w:r>
      <w:r w:rsidRPr="00DA0238">
        <w:rPr>
          <w:lang w:val="ru-RU"/>
        </w:rPr>
        <w:t>[</w:t>
      </w:r>
      <w:proofErr w:type="spellStart"/>
      <w:r w:rsidR="003363FC" w:rsidRPr="00DA0238">
        <w:rPr>
          <w:rStyle w:val="TextTranslationItalic"/>
          <w:lang w:val="ru-RU"/>
        </w:rPr>
        <w:t>самбандхи</w:t>
      </w:r>
      <w:proofErr w:type="spellEnd"/>
      <w:r w:rsidRPr="00DA0238">
        <w:rPr>
          <w:rStyle w:val="TextTranslationItalic"/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абхидейи</w:t>
      </w:r>
      <w:proofErr w:type="spellEnd"/>
      <w:r w:rsidRPr="00DA0238">
        <w:rPr>
          <w:rStyle w:val="TextTranslationItalic"/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прайоджаны</w:t>
      </w:r>
      <w:proofErr w:type="spellEnd"/>
      <w:r w:rsidRPr="00DA0238">
        <w:rPr>
          <w:lang w:val="ru-RU"/>
        </w:rPr>
        <w:t xml:space="preserve">]. Настоящий, первый среди шести </w:t>
      </w:r>
      <w:r w:rsidR="0003561F">
        <w:rPr>
          <w:lang w:val="ru-RU"/>
        </w:rPr>
        <w:t>Очерков</w:t>
      </w:r>
      <w:r w:rsidR="003363FC" w:rsidRPr="00DA0238">
        <w:rPr>
          <w:lang w:val="ru-RU"/>
        </w:rPr>
        <w:t xml:space="preserve"> — </w:t>
      </w:r>
      <w:proofErr w:type="spellStart"/>
      <w:r w:rsidRPr="00DA0238">
        <w:rPr>
          <w:rStyle w:val="TextTranslationItalic"/>
          <w:lang w:val="ru-RU"/>
        </w:rPr>
        <w:t>Таттва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сандарбха</w:t>
      </w:r>
      <w:proofErr w:type="spellEnd"/>
      <w:r w:rsidRPr="00DA0238">
        <w:rPr>
          <w:lang w:val="ru-RU"/>
        </w:rPr>
        <w:t xml:space="preserve"> [об Истине]</w:t>
      </w:r>
      <w:r w:rsidR="003363FC" w:rsidRPr="00DA0238">
        <w:rPr>
          <w:lang w:val="ru-RU"/>
        </w:rPr>
        <w:t xml:space="preserve"> — </w:t>
      </w:r>
      <w:r w:rsidRPr="00DA0238">
        <w:rPr>
          <w:lang w:val="ru-RU"/>
        </w:rPr>
        <w:t xml:space="preserve">рассматривает связь между предметом обсуждения и словесным его описанием. Связь эта в общем виде означена </w:t>
      </w:r>
      <w:proofErr w:type="spellStart"/>
      <w:r w:rsidRPr="00DA0238">
        <w:rPr>
          <w:lang w:val="ru-RU"/>
        </w:rPr>
        <w:t>Вьясой</w:t>
      </w:r>
      <w:proofErr w:type="spellEnd"/>
      <w:r w:rsidRPr="00DA0238">
        <w:rPr>
          <w:lang w:val="ru-RU"/>
        </w:rPr>
        <w:t xml:space="preserve"> в тексте </w:t>
      </w:r>
      <w:r w:rsidR="0003561F">
        <w:rPr>
          <w:lang w:val="ru-RU"/>
        </w:rPr>
        <w:t>(</w:t>
      </w:r>
      <w:r w:rsidRPr="00DA0238">
        <w:rPr>
          <w:lang w:val="ru-RU"/>
        </w:rPr>
        <w:t>1.1.2</w:t>
      </w:r>
      <w:r w:rsidR="0003561F">
        <w:rPr>
          <w:lang w:val="ru-RU"/>
        </w:rPr>
        <w:t>)</w:t>
      </w:r>
      <w:r w:rsidRPr="00DA0238">
        <w:rPr>
          <w:lang w:val="ru-RU"/>
        </w:rPr>
        <w:t xml:space="preserve"> </w:t>
      </w:r>
      <w:proofErr w:type="spellStart"/>
      <w:r w:rsidR="0003561F" w:rsidRPr="0003561F">
        <w:rPr>
          <w:i/>
          <w:lang w:val="ru-RU"/>
        </w:rPr>
        <w:t>Шримад</w:t>
      </w:r>
      <w:r w:rsidR="0003561F">
        <w:rPr>
          <w:lang w:val="ru-RU"/>
        </w:rPr>
        <w:t>-</w:t>
      </w:r>
      <w:r w:rsidR="0003561F" w:rsidRPr="0003561F">
        <w:rPr>
          <w:i/>
          <w:lang w:val="ru-RU"/>
        </w:rPr>
        <w:t>Бхагаватам</w:t>
      </w:r>
      <w:proofErr w:type="spellEnd"/>
      <w:r w:rsidR="0003561F">
        <w:rPr>
          <w:lang w:val="ru-RU"/>
        </w:rPr>
        <w:t xml:space="preserve">: </w:t>
      </w:r>
      <w:r w:rsidRPr="00DA0238">
        <w:rPr>
          <w:lang w:val="ru-RU"/>
        </w:rPr>
        <w:t>"</w:t>
      </w:r>
      <w:proofErr w:type="spellStart"/>
      <w:r w:rsidR="00833CD8">
        <w:rPr>
          <w:rStyle w:val="TextTranslationItalic"/>
          <w:lang w:val="ru-RU"/>
        </w:rPr>
        <w:t>ведйа</w:t>
      </w:r>
      <w:r w:rsidRPr="00DA0238">
        <w:rPr>
          <w:rStyle w:val="TextTranslationItalic"/>
          <w:lang w:val="ru-RU"/>
        </w:rPr>
        <w:t>м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ваставам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атра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васту</w:t>
      </w:r>
      <w:proofErr w:type="spellEnd"/>
      <w:r w:rsidRPr="00DA0238">
        <w:rPr>
          <w:lang w:val="ru-RU"/>
        </w:rPr>
        <w:t>…</w:t>
      </w:r>
      <w:r w:rsidR="003363FC" w:rsidRPr="00DA0238">
        <w:rPr>
          <w:lang w:val="ru-RU"/>
        </w:rPr>
        <w:t>":</w:t>
      </w:r>
      <w:r w:rsidRPr="00DA0238">
        <w:rPr>
          <w:lang w:val="ru-RU"/>
        </w:rPr>
        <w:t xml:space="preserve"> "</w:t>
      </w:r>
      <w:r w:rsidR="003363FC" w:rsidRPr="00DA0238">
        <w:rPr>
          <w:lang w:val="ru-RU"/>
        </w:rPr>
        <w:t>п</w:t>
      </w:r>
      <w:r w:rsidRPr="00DA0238">
        <w:rPr>
          <w:lang w:val="ru-RU"/>
        </w:rPr>
        <w:t xml:space="preserve">редмет познания – подлинная реальность". В комментарии к стиху Шри </w:t>
      </w:r>
      <w:proofErr w:type="spellStart"/>
      <w:r w:rsidRPr="00DA0238">
        <w:rPr>
          <w:lang w:val="ru-RU"/>
        </w:rPr>
        <w:t>Шридхара</w:t>
      </w:r>
      <w:proofErr w:type="spellEnd"/>
      <w:r w:rsidRPr="00DA0238">
        <w:rPr>
          <w:lang w:val="ru-RU"/>
        </w:rPr>
        <w:t xml:space="preserve"> Свами пишет: "В сей Прекрасной Песне [</w:t>
      </w:r>
      <w:proofErr w:type="spellStart"/>
      <w:r w:rsidRPr="00DA0238">
        <w:rPr>
          <w:rStyle w:val="TextTranslationItalic"/>
          <w:lang w:val="ru-RU"/>
        </w:rPr>
        <w:t>Бхагавате</w:t>
      </w:r>
      <w:proofErr w:type="spellEnd"/>
      <w:r w:rsidRPr="00DA0238">
        <w:rPr>
          <w:lang w:val="ru-RU"/>
        </w:rPr>
        <w:t xml:space="preserve">] речь идет об окончательной действительности в ее высшем проявлении, а не только началах, качествах, действии, общности, раздельности и </w:t>
      </w:r>
      <w:proofErr w:type="spellStart"/>
      <w:r w:rsidRPr="00DA0238">
        <w:rPr>
          <w:lang w:val="ru-RU"/>
        </w:rPr>
        <w:t>сцепленности</w:t>
      </w:r>
      <w:proofErr w:type="spellEnd"/>
      <w:r w:rsidRPr="00DA0238">
        <w:rPr>
          <w:lang w:val="ru-RU"/>
        </w:rPr>
        <w:t xml:space="preserve"> [</w:t>
      </w:r>
      <w:proofErr w:type="spellStart"/>
      <w:r w:rsidRPr="00DA0238">
        <w:rPr>
          <w:rStyle w:val="TextTranslationItalic"/>
          <w:lang w:val="ru-RU"/>
        </w:rPr>
        <w:t>драва</w:t>
      </w:r>
      <w:proofErr w:type="spellEnd"/>
      <w:r w:rsidRPr="00DA0238">
        <w:rPr>
          <w:lang w:val="ru-RU"/>
        </w:rPr>
        <w:t xml:space="preserve">, </w:t>
      </w:r>
      <w:r w:rsidRPr="00DA0238">
        <w:rPr>
          <w:rStyle w:val="TextTranslationItalic"/>
          <w:lang w:val="ru-RU"/>
        </w:rPr>
        <w:t>гуна</w:t>
      </w:r>
      <w:r w:rsidRPr="00DA0238">
        <w:rPr>
          <w:lang w:val="ru-RU"/>
        </w:rPr>
        <w:t xml:space="preserve">, </w:t>
      </w:r>
      <w:r w:rsidRPr="00DA0238">
        <w:rPr>
          <w:rStyle w:val="TextTranslationItalic"/>
          <w:lang w:val="ru-RU"/>
        </w:rPr>
        <w:t>карма</w:t>
      </w:r>
      <w:r w:rsidRPr="00DA0238">
        <w:rPr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саманья</w:t>
      </w:r>
      <w:proofErr w:type="spellEnd"/>
      <w:r w:rsidRPr="00DA0238">
        <w:rPr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вайшеша</w:t>
      </w:r>
      <w:proofErr w:type="spellEnd"/>
      <w:r w:rsidRPr="00DA0238">
        <w:rPr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самавайя</w:t>
      </w:r>
      <w:proofErr w:type="spellEnd"/>
      <w:r w:rsidRPr="00DA0238">
        <w:rPr>
          <w:lang w:val="ru-RU"/>
        </w:rPr>
        <w:t>], как рассматривают ее философи</w:t>
      </w:r>
      <w:r w:rsidR="0003561F">
        <w:rPr>
          <w:lang w:val="ru-RU"/>
        </w:rPr>
        <w:t>я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Вайшешика</w:t>
      </w:r>
      <w:r w:rsidRPr="00DA0238">
        <w:rPr>
          <w:lang w:val="ru-RU"/>
        </w:rPr>
        <w:t xml:space="preserve"> [познание через познание особенностей] и прочие учения".</w:t>
      </w:r>
    </w:p>
    <w:p w14:paraId="34F4C31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CED72FF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51</w:t>
      </w:r>
      <w:r w:rsidR="005C1978">
        <w:rPr>
          <w:b/>
          <w:lang w:val="ru-RU"/>
        </w:rPr>
        <w:t>.</w:t>
      </w:r>
    </w:p>
    <w:p w14:paraId="2C61741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1B016FC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"Какова природа окончательной реальности?" – задаются вопросом мудрецы.</w:t>
      </w:r>
    </w:p>
    <w:p w14:paraId="4B6E9FF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DFB4EBF" w14:textId="77777777" w:rsidR="003B67ED" w:rsidRDefault="002B41BF" w:rsidP="004E41B6">
      <w:pPr>
        <w:pStyle w:val="TextTranslation"/>
        <w:ind w:firstLine="180"/>
        <w:outlineLvl w:val="0"/>
        <w:rPr>
          <w:lang w:val="ru-RU"/>
        </w:rPr>
      </w:pP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отвечает </w:t>
      </w:r>
      <w:r w:rsidR="00A27ADE">
        <w:rPr>
          <w:lang w:val="ru-RU"/>
        </w:rPr>
        <w:t>(</w:t>
      </w:r>
      <w:proofErr w:type="spellStart"/>
      <w:r w:rsidR="00833CD8" w:rsidRPr="00833CD8">
        <w:rPr>
          <w:i/>
          <w:lang w:val="ru-RU"/>
        </w:rPr>
        <w:t>Шримад</w:t>
      </w:r>
      <w:r w:rsidR="00833CD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rStyle w:val="TextTranslationItalic"/>
          <w:lang w:val="ru-RU"/>
        </w:rPr>
        <w:t xml:space="preserve"> </w:t>
      </w:r>
      <w:r w:rsidR="00A27ADE">
        <w:rPr>
          <w:lang w:val="ru-RU"/>
        </w:rPr>
        <w:t>1.2.11)</w:t>
      </w:r>
      <w:r w:rsidRPr="00DA0238">
        <w:rPr>
          <w:lang w:val="ru-RU"/>
        </w:rPr>
        <w:t>:</w:t>
      </w:r>
    </w:p>
    <w:p w14:paraId="5D08DFEF" w14:textId="77777777" w:rsidR="00805967" w:rsidRPr="00DA0238" w:rsidRDefault="00805967" w:rsidP="004E41B6">
      <w:pPr>
        <w:pStyle w:val="TextTranslation"/>
        <w:ind w:firstLine="180"/>
        <w:outlineLvl w:val="0"/>
        <w:rPr>
          <w:lang w:val="ru-RU"/>
        </w:rPr>
      </w:pPr>
    </w:p>
    <w:p w14:paraId="3883B8E7" w14:textId="77777777" w:rsidR="00805967" w:rsidRPr="00805967" w:rsidRDefault="00805967" w:rsidP="00805967">
      <w:pPr>
        <w:ind w:firstLine="180"/>
        <w:rPr>
          <w:b/>
          <w:i/>
          <w:lang w:val="ru-RU"/>
        </w:rPr>
      </w:pPr>
      <w:proofErr w:type="spellStart"/>
      <w:r w:rsidRPr="00805967">
        <w:rPr>
          <w:b/>
          <w:i/>
          <w:lang w:val="ru-RU"/>
        </w:rPr>
        <w:t>ваданти</w:t>
      </w:r>
      <w:proofErr w:type="spellEnd"/>
      <w:r w:rsidRPr="00805967">
        <w:rPr>
          <w:b/>
          <w:i/>
          <w:lang w:val="ru-RU"/>
        </w:rPr>
        <w:t xml:space="preserve"> тат </w:t>
      </w:r>
      <w:proofErr w:type="spellStart"/>
      <w:r w:rsidRPr="00805967">
        <w:rPr>
          <w:b/>
          <w:i/>
          <w:lang w:val="ru-RU"/>
        </w:rPr>
        <w:t>таттва-видас</w:t>
      </w:r>
      <w:proofErr w:type="spellEnd"/>
    </w:p>
    <w:p w14:paraId="30595108" w14:textId="77777777" w:rsidR="00805967" w:rsidRPr="00805967" w:rsidRDefault="00805967" w:rsidP="00805967">
      <w:pPr>
        <w:ind w:firstLine="180"/>
        <w:rPr>
          <w:b/>
          <w:i/>
          <w:lang w:val="ru-RU"/>
        </w:rPr>
      </w:pPr>
      <w:proofErr w:type="spellStart"/>
      <w:r w:rsidRPr="00805967">
        <w:rPr>
          <w:b/>
          <w:i/>
          <w:lang w:val="ru-RU"/>
        </w:rPr>
        <w:t>таттвам</w:t>
      </w:r>
      <w:proofErr w:type="spellEnd"/>
      <w:r w:rsidRPr="00805967">
        <w:rPr>
          <w:b/>
          <w:i/>
          <w:lang w:val="ru-RU"/>
        </w:rPr>
        <w:t xml:space="preserve"> </w:t>
      </w:r>
      <w:proofErr w:type="spellStart"/>
      <w:r w:rsidRPr="00805967">
        <w:rPr>
          <w:b/>
          <w:i/>
          <w:lang w:val="ru-RU"/>
        </w:rPr>
        <w:t>йадж</w:t>
      </w:r>
      <w:proofErr w:type="spellEnd"/>
      <w:r w:rsidRPr="00805967">
        <w:rPr>
          <w:b/>
          <w:i/>
          <w:lang w:val="ru-RU"/>
        </w:rPr>
        <w:t xml:space="preserve"> </w:t>
      </w:r>
      <w:proofErr w:type="spellStart"/>
      <w:r w:rsidRPr="00805967">
        <w:rPr>
          <w:b/>
          <w:i/>
          <w:lang w:val="ru-RU"/>
        </w:rPr>
        <w:t>джнанам</w:t>
      </w:r>
      <w:proofErr w:type="spellEnd"/>
      <w:r w:rsidRPr="00805967">
        <w:rPr>
          <w:b/>
          <w:i/>
          <w:lang w:val="ru-RU"/>
        </w:rPr>
        <w:t xml:space="preserve"> </w:t>
      </w:r>
      <w:proofErr w:type="spellStart"/>
      <w:r w:rsidRPr="00805967">
        <w:rPr>
          <w:b/>
          <w:i/>
          <w:lang w:val="ru-RU"/>
        </w:rPr>
        <w:t>адвайам</w:t>
      </w:r>
      <w:proofErr w:type="spellEnd"/>
    </w:p>
    <w:p w14:paraId="6D8674F3" w14:textId="77777777" w:rsidR="00805967" w:rsidRPr="00805967" w:rsidRDefault="00805967" w:rsidP="00805967">
      <w:pPr>
        <w:ind w:firstLine="180"/>
        <w:rPr>
          <w:b/>
          <w:i/>
          <w:lang w:val="ru-RU"/>
        </w:rPr>
      </w:pPr>
      <w:proofErr w:type="spellStart"/>
      <w:r w:rsidRPr="00805967">
        <w:rPr>
          <w:b/>
          <w:i/>
          <w:lang w:val="ru-RU"/>
        </w:rPr>
        <w:t>брахмети</w:t>
      </w:r>
      <w:proofErr w:type="spellEnd"/>
      <w:r w:rsidRPr="00805967">
        <w:rPr>
          <w:b/>
          <w:i/>
          <w:lang w:val="ru-RU"/>
        </w:rPr>
        <w:t xml:space="preserve"> </w:t>
      </w:r>
      <w:proofErr w:type="spellStart"/>
      <w:r w:rsidRPr="00805967">
        <w:rPr>
          <w:b/>
          <w:i/>
          <w:lang w:val="ru-RU"/>
        </w:rPr>
        <w:t>параматмети</w:t>
      </w:r>
      <w:proofErr w:type="spellEnd"/>
    </w:p>
    <w:p w14:paraId="5A416E56" w14:textId="77777777" w:rsidR="00805967" w:rsidRPr="00805967" w:rsidRDefault="00805967" w:rsidP="00805967">
      <w:pPr>
        <w:ind w:firstLine="180"/>
        <w:rPr>
          <w:b/>
          <w:i/>
          <w:lang w:val="ru-RU"/>
        </w:rPr>
      </w:pPr>
      <w:r w:rsidRPr="00805967">
        <w:rPr>
          <w:b/>
          <w:i/>
          <w:lang w:val="ru-RU"/>
        </w:rPr>
        <w:t xml:space="preserve">бхагаван </w:t>
      </w:r>
      <w:proofErr w:type="spellStart"/>
      <w:r w:rsidRPr="00805967">
        <w:rPr>
          <w:b/>
          <w:i/>
          <w:lang w:val="ru-RU"/>
        </w:rPr>
        <w:t>ити</w:t>
      </w:r>
      <w:proofErr w:type="spellEnd"/>
      <w:r w:rsidRPr="00805967">
        <w:rPr>
          <w:b/>
          <w:i/>
          <w:lang w:val="ru-RU"/>
        </w:rPr>
        <w:t xml:space="preserve"> </w:t>
      </w:r>
      <w:proofErr w:type="spellStart"/>
      <w:r w:rsidRPr="00805967">
        <w:rPr>
          <w:b/>
          <w:i/>
          <w:lang w:val="ru-RU"/>
        </w:rPr>
        <w:t>шабдйате</w:t>
      </w:r>
      <w:proofErr w:type="spellEnd"/>
    </w:p>
    <w:p w14:paraId="1B32ADD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243C75C" w14:textId="77777777" w:rsidR="00805967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"Постигшие высшую </w:t>
      </w:r>
      <w:r w:rsidR="00805967">
        <w:rPr>
          <w:lang w:val="ru-RU"/>
        </w:rPr>
        <w:t>Действительность</w:t>
      </w:r>
      <w:r w:rsidRPr="00DA0238">
        <w:rPr>
          <w:lang w:val="ru-RU"/>
        </w:rPr>
        <w:t xml:space="preserve"> именуют ее </w:t>
      </w:r>
      <w:proofErr w:type="spellStart"/>
      <w:r w:rsidRPr="00DA0238">
        <w:rPr>
          <w:lang w:val="ru-RU"/>
        </w:rPr>
        <w:t>недвойственным</w:t>
      </w:r>
      <w:proofErr w:type="spellEnd"/>
      <w:r w:rsidRPr="00DA0238">
        <w:rPr>
          <w:lang w:val="ru-RU"/>
        </w:rPr>
        <w:t xml:space="preserve"> сознанием"</w:t>
      </w:r>
      <w:r w:rsidR="003363FC" w:rsidRPr="00DA0238">
        <w:rPr>
          <w:lang w:val="ru-RU"/>
        </w:rPr>
        <w:t>.</w:t>
      </w:r>
    </w:p>
    <w:p w14:paraId="7D43B503" w14:textId="77777777" w:rsidR="00805967" w:rsidRDefault="00805967" w:rsidP="004E41B6">
      <w:pPr>
        <w:pStyle w:val="TextTranslation"/>
        <w:ind w:firstLine="180"/>
        <w:rPr>
          <w:lang w:val="ru-RU"/>
        </w:rPr>
      </w:pPr>
    </w:p>
    <w:p w14:paraId="298434D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Здесь слово "</w:t>
      </w:r>
      <w:proofErr w:type="spellStart"/>
      <w:r w:rsidRPr="00DA0238">
        <w:rPr>
          <w:rStyle w:val="TextTranslationItalic"/>
          <w:lang w:val="ru-RU"/>
        </w:rPr>
        <w:t>гьяна</w:t>
      </w:r>
      <w:proofErr w:type="spellEnd"/>
      <w:r w:rsidRPr="00DA0238">
        <w:rPr>
          <w:lang w:val="ru-RU"/>
        </w:rPr>
        <w:t>" [знание] указывает на некую Сущность, чья природа</w:t>
      </w:r>
      <w:r w:rsidR="003363FC" w:rsidRPr="00DA0238">
        <w:rPr>
          <w:lang w:val="ru-RU"/>
        </w:rPr>
        <w:t xml:space="preserve"> — </w:t>
      </w:r>
      <w:r w:rsidRPr="00DA0238">
        <w:rPr>
          <w:lang w:val="ru-RU"/>
        </w:rPr>
        <w:t xml:space="preserve">чистое сознание. Упомянутая Сущность именуется здесь </w:t>
      </w:r>
      <w:proofErr w:type="spellStart"/>
      <w:r w:rsidRPr="00DA0238">
        <w:rPr>
          <w:lang w:val="ru-RU"/>
        </w:rPr>
        <w:t>недвойственной</w:t>
      </w:r>
      <w:proofErr w:type="spellEnd"/>
      <w:r w:rsidRPr="00DA0238">
        <w:rPr>
          <w:lang w:val="ru-RU"/>
        </w:rPr>
        <w:t xml:space="preserve"> [</w:t>
      </w:r>
      <w:proofErr w:type="spellStart"/>
      <w:r w:rsidRPr="00DA0238">
        <w:rPr>
          <w:rStyle w:val="TextTranslationItalic"/>
          <w:lang w:val="ru-RU"/>
        </w:rPr>
        <w:t>адвайа</w:t>
      </w:r>
      <w:proofErr w:type="spellEnd"/>
      <w:r w:rsidRPr="00DA0238">
        <w:rPr>
          <w:lang w:val="ru-RU"/>
        </w:rPr>
        <w:t xml:space="preserve">] по </w:t>
      </w:r>
      <w:r w:rsidR="00665067" w:rsidRPr="00DA0238">
        <w:rPr>
          <w:lang w:val="ru-RU"/>
        </w:rPr>
        <w:t>следующим</w:t>
      </w:r>
      <w:r w:rsidRPr="00DA0238">
        <w:rPr>
          <w:lang w:val="ru-RU"/>
        </w:rPr>
        <w:t xml:space="preserve"> причинам: (1) не существует ничего равного или не равного Ей, Она </w:t>
      </w:r>
      <w:proofErr w:type="spellStart"/>
      <w:r w:rsidRPr="00DA0238">
        <w:rPr>
          <w:lang w:val="ru-RU"/>
        </w:rPr>
        <w:t>самосуща</w:t>
      </w:r>
      <w:proofErr w:type="spellEnd"/>
      <w:r w:rsidRPr="00DA0238">
        <w:rPr>
          <w:lang w:val="ru-RU"/>
        </w:rPr>
        <w:t>; (2) Она основывает Свое бытие в Самой Себе, в Своих силах</w:t>
      </w:r>
      <w:r w:rsidR="00582274" w:rsidRPr="00DA0238">
        <w:rPr>
          <w:lang w:val="ru-RU"/>
        </w:rPr>
        <w:t>; и</w:t>
      </w:r>
      <w:r w:rsidRPr="00DA0238">
        <w:rPr>
          <w:lang w:val="ru-RU"/>
        </w:rPr>
        <w:t xml:space="preserve"> (3) эти силы не могут существовать без Нее как своей основы.</w:t>
      </w:r>
    </w:p>
    <w:p w14:paraId="4FEB28F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B8E786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Понятие </w:t>
      </w:r>
      <w:proofErr w:type="spellStart"/>
      <w:r w:rsidRPr="00DA0238">
        <w:rPr>
          <w:rStyle w:val="TextTranslationItalic"/>
          <w:lang w:val="ru-RU"/>
        </w:rPr>
        <w:t>таттва</w:t>
      </w:r>
      <w:proofErr w:type="spellEnd"/>
      <w:r w:rsidRPr="00DA0238">
        <w:rPr>
          <w:lang w:val="ru-RU"/>
        </w:rPr>
        <w:t xml:space="preserve"> [</w:t>
      </w:r>
      <w:r w:rsidR="00805967">
        <w:rPr>
          <w:lang w:val="ru-RU"/>
        </w:rPr>
        <w:t>действительность</w:t>
      </w:r>
      <w:r w:rsidRPr="00DA0238">
        <w:rPr>
          <w:lang w:val="ru-RU"/>
        </w:rPr>
        <w:t>] здесь за</w:t>
      </w:r>
      <w:r w:rsidR="00582274" w:rsidRPr="00DA0238">
        <w:rPr>
          <w:lang w:val="ru-RU"/>
        </w:rPr>
        <w:t>к</w:t>
      </w:r>
      <w:r w:rsidRPr="00DA0238">
        <w:rPr>
          <w:lang w:val="ru-RU"/>
        </w:rPr>
        <w:t>лючает в себе и цель бытия. Следовательно</w:t>
      </w:r>
      <w:r w:rsidR="00582274" w:rsidRPr="00DA0238">
        <w:rPr>
          <w:lang w:val="ru-RU"/>
        </w:rPr>
        <w:t>,</w:t>
      </w:r>
      <w:r w:rsidRPr="00DA0238">
        <w:rPr>
          <w:lang w:val="ru-RU"/>
        </w:rPr>
        <w:t xml:space="preserve"> она</w:t>
      </w:r>
      <w:r w:rsidR="00582274" w:rsidRPr="00DA0238">
        <w:rPr>
          <w:lang w:val="ru-RU"/>
        </w:rPr>
        <w:t xml:space="preserve"> — </w:t>
      </w:r>
      <w:r w:rsidRPr="00DA0238">
        <w:rPr>
          <w:lang w:val="ru-RU"/>
        </w:rPr>
        <w:t>реальность</w:t>
      </w:r>
      <w:r w:rsidR="00582274" w:rsidRPr="00DA0238">
        <w:rPr>
          <w:lang w:val="ru-RU"/>
        </w:rPr>
        <w:t xml:space="preserve"> — </w:t>
      </w:r>
      <w:r w:rsidRPr="00DA0238">
        <w:rPr>
          <w:lang w:val="ru-RU"/>
        </w:rPr>
        <w:t>представляет собой воплощение высшего блаженства и потому тоже вечна.</w:t>
      </w:r>
    </w:p>
    <w:p w14:paraId="73AE9D0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CCAEE90" w14:textId="77777777" w:rsidR="003B67ED" w:rsidRPr="00DA0238" w:rsidRDefault="002B41BF" w:rsidP="004E41B6">
      <w:pPr>
        <w:pStyle w:val="TextTranslation"/>
        <w:ind w:firstLine="180"/>
        <w:outlineLvl w:val="0"/>
        <w:rPr>
          <w:lang w:val="ru-RU"/>
        </w:rPr>
      </w:pPr>
      <w:r w:rsidRPr="00DA0238">
        <w:rPr>
          <w:lang w:val="ru-RU"/>
        </w:rPr>
        <w:t xml:space="preserve">Такова линия рассуждения Шри </w:t>
      </w:r>
      <w:proofErr w:type="spellStart"/>
      <w:r w:rsidRPr="00DA0238">
        <w:rPr>
          <w:lang w:val="ru-RU"/>
        </w:rPr>
        <w:t>Суты</w:t>
      </w:r>
      <w:proofErr w:type="spellEnd"/>
      <w:r w:rsidRPr="00DA0238">
        <w:rPr>
          <w:lang w:val="ru-RU"/>
        </w:rPr>
        <w:t>.</w:t>
      </w:r>
    </w:p>
    <w:p w14:paraId="602EB5B2" w14:textId="77777777" w:rsidR="003B67ED" w:rsidRPr="00F132E5" w:rsidRDefault="003B67ED" w:rsidP="004E41B6">
      <w:pPr>
        <w:ind w:firstLine="180"/>
        <w:rPr>
          <w:b/>
          <w:lang w:val="ru-RU"/>
        </w:rPr>
      </w:pPr>
    </w:p>
    <w:p w14:paraId="7AFD4E05" w14:textId="77777777" w:rsidR="003B67ED" w:rsidRPr="00F132E5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F132E5">
        <w:rPr>
          <w:b/>
          <w:lang w:val="ru-RU"/>
        </w:rPr>
        <w:t>52</w:t>
      </w:r>
      <w:r w:rsidR="005C1978" w:rsidRPr="00F132E5">
        <w:rPr>
          <w:b/>
          <w:lang w:val="ru-RU"/>
        </w:rPr>
        <w:t>.</w:t>
      </w:r>
    </w:p>
    <w:p w14:paraId="62A70648" w14:textId="77777777" w:rsidR="003B67ED" w:rsidRPr="00F132E5" w:rsidRDefault="003B67ED" w:rsidP="004E41B6">
      <w:pPr>
        <w:ind w:firstLine="180"/>
        <w:rPr>
          <w:b/>
          <w:lang w:val="ru-RU"/>
        </w:rPr>
      </w:pPr>
    </w:p>
    <w:p w14:paraId="3CA8EAB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lastRenderedPageBreak/>
        <w:t>Может возникнуть вопрос:</w:t>
      </w:r>
      <w:r w:rsidR="00FD0C80" w:rsidRPr="00DA0238">
        <w:rPr>
          <w:lang w:val="ru-RU"/>
        </w:rPr>
        <w:t xml:space="preserve"> </w:t>
      </w:r>
      <w:r w:rsidR="00EE12DF" w:rsidRPr="00DA0238">
        <w:rPr>
          <w:lang w:val="ru-RU"/>
        </w:rPr>
        <w:t>если наши впечатления мимолетны</w:t>
      </w:r>
      <w:r w:rsidRPr="00DA0238">
        <w:rPr>
          <w:lang w:val="ru-RU"/>
        </w:rPr>
        <w:t xml:space="preserve"> </w:t>
      </w:r>
      <w:r w:rsidR="00EE12DF" w:rsidRPr="00DA0238">
        <w:rPr>
          <w:lang w:val="ru-RU"/>
        </w:rPr>
        <w:t>(</w:t>
      </w:r>
      <w:r w:rsidRPr="00DA0238">
        <w:rPr>
          <w:lang w:val="ru-RU"/>
        </w:rPr>
        <w:t>например</w:t>
      </w:r>
      <w:r w:rsidR="00EE12DF" w:rsidRPr="00DA0238">
        <w:rPr>
          <w:lang w:val="ru-RU"/>
        </w:rPr>
        <w:t>,</w:t>
      </w:r>
      <w:r w:rsidRPr="00DA0238">
        <w:rPr>
          <w:lang w:val="ru-RU"/>
        </w:rPr>
        <w:t xml:space="preserve"> сейчас я наблюдаю </w:t>
      </w:r>
      <w:r w:rsidR="00BE3D34">
        <w:rPr>
          <w:lang w:val="ru-RU"/>
        </w:rPr>
        <w:t>синий</w:t>
      </w:r>
      <w:r w:rsidRPr="00DA0238">
        <w:rPr>
          <w:lang w:val="ru-RU"/>
        </w:rPr>
        <w:t xml:space="preserve"> предмет, а в следующий миг</w:t>
      </w:r>
      <w:r w:rsidR="00EE12DF" w:rsidRPr="00DA0238">
        <w:rPr>
          <w:lang w:val="ru-RU"/>
        </w:rPr>
        <w:t xml:space="preserve"> — </w:t>
      </w:r>
      <w:r w:rsidRPr="00DA0238">
        <w:rPr>
          <w:lang w:val="ru-RU"/>
        </w:rPr>
        <w:t>желтый</w:t>
      </w:r>
      <w:r w:rsidR="00EE12DF" w:rsidRPr="00DA0238">
        <w:rPr>
          <w:lang w:val="ru-RU"/>
        </w:rPr>
        <w:t>)</w:t>
      </w:r>
      <w:r w:rsidRPr="00DA0238">
        <w:rPr>
          <w:lang w:val="ru-RU"/>
        </w:rPr>
        <w:t xml:space="preserve">, почему в Писании </w:t>
      </w:r>
      <w:r w:rsidR="00A27ADE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="00A27ADE">
        <w:rPr>
          <w:lang w:val="ru-RU"/>
        </w:rPr>
        <w:t>)</w:t>
      </w:r>
      <w:r w:rsidRPr="00DA0238">
        <w:rPr>
          <w:lang w:val="ru-RU"/>
        </w:rPr>
        <w:t xml:space="preserve"> сознание называется </w:t>
      </w:r>
      <w:proofErr w:type="spellStart"/>
      <w:r w:rsidRPr="00DA0238">
        <w:rPr>
          <w:lang w:val="ru-RU"/>
        </w:rPr>
        <w:t>недвойственным</w:t>
      </w:r>
      <w:proofErr w:type="spellEnd"/>
      <w:r w:rsidRPr="00DA0238">
        <w:rPr>
          <w:lang w:val="ru-RU"/>
        </w:rPr>
        <w:t xml:space="preserve"> и вечным?</w:t>
      </w:r>
    </w:p>
    <w:p w14:paraId="37418AA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8703101" w14:textId="77777777" w:rsidR="003B67ED" w:rsidRDefault="002B41BF" w:rsidP="004E41B6">
      <w:pPr>
        <w:pStyle w:val="TextTranslation"/>
        <w:ind w:firstLine="180"/>
        <w:outlineLvl w:val="0"/>
        <w:rPr>
          <w:lang w:val="ru-RU"/>
        </w:rPr>
      </w:pPr>
      <w:r w:rsidRPr="00DA0238">
        <w:rPr>
          <w:lang w:val="ru-RU"/>
        </w:rPr>
        <w:t xml:space="preserve">На это </w:t>
      </w: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отвечает:</w:t>
      </w:r>
    </w:p>
    <w:p w14:paraId="3314F07F" w14:textId="77777777" w:rsidR="00630B78" w:rsidRPr="00DA0238" w:rsidRDefault="00630B78" w:rsidP="004E41B6">
      <w:pPr>
        <w:pStyle w:val="TextTranslation"/>
        <w:ind w:firstLine="180"/>
        <w:outlineLvl w:val="0"/>
        <w:rPr>
          <w:lang w:val="ru-RU"/>
        </w:rPr>
      </w:pPr>
    </w:p>
    <w:p w14:paraId="455AF8A6" w14:textId="77777777" w:rsidR="00630B78" w:rsidRPr="00630B78" w:rsidRDefault="00630B78" w:rsidP="00630B78">
      <w:pPr>
        <w:ind w:firstLine="180"/>
        <w:rPr>
          <w:b/>
          <w:i/>
          <w:lang w:val="ru-RU"/>
        </w:rPr>
      </w:pPr>
      <w:proofErr w:type="spellStart"/>
      <w:r w:rsidRPr="00630B78">
        <w:rPr>
          <w:b/>
          <w:i/>
          <w:lang w:val="ru-RU"/>
        </w:rPr>
        <w:t>сарва</w:t>
      </w:r>
      <w:proofErr w:type="spellEnd"/>
      <w:r w:rsidRPr="00630B78">
        <w:rPr>
          <w:b/>
          <w:i/>
          <w:lang w:val="ru-RU"/>
        </w:rPr>
        <w:t xml:space="preserve">-веданта-сарам </w:t>
      </w:r>
      <w:proofErr w:type="spellStart"/>
      <w:r w:rsidRPr="00630B78">
        <w:rPr>
          <w:b/>
          <w:i/>
          <w:lang w:val="ru-RU"/>
        </w:rPr>
        <w:t>йад</w:t>
      </w:r>
      <w:proofErr w:type="spellEnd"/>
    </w:p>
    <w:p w14:paraId="4E01E134" w14:textId="77777777" w:rsidR="00630B78" w:rsidRPr="00630B78" w:rsidRDefault="00630B78" w:rsidP="00630B78">
      <w:pPr>
        <w:ind w:firstLine="180"/>
        <w:rPr>
          <w:b/>
          <w:i/>
          <w:lang w:val="ru-RU"/>
        </w:rPr>
      </w:pPr>
      <w:proofErr w:type="spellStart"/>
      <w:r w:rsidRPr="00630B78">
        <w:rPr>
          <w:b/>
          <w:i/>
          <w:lang w:val="ru-RU"/>
        </w:rPr>
        <w:t>брахматмаикатва-лакшанам</w:t>
      </w:r>
      <w:proofErr w:type="spellEnd"/>
    </w:p>
    <w:p w14:paraId="39296D1F" w14:textId="77777777" w:rsidR="00630B78" w:rsidRPr="00630B78" w:rsidRDefault="00630B78" w:rsidP="00630B78">
      <w:pPr>
        <w:ind w:firstLine="180"/>
        <w:rPr>
          <w:b/>
          <w:i/>
          <w:lang w:val="ru-RU"/>
        </w:rPr>
      </w:pPr>
      <w:proofErr w:type="spellStart"/>
      <w:r w:rsidRPr="00630B78">
        <w:rPr>
          <w:b/>
          <w:i/>
          <w:lang w:val="ru-RU"/>
        </w:rPr>
        <w:t>ваств</w:t>
      </w:r>
      <w:proofErr w:type="spellEnd"/>
      <w:r w:rsidRPr="00630B78">
        <w:rPr>
          <w:b/>
          <w:i/>
          <w:lang w:val="ru-RU"/>
        </w:rPr>
        <w:t xml:space="preserve"> </w:t>
      </w:r>
      <w:proofErr w:type="spellStart"/>
      <w:r w:rsidRPr="00630B78">
        <w:rPr>
          <w:b/>
          <w:i/>
          <w:lang w:val="ru-RU"/>
        </w:rPr>
        <w:t>адвитийам</w:t>
      </w:r>
      <w:proofErr w:type="spellEnd"/>
      <w:r w:rsidRPr="00630B78">
        <w:rPr>
          <w:b/>
          <w:i/>
          <w:lang w:val="ru-RU"/>
        </w:rPr>
        <w:t xml:space="preserve"> тан-</w:t>
      </w:r>
      <w:proofErr w:type="spellStart"/>
      <w:r w:rsidRPr="00630B78">
        <w:rPr>
          <w:b/>
          <w:i/>
          <w:lang w:val="ru-RU"/>
        </w:rPr>
        <w:t>ништхам</w:t>
      </w:r>
      <w:proofErr w:type="spellEnd"/>
    </w:p>
    <w:p w14:paraId="054C00F4" w14:textId="77777777" w:rsidR="00630B78" w:rsidRPr="00630B78" w:rsidRDefault="00630B78" w:rsidP="00630B78">
      <w:pPr>
        <w:ind w:firstLine="180"/>
        <w:rPr>
          <w:b/>
          <w:i/>
          <w:lang w:val="ru-RU"/>
        </w:rPr>
      </w:pPr>
      <w:proofErr w:type="spellStart"/>
      <w:r w:rsidRPr="00630B78">
        <w:rPr>
          <w:b/>
          <w:i/>
          <w:lang w:val="ru-RU"/>
        </w:rPr>
        <w:t>каивалйаика-прайоджанам</w:t>
      </w:r>
      <w:proofErr w:type="spellEnd"/>
    </w:p>
    <w:p w14:paraId="4FCD371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EC6DB14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Бхагавата</w:t>
      </w:r>
      <w:proofErr w:type="spellEnd"/>
      <w:r w:rsidRPr="00DA0238">
        <w:rPr>
          <w:rStyle w:val="TextTranslationItalic"/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содержит суть учения </w:t>
      </w:r>
      <w:r w:rsidRPr="00DA0238">
        <w:rPr>
          <w:rStyle w:val="TextTranslationItalic"/>
          <w:lang w:val="ru-RU"/>
        </w:rPr>
        <w:t>Веданты</w:t>
      </w:r>
      <w:r w:rsidRPr="00DA0238">
        <w:rPr>
          <w:lang w:val="ru-RU"/>
        </w:rPr>
        <w:t xml:space="preserve">, ибо, как и </w:t>
      </w:r>
      <w:r w:rsidRPr="00DA0238">
        <w:rPr>
          <w:rStyle w:val="TextTranslationItalic"/>
          <w:lang w:val="ru-RU"/>
        </w:rPr>
        <w:t>Веданта</w:t>
      </w:r>
      <w:r w:rsidRPr="00DA0238">
        <w:rPr>
          <w:lang w:val="ru-RU"/>
        </w:rPr>
        <w:t>, гласит о Вездесущем Безмятежном Бытии [</w:t>
      </w:r>
      <w:r w:rsidR="00187405" w:rsidRPr="00DA0238">
        <w:rPr>
          <w:lang w:val="ru-RU"/>
        </w:rPr>
        <w:t>Брахман</w:t>
      </w:r>
      <w:r w:rsidRPr="00DA0238">
        <w:rPr>
          <w:lang w:val="ru-RU"/>
        </w:rPr>
        <w:t xml:space="preserve">е], едином и </w:t>
      </w:r>
      <w:proofErr w:type="spellStart"/>
      <w:r w:rsidR="00EE12DF" w:rsidRPr="00DA0238">
        <w:rPr>
          <w:lang w:val="ru-RU"/>
        </w:rPr>
        <w:t>недвойственном</w:t>
      </w:r>
      <w:proofErr w:type="spellEnd"/>
      <w:r w:rsidR="00BE3D34">
        <w:rPr>
          <w:lang w:val="ru-RU"/>
        </w:rPr>
        <w:t xml:space="preserve"> </w:t>
      </w:r>
      <w:r w:rsidR="00F13ADC">
        <w:rPr>
          <w:lang w:val="ru-RU"/>
        </w:rPr>
        <w:t xml:space="preserve">чистом </w:t>
      </w:r>
      <w:r w:rsidR="00BE3D34">
        <w:rPr>
          <w:lang w:val="ru-RU"/>
        </w:rPr>
        <w:t>духе</w:t>
      </w:r>
      <w:r w:rsidR="00EE12DF" w:rsidRPr="00DA0238">
        <w:rPr>
          <w:lang w:val="ru-RU"/>
        </w:rPr>
        <w:t>"</w:t>
      </w:r>
      <w:r w:rsidR="00833CD8">
        <w:rPr>
          <w:lang w:val="ru-RU"/>
        </w:rPr>
        <w:t>.</w:t>
      </w:r>
      <w:r w:rsidRPr="00DA0238">
        <w:rPr>
          <w:lang w:val="ru-RU"/>
        </w:rPr>
        <w:t xml:space="preserve"> </w:t>
      </w:r>
      <w:r w:rsidR="00EE12DF" w:rsidRPr="00DA0238">
        <w:rPr>
          <w:lang w:val="ru-RU"/>
        </w:rPr>
        <w:t>(</w:t>
      </w:r>
      <w:proofErr w:type="spellStart"/>
      <w:r w:rsidR="00833CD8" w:rsidRPr="00F132E5">
        <w:rPr>
          <w:i/>
          <w:lang w:val="ru-RU"/>
        </w:rPr>
        <w:t>Шримад</w:t>
      </w:r>
      <w:r w:rsidR="00833CD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</w:t>
      </w:r>
      <w:r w:rsidR="00833CD8">
        <w:rPr>
          <w:rStyle w:val="TextTranslationItalic"/>
          <w:lang w:val="ru-RU"/>
        </w:rPr>
        <w:t>м</w:t>
      </w:r>
      <w:proofErr w:type="spellEnd"/>
      <w:r w:rsidRPr="00DA0238">
        <w:rPr>
          <w:lang w:val="ru-RU"/>
        </w:rPr>
        <w:t xml:space="preserve"> 12.13.12</w:t>
      </w:r>
      <w:r w:rsidR="00EE12DF" w:rsidRPr="00DA0238">
        <w:rPr>
          <w:lang w:val="ru-RU"/>
        </w:rPr>
        <w:t>)</w:t>
      </w:r>
      <w:r w:rsidRPr="00DA0238">
        <w:rPr>
          <w:lang w:val="ru-RU"/>
        </w:rPr>
        <w:t>.</w:t>
      </w:r>
    </w:p>
    <w:p w14:paraId="7DCF357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1427CE8" w14:textId="77777777" w:rsidR="003B67ED" w:rsidRPr="00C94B78" w:rsidRDefault="002B41BF" w:rsidP="004E41B6">
      <w:pPr>
        <w:pStyle w:val="TextTranslation"/>
        <w:ind w:firstLine="180"/>
        <w:rPr>
          <w:lang w:val="ru-RU"/>
        </w:rPr>
      </w:pPr>
      <w:r w:rsidRPr="00C94B78">
        <w:rPr>
          <w:rStyle w:val="TextTranslationItalic"/>
          <w:lang w:val="ru-RU"/>
        </w:rPr>
        <w:t>Шрути</w:t>
      </w:r>
      <w:r w:rsidRPr="00C94B78">
        <w:rPr>
          <w:lang w:val="ru-RU"/>
        </w:rPr>
        <w:t xml:space="preserve"> [богоданное откровение] так определяют природу Истины [</w:t>
      </w:r>
      <w:r w:rsidRPr="00C94B78">
        <w:rPr>
          <w:i/>
          <w:lang w:val="ru-RU"/>
        </w:rPr>
        <w:t>Брахмана</w:t>
      </w:r>
      <w:r w:rsidRPr="00C94B78">
        <w:rPr>
          <w:lang w:val="ru-RU"/>
        </w:rPr>
        <w:t>]: "Брахман суть безграничная сущность и сознание" (</w:t>
      </w:r>
      <w:proofErr w:type="spellStart"/>
      <w:r w:rsidRPr="00C94B78">
        <w:rPr>
          <w:rStyle w:val="TextTranslationItalic"/>
          <w:lang w:val="ru-RU"/>
        </w:rPr>
        <w:t>Тайтирья</w:t>
      </w:r>
      <w:proofErr w:type="spellEnd"/>
      <w:r w:rsidRPr="00C94B78">
        <w:rPr>
          <w:rStyle w:val="TextTranslationItalic"/>
          <w:lang w:val="ru-RU"/>
        </w:rPr>
        <w:t xml:space="preserve"> Упанишада</w:t>
      </w:r>
      <w:r w:rsidRPr="00C94B78">
        <w:rPr>
          <w:lang w:val="ru-RU"/>
        </w:rPr>
        <w:t xml:space="preserve"> 2.1.1). Брахман как единственная причина мироздания определяется в преданиях так: "</w:t>
      </w:r>
      <w:r w:rsidRPr="00C94B78">
        <w:rPr>
          <w:i/>
          <w:lang w:val="ru-RU"/>
        </w:rPr>
        <w:t>Брахман</w:t>
      </w:r>
      <w:r w:rsidRPr="00C94B78">
        <w:rPr>
          <w:lang w:val="ru-RU"/>
        </w:rPr>
        <w:t xml:space="preserve"> – Тот, услышав о котором, ты услышал все" (</w:t>
      </w:r>
      <w:proofErr w:type="spellStart"/>
      <w:r w:rsidRPr="00C94B78">
        <w:rPr>
          <w:rStyle w:val="TextTranslationItalic"/>
          <w:lang w:val="ru-RU"/>
        </w:rPr>
        <w:t>Чхандогья</w:t>
      </w:r>
      <w:proofErr w:type="spellEnd"/>
      <w:r w:rsidRPr="00C94B78">
        <w:rPr>
          <w:rStyle w:val="TextTranslationItalic"/>
          <w:lang w:val="ru-RU"/>
        </w:rPr>
        <w:t xml:space="preserve"> Упанишада</w:t>
      </w:r>
      <w:r w:rsidRPr="00C94B78">
        <w:rPr>
          <w:lang w:val="ru-RU"/>
        </w:rPr>
        <w:t xml:space="preserve"> 6.1.3), "зная Кого, ты узнал все". Там же сказано: "Дитя мое, в начале было лишь бытие [</w:t>
      </w:r>
      <w:r w:rsidRPr="00C94B78">
        <w:rPr>
          <w:rStyle w:val="TextTranslationItalic"/>
          <w:lang w:val="ru-RU"/>
        </w:rPr>
        <w:t>сат</w:t>
      </w:r>
      <w:r w:rsidRPr="00C94B78">
        <w:rPr>
          <w:lang w:val="ru-RU"/>
        </w:rPr>
        <w:t>]" (</w:t>
      </w:r>
      <w:proofErr w:type="spellStart"/>
      <w:r w:rsidRPr="00C94B78">
        <w:rPr>
          <w:rStyle w:val="TextTranslationItalic"/>
          <w:lang w:val="ru-RU"/>
        </w:rPr>
        <w:t>Чхандогья</w:t>
      </w:r>
      <w:proofErr w:type="spellEnd"/>
      <w:r w:rsidRPr="00C94B78">
        <w:rPr>
          <w:lang w:val="ru-RU"/>
        </w:rPr>
        <w:t xml:space="preserve"> </w:t>
      </w:r>
      <w:r w:rsidRPr="00C94B78">
        <w:rPr>
          <w:rStyle w:val="TextTranslationItalic"/>
          <w:lang w:val="ru-RU"/>
        </w:rPr>
        <w:t>Упанишада</w:t>
      </w:r>
      <w:r w:rsidRPr="00C94B78">
        <w:rPr>
          <w:lang w:val="ru-RU"/>
        </w:rPr>
        <w:t xml:space="preserve"> 6.2.1). Верховный Брахман достигает всего, лишь пожелав оного. Об этом свидетельствует </w:t>
      </w:r>
      <w:proofErr w:type="spellStart"/>
      <w:r w:rsidRPr="00C94B78">
        <w:rPr>
          <w:rStyle w:val="TextTranslationItalic"/>
          <w:lang w:val="ru-RU"/>
        </w:rPr>
        <w:t>Чхандогья</w:t>
      </w:r>
      <w:proofErr w:type="spellEnd"/>
      <w:r w:rsidRPr="00C94B78">
        <w:rPr>
          <w:lang w:val="ru-RU"/>
        </w:rPr>
        <w:t xml:space="preserve"> </w:t>
      </w:r>
      <w:r w:rsidRPr="00C94B78">
        <w:rPr>
          <w:rStyle w:val="TextTranslationItalic"/>
          <w:lang w:val="ru-RU"/>
        </w:rPr>
        <w:t>Упанишада</w:t>
      </w:r>
      <w:r w:rsidRPr="00C94B78">
        <w:rPr>
          <w:lang w:val="ru-RU"/>
        </w:rPr>
        <w:t xml:space="preserve"> (6.2.3): "Он взглянул и пожелал стать многими". "Через отдельную сознательную сущность Я проявлю ее имя и образ" (</w:t>
      </w:r>
      <w:proofErr w:type="spellStart"/>
      <w:r w:rsidRPr="00C94B78">
        <w:rPr>
          <w:rStyle w:val="TextTranslationItalic"/>
          <w:lang w:val="ru-RU"/>
        </w:rPr>
        <w:t>Чхандогья</w:t>
      </w:r>
      <w:proofErr w:type="spellEnd"/>
      <w:r w:rsidRPr="00C94B78">
        <w:rPr>
          <w:lang w:val="ru-RU"/>
        </w:rPr>
        <w:t xml:space="preserve"> </w:t>
      </w:r>
      <w:r w:rsidRPr="00C94B78">
        <w:rPr>
          <w:rStyle w:val="TextTranslationItalic"/>
          <w:lang w:val="ru-RU"/>
        </w:rPr>
        <w:t>Упанишад</w:t>
      </w:r>
      <w:r w:rsidRPr="00C94B78">
        <w:rPr>
          <w:lang w:val="ru-RU"/>
        </w:rPr>
        <w:t xml:space="preserve"> 6.3.2). Сознательная сущность [</w:t>
      </w:r>
      <w:r w:rsidRPr="00C94B78">
        <w:rPr>
          <w:rStyle w:val="TextTranslationItalic"/>
          <w:lang w:val="ru-RU"/>
        </w:rPr>
        <w:t>джива</w:t>
      </w:r>
      <w:r w:rsidRPr="00C94B78">
        <w:rPr>
          <w:lang w:val="ru-RU"/>
        </w:rPr>
        <w:t xml:space="preserve">] упомянута здесь в связи и как принадлежность Высшего Начала, именуемого Брахман, ибо Он превосходит </w:t>
      </w:r>
      <w:proofErr w:type="gramStart"/>
      <w:r w:rsidRPr="00C94B78">
        <w:rPr>
          <w:lang w:val="ru-RU"/>
        </w:rPr>
        <w:t>всё по сути</w:t>
      </w:r>
      <w:proofErr w:type="gramEnd"/>
      <w:r w:rsidRPr="00C94B78">
        <w:rPr>
          <w:lang w:val="ru-RU"/>
        </w:rPr>
        <w:t xml:space="preserve"> и по могуществу; здесь предлог "</w:t>
      </w:r>
      <w:r w:rsidRPr="00C94B78">
        <w:rPr>
          <w:rStyle w:val="TextTranslationItalic"/>
          <w:lang w:val="ru-RU"/>
        </w:rPr>
        <w:t>идам</w:t>
      </w:r>
      <w:r w:rsidRPr="00C94B78">
        <w:rPr>
          <w:lang w:val="ru-RU"/>
        </w:rPr>
        <w:t>" [этот] отделяет сознательную частицу [</w:t>
      </w:r>
      <w:r w:rsidRPr="00C94B78">
        <w:rPr>
          <w:rStyle w:val="TextTranslationItalic"/>
          <w:lang w:val="ru-RU"/>
        </w:rPr>
        <w:t>дживу</w:t>
      </w:r>
      <w:r w:rsidRPr="00C94B78">
        <w:rPr>
          <w:lang w:val="ru-RU"/>
        </w:rPr>
        <w:t>] от Брахмана, однако слово "</w:t>
      </w:r>
      <w:r w:rsidRPr="00C94B78">
        <w:rPr>
          <w:rStyle w:val="TextTranslationItalic"/>
          <w:lang w:val="ru-RU"/>
        </w:rPr>
        <w:t>атмана</w:t>
      </w:r>
      <w:r w:rsidRPr="00C94B78">
        <w:rPr>
          <w:lang w:val="ru-RU"/>
        </w:rPr>
        <w:t xml:space="preserve">" ["я"] указывает на то, что </w:t>
      </w:r>
      <w:r w:rsidRPr="00C94B78">
        <w:rPr>
          <w:rStyle w:val="TextTranslationItalic"/>
          <w:lang w:val="ru-RU"/>
        </w:rPr>
        <w:t>джива</w:t>
      </w:r>
      <w:r w:rsidRPr="00C94B78">
        <w:rPr>
          <w:lang w:val="ru-RU"/>
        </w:rPr>
        <w:t xml:space="preserve"> [душа] представляет собой крошечную частицу Всеобъемлющего Брахмана. Согласно явленному Шри Вьясе откровению, живое существо [</w:t>
      </w:r>
      <w:r w:rsidRPr="00C94B78">
        <w:rPr>
          <w:rStyle w:val="TextTranslationItalic"/>
          <w:lang w:val="ru-RU"/>
        </w:rPr>
        <w:t>джива</w:t>
      </w:r>
      <w:r w:rsidRPr="00C94B78">
        <w:rPr>
          <w:lang w:val="ru-RU"/>
        </w:rPr>
        <w:t xml:space="preserve">] едино с Высшим Брахманом в том смысле, что оно не совершенно отлично от Него. Утверждение </w:t>
      </w:r>
      <w:r w:rsidRPr="00C94B78">
        <w:rPr>
          <w:rStyle w:val="TextTranslationItalic"/>
          <w:lang w:val="ru-RU"/>
        </w:rPr>
        <w:t>шрути</w:t>
      </w:r>
      <w:r w:rsidRPr="00C94B78">
        <w:rPr>
          <w:lang w:val="ru-RU"/>
        </w:rPr>
        <w:t xml:space="preserve"> наподобие "</w:t>
      </w:r>
      <w:r w:rsidRPr="00C94B78">
        <w:rPr>
          <w:rStyle w:val="TextTranslationItalic"/>
          <w:lang w:val="ru-RU"/>
        </w:rPr>
        <w:t>тат</w:t>
      </w:r>
      <w:r w:rsidRPr="00C94B78">
        <w:rPr>
          <w:lang w:val="ru-RU"/>
        </w:rPr>
        <w:t xml:space="preserve"> </w:t>
      </w:r>
      <w:proofErr w:type="spellStart"/>
      <w:r w:rsidRPr="00C94B78">
        <w:rPr>
          <w:rStyle w:val="TextTranslationItalic"/>
          <w:lang w:val="ru-RU"/>
        </w:rPr>
        <w:t>твам</w:t>
      </w:r>
      <w:proofErr w:type="spellEnd"/>
      <w:r w:rsidRPr="00C94B78">
        <w:rPr>
          <w:lang w:val="ru-RU"/>
        </w:rPr>
        <w:t xml:space="preserve"> </w:t>
      </w:r>
      <w:proofErr w:type="spellStart"/>
      <w:r w:rsidRPr="00C94B78">
        <w:rPr>
          <w:rStyle w:val="TextTranslationItalic"/>
          <w:lang w:val="ru-RU"/>
        </w:rPr>
        <w:t>аси</w:t>
      </w:r>
      <w:proofErr w:type="spellEnd"/>
      <w:r w:rsidRPr="00C94B78">
        <w:rPr>
          <w:lang w:val="ru-RU"/>
        </w:rPr>
        <w:t>" [ты есть тот] (</w:t>
      </w:r>
      <w:proofErr w:type="spellStart"/>
      <w:r w:rsidRPr="00C94B78">
        <w:rPr>
          <w:rStyle w:val="TextTranslationItalic"/>
          <w:lang w:val="ru-RU"/>
        </w:rPr>
        <w:t>Чхандогья</w:t>
      </w:r>
      <w:proofErr w:type="spellEnd"/>
      <w:r w:rsidRPr="00C94B78">
        <w:rPr>
          <w:lang w:val="ru-RU"/>
        </w:rPr>
        <w:t xml:space="preserve"> </w:t>
      </w:r>
      <w:r w:rsidRPr="00C94B78">
        <w:rPr>
          <w:rStyle w:val="TextTranslationItalic"/>
          <w:lang w:val="ru-RU"/>
        </w:rPr>
        <w:t>Упанишад</w:t>
      </w:r>
      <w:r w:rsidRPr="00C94B78">
        <w:rPr>
          <w:lang w:val="ru-RU"/>
        </w:rPr>
        <w:t xml:space="preserve"> 6.8.7) означает, что единство души [</w:t>
      </w:r>
      <w:r w:rsidRPr="00C94B78">
        <w:rPr>
          <w:rStyle w:val="TextTranslationItalic"/>
          <w:lang w:val="ru-RU"/>
        </w:rPr>
        <w:t>дживы</w:t>
      </w:r>
      <w:r w:rsidRPr="00C94B78">
        <w:rPr>
          <w:lang w:val="ru-RU"/>
        </w:rPr>
        <w:t>] и Духа [</w:t>
      </w:r>
      <w:r w:rsidRPr="00C94B78">
        <w:rPr>
          <w:i/>
          <w:lang w:val="ru-RU"/>
        </w:rPr>
        <w:t>Брахмана</w:t>
      </w:r>
      <w:r w:rsidRPr="00C94B78">
        <w:rPr>
          <w:lang w:val="ru-RU"/>
        </w:rPr>
        <w:t>] в том, что оба они бестелесны и душа представляет собой малую частицу Всеобщего Духа [</w:t>
      </w:r>
      <w:r w:rsidRPr="00C94B78">
        <w:rPr>
          <w:i/>
          <w:lang w:val="ru-RU"/>
        </w:rPr>
        <w:t>Брахмана</w:t>
      </w:r>
      <w:r w:rsidRPr="00C94B78">
        <w:rPr>
          <w:lang w:val="ru-RU"/>
        </w:rPr>
        <w:t>]. С понимания этой истины начинается познание Высшей Сущности.</w:t>
      </w:r>
    </w:p>
    <w:p w14:paraId="3EBE9AF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14C930F" w14:textId="77777777" w:rsidR="003B67ED" w:rsidRPr="00DA0238" w:rsidRDefault="00D602EE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Таким образом, </w:t>
      </w:r>
      <w:r w:rsidR="002B41BF" w:rsidRPr="00DA0238">
        <w:rPr>
          <w:lang w:val="ru-RU"/>
        </w:rPr>
        <w:t xml:space="preserve">Высшая Сущность определяется в </w:t>
      </w:r>
      <w:r w:rsidR="002B41BF" w:rsidRPr="00DA0238">
        <w:rPr>
          <w:rStyle w:val="TextTranslationItalic"/>
          <w:lang w:val="ru-RU"/>
        </w:rPr>
        <w:t>Упанишадах</w:t>
      </w:r>
      <w:r w:rsidR="002B41BF" w:rsidRPr="00DA0238">
        <w:rPr>
          <w:lang w:val="ru-RU"/>
        </w:rPr>
        <w:t xml:space="preserve"> как "Тот, Кто не имеет Себе подобн</w:t>
      </w:r>
      <w:r w:rsidR="0020330A" w:rsidRPr="00DA0238">
        <w:rPr>
          <w:lang w:val="ru-RU"/>
        </w:rPr>
        <w:t>ого, увлекает к Себе всех и вся</w:t>
      </w:r>
      <w:r w:rsidR="002B41BF" w:rsidRPr="00DA0238">
        <w:rPr>
          <w:lang w:val="ru-RU"/>
        </w:rPr>
        <w:t xml:space="preserve"> и есть </w:t>
      </w:r>
      <w:r w:rsidR="0020330A" w:rsidRPr="00DA0238">
        <w:rPr>
          <w:lang w:val="ru-RU"/>
        </w:rPr>
        <w:t>исключительный</w:t>
      </w:r>
      <w:r w:rsidR="002B41BF" w:rsidRPr="00DA0238">
        <w:rPr>
          <w:lang w:val="ru-RU"/>
        </w:rPr>
        <w:t xml:space="preserve"> предмет познания". О Нем единственном вещают </w:t>
      </w:r>
      <w:r w:rsidR="002B41BF" w:rsidRPr="00DA0238">
        <w:rPr>
          <w:rStyle w:val="TextTranslationItalic"/>
          <w:lang w:val="ru-RU"/>
        </w:rPr>
        <w:t>Веды</w:t>
      </w:r>
      <w:r w:rsidR="002B41BF" w:rsidRPr="00DA0238">
        <w:rPr>
          <w:lang w:val="ru-RU"/>
        </w:rPr>
        <w:t xml:space="preserve">. О Нем единственном вещает </w:t>
      </w:r>
      <w:proofErr w:type="spellStart"/>
      <w:r w:rsidR="002B41BF" w:rsidRPr="00DA0238">
        <w:rPr>
          <w:rStyle w:val="TextTranslationItalic"/>
          <w:lang w:val="ru-RU"/>
        </w:rPr>
        <w:t>Шримад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Бхагаватам</w:t>
      </w:r>
      <w:proofErr w:type="spellEnd"/>
      <w:r w:rsidR="002B41BF" w:rsidRPr="00DA0238">
        <w:rPr>
          <w:lang w:val="ru-RU"/>
        </w:rPr>
        <w:t xml:space="preserve"> как итоговая повесть </w:t>
      </w:r>
      <w:r w:rsidR="002B41BF" w:rsidRPr="00DA0238">
        <w:rPr>
          <w:rStyle w:val="TextTranslationItalic"/>
          <w:lang w:val="ru-RU"/>
        </w:rPr>
        <w:t>Вед</w:t>
      </w:r>
      <w:r w:rsidR="002B41BF" w:rsidRPr="00DA0238">
        <w:rPr>
          <w:lang w:val="ru-RU"/>
        </w:rPr>
        <w:t xml:space="preserve">. Здесь словосочетание "эта </w:t>
      </w:r>
      <w:proofErr w:type="spellStart"/>
      <w:r w:rsidR="002B41BF" w:rsidRPr="00DA0238">
        <w:rPr>
          <w:rStyle w:val="TextTranslationItalic"/>
          <w:lang w:val="ru-RU"/>
        </w:rPr>
        <w:t>Шримад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Бхагаватам</w:t>
      </w:r>
      <w:proofErr w:type="spellEnd"/>
      <w:r w:rsidR="002B41BF" w:rsidRPr="00DA0238">
        <w:rPr>
          <w:lang w:val="ru-RU"/>
        </w:rPr>
        <w:t>" является синтактическим продолжением та</w:t>
      </w:r>
      <w:r w:rsidR="00596DED">
        <w:rPr>
          <w:lang w:val="ru-RU"/>
        </w:rPr>
        <w:t xml:space="preserve">кого же </w:t>
      </w:r>
      <w:r>
        <w:rPr>
          <w:lang w:val="ru-RU"/>
        </w:rPr>
        <w:t xml:space="preserve">высказывания </w:t>
      </w:r>
      <w:r w:rsidR="00596DED">
        <w:rPr>
          <w:lang w:val="ru-RU"/>
        </w:rPr>
        <w:t>в стихе ранее (12.13.10)</w:t>
      </w:r>
      <w:r w:rsidR="002B41BF" w:rsidRPr="00DA0238">
        <w:rPr>
          <w:lang w:val="ru-RU"/>
        </w:rPr>
        <w:t>.</w:t>
      </w:r>
    </w:p>
    <w:p w14:paraId="61B2744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6247D40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Обозначенную идею можно представить следующим примером. Предположим, человек с рождения находился в темной комнате и ни разу не видел солнца. Когда он пожелал узнать, что тако</w:t>
      </w:r>
      <w:r w:rsidRPr="00C94B78">
        <w:rPr>
          <w:lang w:val="ru-RU"/>
        </w:rPr>
        <w:t xml:space="preserve">е солнце, некто указывает ему на солнечный луч, проникающий через оконные ставни, и говорит: "Вот оно, солнце. Только это не само оно, а его луч, малая часть. Само же солнце заключает в себе свет всех лучей, оно сделано из того же вещества, что и луч, только бесконечно больше". В </w:t>
      </w:r>
      <w:proofErr w:type="spellStart"/>
      <w:r w:rsidRPr="00C94B78">
        <w:rPr>
          <w:rStyle w:val="TextTranslationItalic"/>
          <w:lang w:val="ru-RU"/>
        </w:rPr>
        <w:t>Параматма</w:t>
      </w:r>
      <w:r w:rsidRPr="00C94B78">
        <w:rPr>
          <w:lang w:val="ru-RU"/>
        </w:rPr>
        <w:t>-</w:t>
      </w:r>
      <w:r w:rsidRPr="00C94B78">
        <w:rPr>
          <w:rStyle w:val="TextTranslationItalic"/>
          <w:lang w:val="ru-RU"/>
        </w:rPr>
        <w:t>сандарбхе</w:t>
      </w:r>
      <w:proofErr w:type="spellEnd"/>
      <w:r w:rsidRPr="00C94B78">
        <w:rPr>
          <w:lang w:val="ru-RU"/>
        </w:rPr>
        <w:t xml:space="preserve"> [О Д</w:t>
      </w:r>
      <w:r>
        <w:rPr>
          <w:lang w:val="ru-RU"/>
        </w:rPr>
        <w:t>уше] мы будем подробно говорить о душе [</w:t>
      </w:r>
      <w:r>
        <w:rPr>
          <w:rStyle w:val="TextTranslationItalic"/>
          <w:lang w:val="ru-RU"/>
        </w:rPr>
        <w:t>дживе</w:t>
      </w:r>
      <w:r>
        <w:rPr>
          <w:lang w:val="ru-RU"/>
        </w:rPr>
        <w:t>] как о мельчайшей части Бога [</w:t>
      </w:r>
      <w:r>
        <w:rPr>
          <w:i/>
          <w:lang w:val="ru-RU"/>
        </w:rPr>
        <w:t>Брахмана</w:t>
      </w:r>
      <w:r>
        <w:rPr>
          <w:lang w:val="ru-RU"/>
        </w:rPr>
        <w:t>], проявленной одною из Его непостижимых сил.</w:t>
      </w:r>
    </w:p>
    <w:p w14:paraId="10E5BA79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82F6C9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Когда в </w:t>
      </w:r>
      <w:r>
        <w:rPr>
          <w:rStyle w:val="TextTranslationItalic"/>
          <w:lang w:val="ru-RU"/>
        </w:rPr>
        <w:t>Упанишадах</w:t>
      </w:r>
      <w:r>
        <w:rPr>
          <w:lang w:val="ru-RU"/>
        </w:rPr>
        <w:t xml:space="preserve"> заявляется, что Верховный </w:t>
      </w:r>
      <w:r>
        <w:rPr>
          <w:i/>
          <w:lang w:val="ru-RU"/>
        </w:rPr>
        <w:t>Брахман</w:t>
      </w:r>
      <w:r>
        <w:rPr>
          <w:lang w:val="ru-RU"/>
        </w:rPr>
        <w:t xml:space="preserve"> разделен на части, имеется в виду одно из </w:t>
      </w:r>
      <w:r w:rsidRPr="00C94B78">
        <w:rPr>
          <w:lang w:val="ru-RU"/>
        </w:rPr>
        <w:t xml:space="preserve">свойств Всевышнего – заключать в себе множество: частицы сознания и прочие силы. Следовательно, там, где </w:t>
      </w:r>
      <w:proofErr w:type="spellStart"/>
      <w:r w:rsidRPr="00C94B78">
        <w:rPr>
          <w:lang w:val="ru-RU"/>
        </w:rPr>
        <w:t>богоявленные</w:t>
      </w:r>
      <w:proofErr w:type="spellEnd"/>
      <w:r w:rsidRPr="00C94B78">
        <w:rPr>
          <w:lang w:val="ru-RU"/>
        </w:rPr>
        <w:t xml:space="preserve"> откровения [</w:t>
      </w:r>
      <w:r w:rsidRPr="00C94B78">
        <w:rPr>
          <w:rStyle w:val="TextTranslationItalic"/>
          <w:lang w:val="ru-RU"/>
        </w:rPr>
        <w:t>шрути</w:t>
      </w:r>
      <w:r w:rsidRPr="00C94B78">
        <w:rPr>
          <w:lang w:val="ru-RU"/>
        </w:rPr>
        <w:t>] указыва</w:t>
      </w:r>
      <w:r>
        <w:rPr>
          <w:lang w:val="ru-RU"/>
        </w:rPr>
        <w:t xml:space="preserve">ют на </w:t>
      </w:r>
      <w:r>
        <w:rPr>
          <w:i/>
          <w:lang w:val="ru-RU"/>
        </w:rPr>
        <w:t>Брахман</w:t>
      </w:r>
      <w:r>
        <w:rPr>
          <w:lang w:val="ru-RU"/>
        </w:rPr>
        <w:t xml:space="preserve"> как имеющего части, они лишь обращают внимание на Его самобытность и исключительность. Когда говорится, что Всеобщее Бытие [</w:t>
      </w:r>
      <w:r>
        <w:rPr>
          <w:i/>
          <w:lang w:val="ru-RU"/>
        </w:rPr>
        <w:t>Брахман</w:t>
      </w:r>
      <w:r>
        <w:rPr>
          <w:lang w:val="ru-RU"/>
        </w:rPr>
        <w:t xml:space="preserve">] имеет части, имеются в виду души и силы как Его части. Когда </w:t>
      </w:r>
      <w:r>
        <w:rPr>
          <w:i/>
          <w:lang w:val="ru-RU"/>
        </w:rPr>
        <w:t>шрути</w:t>
      </w:r>
      <w:r>
        <w:rPr>
          <w:lang w:val="ru-RU"/>
        </w:rPr>
        <w:t xml:space="preserve"> гласят, что Бытие [</w:t>
      </w:r>
      <w:r>
        <w:rPr>
          <w:i/>
          <w:lang w:val="ru-RU"/>
        </w:rPr>
        <w:t>Брахман</w:t>
      </w:r>
      <w:r>
        <w:rPr>
          <w:lang w:val="ru-RU"/>
        </w:rPr>
        <w:t>] не имеет частей, речь идёт о Его собственной сущности.</w:t>
      </w:r>
    </w:p>
    <w:p w14:paraId="2E66361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235407C" w14:textId="77777777" w:rsidR="003B67ED" w:rsidRPr="006C7366" w:rsidRDefault="00596DED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В четвертой строке стиха (</w:t>
      </w:r>
      <w:r w:rsidR="002B41BF" w:rsidRPr="00DA0238">
        <w:rPr>
          <w:lang w:val="ru-RU"/>
        </w:rPr>
        <w:t>12.13.12</w:t>
      </w:r>
      <w:r>
        <w:rPr>
          <w:lang w:val="ru-RU"/>
        </w:rPr>
        <w:t>)</w:t>
      </w:r>
      <w:r w:rsidR="002B41BF" w:rsidRPr="00DA0238">
        <w:rPr>
          <w:lang w:val="ru-RU"/>
        </w:rPr>
        <w:t xml:space="preserve"> </w:t>
      </w:r>
      <w:r w:rsidR="002B41BF" w:rsidRPr="00DA0238">
        <w:rPr>
          <w:rStyle w:val="TextTranslationItalic"/>
          <w:lang w:val="ru-RU"/>
        </w:rPr>
        <w:t>Шри</w:t>
      </w:r>
      <w:r w:rsidR="002B41BF" w:rsidRPr="00DA0238">
        <w:rPr>
          <w:lang w:val="ru-RU"/>
        </w:rPr>
        <w:t xml:space="preserve"> </w:t>
      </w:r>
      <w:proofErr w:type="spellStart"/>
      <w:r w:rsidR="002B41BF" w:rsidRPr="00DA0238">
        <w:rPr>
          <w:rStyle w:val="TextTranslationItalic"/>
          <w:lang w:val="ru-RU"/>
        </w:rPr>
        <w:t>Бхагаваты</w:t>
      </w:r>
      <w:proofErr w:type="spellEnd"/>
      <w:r w:rsidR="002B41BF" w:rsidRPr="00DA0238">
        <w:rPr>
          <w:lang w:val="ru-RU"/>
        </w:rPr>
        <w:t xml:space="preserve"> "</w:t>
      </w:r>
      <w:proofErr w:type="spellStart"/>
      <w:r w:rsidR="002B41BF" w:rsidRPr="00DA0238">
        <w:rPr>
          <w:rStyle w:val="TextTranslationItalic"/>
          <w:lang w:val="ru-RU"/>
        </w:rPr>
        <w:t>каивалйаика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прайоджанам</w:t>
      </w:r>
      <w:proofErr w:type="spellEnd"/>
      <w:r w:rsidR="002B41BF" w:rsidRPr="00DA0238">
        <w:rPr>
          <w:lang w:val="ru-RU"/>
        </w:rPr>
        <w:t xml:space="preserve">" слово </w:t>
      </w:r>
      <w:proofErr w:type="spellStart"/>
      <w:r w:rsidR="002B41BF" w:rsidRPr="00DA0238">
        <w:rPr>
          <w:rStyle w:val="TextTranslationItalic"/>
          <w:lang w:val="ru-RU"/>
        </w:rPr>
        <w:t>каивалйа</w:t>
      </w:r>
      <w:proofErr w:type="spellEnd"/>
      <w:r w:rsidR="002B41BF" w:rsidRPr="00DA0238">
        <w:rPr>
          <w:lang w:val="ru-RU"/>
        </w:rPr>
        <w:t xml:space="preserve"> [единое] означае</w:t>
      </w:r>
      <w:r>
        <w:rPr>
          <w:lang w:val="ru-RU"/>
        </w:rPr>
        <w:t>т "чистота". Позднее, в Очерке</w:t>
      </w:r>
      <w:r w:rsidR="002B41BF" w:rsidRPr="00DA0238">
        <w:rPr>
          <w:lang w:val="ru-RU"/>
        </w:rPr>
        <w:t xml:space="preserve"> о </w:t>
      </w:r>
      <w:r>
        <w:rPr>
          <w:lang w:val="ru-RU"/>
        </w:rPr>
        <w:t xml:space="preserve">Приязни </w:t>
      </w:r>
      <w:r w:rsidR="002B41BF" w:rsidRPr="00DA0238">
        <w:rPr>
          <w:lang w:val="ru-RU"/>
        </w:rPr>
        <w:t>[</w:t>
      </w:r>
      <w:proofErr w:type="spellStart"/>
      <w:r w:rsidR="002B41BF" w:rsidRPr="00DA0238">
        <w:rPr>
          <w:rStyle w:val="TextTranslationItalic"/>
          <w:lang w:val="ru-RU"/>
        </w:rPr>
        <w:t>Прити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сандрарбхе</w:t>
      </w:r>
      <w:proofErr w:type="spellEnd"/>
      <w:r w:rsidR="002B41BF" w:rsidRPr="00DA0238">
        <w:rPr>
          <w:lang w:val="ru-RU"/>
        </w:rPr>
        <w:t>]</w:t>
      </w:r>
      <w:r w:rsidR="0020330A" w:rsidRPr="00DA0238">
        <w:rPr>
          <w:lang w:val="ru-RU"/>
        </w:rPr>
        <w:t>,</w:t>
      </w:r>
      <w:r w:rsidR="002B41BF" w:rsidRPr="00DA0238">
        <w:rPr>
          <w:lang w:val="ru-RU"/>
        </w:rPr>
        <w:t xml:space="preserve"> я покажу, что под чистотой следует понимать чистую преда</w:t>
      </w:r>
      <w:r>
        <w:rPr>
          <w:lang w:val="ru-RU"/>
        </w:rPr>
        <w:t>нность.</w:t>
      </w:r>
    </w:p>
    <w:p w14:paraId="6FF796C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85F75C9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53</w:t>
      </w:r>
      <w:r w:rsidR="005C1978">
        <w:rPr>
          <w:b/>
          <w:lang w:val="ru-RU"/>
        </w:rPr>
        <w:t>.</w:t>
      </w:r>
    </w:p>
    <w:p w14:paraId="5136434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9C11CBF" w14:textId="77777777" w:rsidR="003B67ED" w:rsidRPr="00C94B78" w:rsidRDefault="002B41BF" w:rsidP="004E41B6">
      <w:pPr>
        <w:pStyle w:val="TextTranslation"/>
        <w:ind w:firstLine="180"/>
        <w:rPr>
          <w:lang w:val="ru-RU"/>
        </w:rPr>
      </w:pPr>
      <w:r w:rsidRPr="00C94B78">
        <w:rPr>
          <w:lang w:val="ru-RU"/>
        </w:rPr>
        <w:t>Душа [</w:t>
      </w:r>
      <w:r w:rsidRPr="00C94B78">
        <w:rPr>
          <w:rStyle w:val="TextTranslationItalic"/>
          <w:lang w:val="ru-RU"/>
        </w:rPr>
        <w:t>джива</w:t>
      </w:r>
      <w:r w:rsidRPr="00C94B78">
        <w:rPr>
          <w:lang w:val="ru-RU"/>
        </w:rPr>
        <w:t xml:space="preserve">] в </w:t>
      </w:r>
      <w:r w:rsidRPr="00C94B78">
        <w:rPr>
          <w:rStyle w:val="TextTranslationItalic"/>
          <w:lang w:val="ru-RU"/>
        </w:rPr>
        <w:t>Веданте</w:t>
      </w:r>
      <w:r w:rsidRPr="00C94B78">
        <w:rPr>
          <w:lang w:val="ru-RU"/>
        </w:rPr>
        <w:t xml:space="preserve"> определяется как "ты" [</w:t>
      </w:r>
      <w:proofErr w:type="spellStart"/>
      <w:r w:rsidRPr="00C94B78">
        <w:rPr>
          <w:rStyle w:val="TextTranslationItalic"/>
          <w:lang w:val="ru-RU"/>
        </w:rPr>
        <w:t>твам</w:t>
      </w:r>
      <w:proofErr w:type="spellEnd"/>
      <w:r w:rsidRPr="00C94B78">
        <w:rPr>
          <w:lang w:val="ru-RU"/>
        </w:rPr>
        <w:t>] – "</w:t>
      </w:r>
      <w:r w:rsidRPr="00C94B78">
        <w:rPr>
          <w:rStyle w:val="TextTranslationItalic"/>
          <w:lang w:val="ru-RU"/>
        </w:rPr>
        <w:t>тат</w:t>
      </w:r>
      <w:r w:rsidRPr="00C94B78">
        <w:rPr>
          <w:lang w:val="ru-RU"/>
        </w:rPr>
        <w:t xml:space="preserve"> </w:t>
      </w:r>
      <w:proofErr w:type="spellStart"/>
      <w:r w:rsidRPr="00C94B78">
        <w:rPr>
          <w:rStyle w:val="TextTranslationItalic"/>
          <w:lang w:val="ru-RU"/>
        </w:rPr>
        <w:t>твам</w:t>
      </w:r>
      <w:proofErr w:type="spellEnd"/>
      <w:r w:rsidRPr="00C94B78">
        <w:rPr>
          <w:lang w:val="ru-RU"/>
        </w:rPr>
        <w:t xml:space="preserve"> </w:t>
      </w:r>
      <w:proofErr w:type="spellStart"/>
      <w:r w:rsidRPr="00C94B78">
        <w:rPr>
          <w:rStyle w:val="TextTranslationItalic"/>
          <w:lang w:val="ru-RU"/>
        </w:rPr>
        <w:t>аси</w:t>
      </w:r>
      <w:proofErr w:type="spellEnd"/>
      <w:r w:rsidRPr="00C94B78">
        <w:rPr>
          <w:lang w:val="ru-RU"/>
        </w:rPr>
        <w:t>" [ты — тот]. Если под "ты" понимается "сознательное и вечное начало", то легко прийти к выводу, что Всеобщий Дух [</w:t>
      </w:r>
      <w:r w:rsidRPr="00C94B78">
        <w:rPr>
          <w:i/>
          <w:lang w:val="ru-RU"/>
        </w:rPr>
        <w:t>Брахман</w:t>
      </w:r>
      <w:r w:rsidRPr="00C94B78">
        <w:rPr>
          <w:lang w:val="ru-RU"/>
        </w:rPr>
        <w:t>], в данном случае [</w:t>
      </w:r>
      <w:r w:rsidRPr="00C94B78">
        <w:rPr>
          <w:rStyle w:val="TextTranslationItalic"/>
          <w:lang w:val="ru-RU"/>
        </w:rPr>
        <w:t>тат</w:t>
      </w:r>
      <w:r w:rsidRPr="00C94B78">
        <w:rPr>
          <w:lang w:val="ru-RU"/>
        </w:rPr>
        <w:t xml:space="preserve">] имеет схожую с тобой природу. Чтобы донести эту мысль, выраженную в </w:t>
      </w:r>
      <w:r w:rsidRPr="00C94B78">
        <w:rPr>
          <w:rStyle w:val="TextTranslationItalic"/>
          <w:lang w:val="ru-RU"/>
        </w:rPr>
        <w:t>Веданта</w:t>
      </w:r>
      <w:r w:rsidRPr="00C94B78">
        <w:rPr>
          <w:lang w:val="ru-RU"/>
        </w:rPr>
        <w:t>-</w:t>
      </w:r>
      <w:r w:rsidRPr="00C94B78">
        <w:rPr>
          <w:rStyle w:val="TextTranslationItalic"/>
          <w:lang w:val="ru-RU"/>
        </w:rPr>
        <w:t>сутре</w:t>
      </w:r>
      <w:r w:rsidRPr="00C94B78">
        <w:rPr>
          <w:lang w:val="ru-RU"/>
        </w:rPr>
        <w:t xml:space="preserve"> 1.3.20 — "ты постигаешь душу, чтобы понять Дух", — в </w:t>
      </w:r>
      <w:proofErr w:type="spellStart"/>
      <w:r w:rsidRPr="00C94B78">
        <w:rPr>
          <w:rStyle w:val="TextTranslationItalic"/>
          <w:lang w:val="ru-RU"/>
        </w:rPr>
        <w:t>Бхагаватам</w:t>
      </w:r>
      <w:proofErr w:type="spellEnd"/>
      <w:r w:rsidRPr="00C94B78">
        <w:rPr>
          <w:lang w:val="ru-RU"/>
        </w:rPr>
        <w:t xml:space="preserve"> (11.3.38) мудрец </w:t>
      </w:r>
      <w:proofErr w:type="spellStart"/>
      <w:r w:rsidRPr="00C94B78">
        <w:rPr>
          <w:lang w:val="ru-RU"/>
        </w:rPr>
        <w:t>Пиппалаяна</w:t>
      </w:r>
      <w:proofErr w:type="spellEnd"/>
      <w:r w:rsidRPr="00C94B78">
        <w:rPr>
          <w:lang w:val="ru-RU"/>
        </w:rPr>
        <w:t xml:space="preserve"> описывает царю Ними душу [</w:t>
      </w:r>
      <w:r w:rsidRPr="00C94B78">
        <w:rPr>
          <w:rStyle w:val="TextTranslationItalic"/>
          <w:lang w:val="ru-RU"/>
        </w:rPr>
        <w:t>дживу</w:t>
      </w:r>
      <w:r w:rsidRPr="00C94B78">
        <w:rPr>
          <w:lang w:val="ru-RU"/>
        </w:rPr>
        <w:t>] как нечто, имеющее сходную с Духом [</w:t>
      </w:r>
      <w:r w:rsidRPr="00C94B78">
        <w:rPr>
          <w:rStyle w:val="TextTranslationItalic"/>
          <w:lang w:val="ru-RU"/>
        </w:rPr>
        <w:t>тат</w:t>
      </w:r>
      <w:r w:rsidRPr="00C94B78">
        <w:rPr>
          <w:lang w:val="ru-RU"/>
        </w:rPr>
        <w:t>] природу:</w:t>
      </w:r>
    </w:p>
    <w:p w14:paraId="70788634" w14:textId="77777777" w:rsidR="003B67ED" w:rsidRDefault="003B67ED" w:rsidP="004E41B6">
      <w:pPr>
        <w:ind w:firstLine="180"/>
        <w:rPr>
          <w:b/>
          <w:lang w:val="ru-RU"/>
        </w:rPr>
      </w:pPr>
    </w:p>
    <w:p w14:paraId="5AC16948" w14:textId="77777777" w:rsidR="00E21FD9" w:rsidRDefault="00E21FD9" w:rsidP="00E21FD9">
      <w:pPr>
        <w:ind w:firstLine="180"/>
        <w:rPr>
          <w:b/>
          <w:i/>
          <w:lang w:val="ru-RU"/>
        </w:rPr>
      </w:pPr>
      <w:proofErr w:type="spellStart"/>
      <w:r w:rsidRPr="00E21FD9">
        <w:rPr>
          <w:b/>
          <w:i/>
          <w:lang w:val="ru-RU"/>
        </w:rPr>
        <w:t>натма</w:t>
      </w:r>
      <w:proofErr w:type="spellEnd"/>
      <w:r w:rsidRPr="00E21FD9">
        <w:rPr>
          <w:b/>
          <w:i/>
          <w:lang w:val="ru-RU"/>
        </w:rPr>
        <w:t xml:space="preserve"> </w:t>
      </w:r>
      <w:proofErr w:type="spellStart"/>
      <w:r w:rsidRPr="00E21FD9">
        <w:rPr>
          <w:b/>
          <w:i/>
          <w:lang w:val="ru-RU"/>
        </w:rPr>
        <w:t>джаджана</w:t>
      </w:r>
      <w:proofErr w:type="spellEnd"/>
      <w:r w:rsidRPr="00E21FD9">
        <w:rPr>
          <w:b/>
          <w:i/>
          <w:lang w:val="ru-RU"/>
        </w:rPr>
        <w:t xml:space="preserve"> на </w:t>
      </w:r>
      <w:proofErr w:type="spellStart"/>
      <w:r w:rsidRPr="00E21FD9">
        <w:rPr>
          <w:b/>
          <w:i/>
          <w:lang w:val="ru-RU"/>
        </w:rPr>
        <w:t>маришйати</w:t>
      </w:r>
      <w:proofErr w:type="spellEnd"/>
      <w:r w:rsidRPr="00E21FD9">
        <w:rPr>
          <w:b/>
          <w:i/>
          <w:lang w:val="ru-RU"/>
        </w:rPr>
        <w:t xml:space="preserve"> </w:t>
      </w:r>
      <w:proofErr w:type="spellStart"/>
      <w:r w:rsidRPr="00E21FD9">
        <w:rPr>
          <w:b/>
          <w:i/>
          <w:lang w:val="ru-RU"/>
        </w:rPr>
        <w:t>наидхате</w:t>
      </w:r>
      <w:proofErr w:type="spellEnd"/>
      <w:r w:rsidRPr="00E21FD9">
        <w:rPr>
          <w:b/>
          <w:i/>
          <w:lang w:val="ru-RU"/>
        </w:rPr>
        <w:t xml:space="preserve"> ’</w:t>
      </w:r>
      <w:proofErr w:type="spellStart"/>
      <w:r w:rsidRPr="00E21FD9">
        <w:rPr>
          <w:b/>
          <w:i/>
          <w:lang w:val="ru-RU"/>
        </w:rPr>
        <w:t>сау</w:t>
      </w:r>
      <w:proofErr w:type="spellEnd"/>
    </w:p>
    <w:p w14:paraId="48F0DAAE" w14:textId="77777777" w:rsidR="00E21FD9" w:rsidRDefault="00E21FD9" w:rsidP="00E21FD9">
      <w:pPr>
        <w:ind w:firstLine="180"/>
        <w:rPr>
          <w:b/>
          <w:i/>
          <w:lang w:val="ru-RU"/>
        </w:rPr>
      </w:pPr>
      <w:r w:rsidRPr="00E21FD9">
        <w:rPr>
          <w:b/>
          <w:i/>
          <w:lang w:val="ru-RU"/>
        </w:rPr>
        <w:t xml:space="preserve">на </w:t>
      </w:r>
      <w:proofErr w:type="spellStart"/>
      <w:r w:rsidRPr="00E21FD9">
        <w:rPr>
          <w:b/>
          <w:i/>
          <w:lang w:val="ru-RU"/>
        </w:rPr>
        <w:t>кшийате</w:t>
      </w:r>
      <w:proofErr w:type="spellEnd"/>
      <w:r w:rsidRPr="00E21FD9">
        <w:rPr>
          <w:b/>
          <w:i/>
          <w:lang w:val="ru-RU"/>
        </w:rPr>
        <w:t xml:space="preserve"> савана-вид </w:t>
      </w:r>
      <w:proofErr w:type="spellStart"/>
      <w:r w:rsidRPr="00E21FD9">
        <w:rPr>
          <w:b/>
          <w:i/>
          <w:lang w:val="ru-RU"/>
        </w:rPr>
        <w:t>вйабхичаринам</w:t>
      </w:r>
      <w:proofErr w:type="spellEnd"/>
      <w:r w:rsidRPr="00E21FD9">
        <w:rPr>
          <w:b/>
          <w:i/>
          <w:lang w:val="ru-RU"/>
        </w:rPr>
        <w:t xml:space="preserve"> хи</w:t>
      </w:r>
    </w:p>
    <w:p w14:paraId="5B0211C9" w14:textId="77777777" w:rsidR="00E21FD9" w:rsidRDefault="00E21FD9" w:rsidP="00E21FD9">
      <w:pPr>
        <w:ind w:firstLine="180"/>
        <w:rPr>
          <w:b/>
          <w:i/>
          <w:lang w:val="ru-RU"/>
        </w:rPr>
      </w:pPr>
      <w:proofErr w:type="spellStart"/>
      <w:r w:rsidRPr="00E21FD9">
        <w:rPr>
          <w:b/>
          <w:i/>
          <w:lang w:val="ru-RU"/>
        </w:rPr>
        <w:t>сарватра</w:t>
      </w:r>
      <w:proofErr w:type="spellEnd"/>
      <w:r w:rsidRPr="00E21FD9">
        <w:rPr>
          <w:b/>
          <w:i/>
          <w:lang w:val="ru-RU"/>
        </w:rPr>
        <w:t xml:space="preserve"> </w:t>
      </w:r>
      <w:proofErr w:type="spellStart"/>
      <w:r w:rsidRPr="00E21FD9">
        <w:rPr>
          <w:b/>
          <w:i/>
          <w:lang w:val="ru-RU"/>
        </w:rPr>
        <w:t>шашвад</w:t>
      </w:r>
      <w:proofErr w:type="spellEnd"/>
      <w:r w:rsidRPr="00E21FD9">
        <w:rPr>
          <w:b/>
          <w:i/>
          <w:lang w:val="ru-RU"/>
        </w:rPr>
        <w:t xml:space="preserve"> </w:t>
      </w:r>
      <w:proofErr w:type="spellStart"/>
      <w:r w:rsidRPr="00E21FD9">
        <w:rPr>
          <w:b/>
          <w:i/>
          <w:lang w:val="ru-RU"/>
        </w:rPr>
        <w:t>анапайй</w:t>
      </w:r>
      <w:proofErr w:type="spellEnd"/>
      <w:r w:rsidRPr="00E21FD9">
        <w:rPr>
          <w:b/>
          <w:i/>
          <w:lang w:val="ru-RU"/>
        </w:rPr>
        <w:t xml:space="preserve"> </w:t>
      </w:r>
      <w:proofErr w:type="spellStart"/>
      <w:r w:rsidRPr="00E21FD9">
        <w:rPr>
          <w:b/>
          <w:i/>
          <w:lang w:val="ru-RU"/>
        </w:rPr>
        <w:t>упалабдхи-матрам</w:t>
      </w:r>
      <w:proofErr w:type="spellEnd"/>
    </w:p>
    <w:p w14:paraId="79713E48" w14:textId="77777777" w:rsidR="00E21FD9" w:rsidRPr="00E21FD9" w:rsidRDefault="00E21FD9" w:rsidP="00E21FD9">
      <w:pPr>
        <w:ind w:firstLine="180"/>
        <w:rPr>
          <w:b/>
          <w:i/>
          <w:lang w:val="ru-RU"/>
        </w:rPr>
      </w:pPr>
      <w:proofErr w:type="spellStart"/>
      <w:r w:rsidRPr="00E21FD9">
        <w:rPr>
          <w:b/>
          <w:i/>
          <w:lang w:val="ru-RU"/>
        </w:rPr>
        <w:t>прано</w:t>
      </w:r>
      <w:proofErr w:type="spellEnd"/>
      <w:r w:rsidRPr="00E21FD9">
        <w:rPr>
          <w:b/>
          <w:i/>
          <w:lang w:val="ru-RU"/>
        </w:rPr>
        <w:t xml:space="preserve"> </w:t>
      </w:r>
      <w:proofErr w:type="spellStart"/>
      <w:r w:rsidRPr="00E21FD9">
        <w:rPr>
          <w:b/>
          <w:i/>
          <w:lang w:val="ru-RU"/>
        </w:rPr>
        <w:t>йатхендрийа-балена</w:t>
      </w:r>
      <w:proofErr w:type="spellEnd"/>
      <w:r w:rsidRPr="00E21FD9">
        <w:rPr>
          <w:b/>
          <w:i/>
          <w:lang w:val="ru-RU"/>
        </w:rPr>
        <w:t xml:space="preserve"> </w:t>
      </w:r>
      <w:proofErr w:type="spellStart"/>
      <w:r w:rsidRPr="00E21FD9">
        <w:rPr>
          <w:b/>
          <w:i/>
          <w:lang w:val="ru-RU"/>
        </w:rPr>
        <w:t>викалпитам</w:t>
      </w:r>
      <w:proofErr w:type="spellEnd"/>
      <w:r w:rsidRPr="00E21FD9">
        <w:rPr>
          <w:b/>
          <w:i/>
          <w:lang w:val="ru-RU"/>
        </w:rPr>
        <w:t xml:space="preserve"> сат</w:t>
      </w:r>
    </w:p>
    <w:p w14:paraId="086F5070" w14:textId="77777777" w:rsidR="009D0807" w:rsidRPr="00DA0238" w:rsidRDefault="009D0807" w:rsidP="004E41B6">
      <w:pPr>
        <w:ind w:firstLine="180"/>
        <w:rPr>
          <w:b/>
          <w:lang w:val="ru-RU"/>
        </w:rPr>
      </w:pPr>
    </w:p>
    <w:p w14:paraId="316D8AF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"Сознательное существо не рождается и не умирает, не прирастает в размерах и не уменьшается. Оно осязает и сознает свою вещественную плоть и ее видоизменения. Сознание в чистом виде вечно и неуничтожимо. Как колебание вещества ощущается разными чувствами по-разному, так частица сознания [</w:t>
      </w:r>
      <w:r w:rsidRPr="00DA0238">
        <w:rPr>
          <w:rStyle w:val="TextTranslationItalic"/>
          <w:lang w:val="ru-RU"/>
        </w:rPr>
        <w:t>джива</w:t>
      </w:r>
      <w:r w:rsidRPr="00DA0238">
        <w:rPr>
          <w:lang w:val="ru-RU"/>
        </w:rPr>
        <w:t>] принимает разные виды в разных состояниях".</w:t>
      </w:r>
      <w:r w:rsidR="009D0807">
        <w:rPr>
          <w:lang w:val="ru-RU"/>
        </w:rPr>
        <w:t xml:space="preserve"> (</w:t>
      </w:r>
      <w:proofErr w:type="spellStart"/>
      <w:r w:rsidR="009D0807" w:rsidRPr="009D0807">
        <w:rPr>
          <w:i/>
          <w:lang w:val="ru-RU"/>
        </w:rPr>
        <w:t>Шримад</w:t>
      </w:r>
      <w:r w:rsidR="009D0807">
        <w:rPr>
          <w:lang w:val="ru-RU"/>
        </w:rPr>
        <w:t>-</w:t>
      </w:r>
      <w:r w:rsidR="009D0807" w:rsidRPr="00DA0238">
        <w:rPr>
          <w:rStyle w:val="TextTranslationItalic"/>
          <w:lang w:val="ru-RU"/>
        </w:rPr>
        <w:t>Бхагаватам</w:t>
      </w:r>
      <w:proofErr w:type="spellEnd"/>
      <w:r w:rsidR="009D0807" w:rsidRPr="00DA0238">
        <w:rPr>
          <w:lang w:val="ru-RU"/>
        </w:rPr>
        <w:t xml:space="preserve"> 11.3.38</w:t>
      </w:r>
      <w:r w:rsidR="009D0807">
        <w:rPr>
          <w:lang w:val="ru-RU"/>
        </w:rPr>
        <w:t>).</w:t>
      </w:r>
    </w:p>
    <w:p w14:paraId="5278FB0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641FD9B" w14:textId="77777777" w:rsidR="003B67ED" w:rsidRPr="00C94B7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В этом стихе "</w:t>
      </w:r>
      <w:proofErr w:type="spellStart"/>
      <w:r>
        <w:rPr>
          <w:rStyle w:val="TextTranslationItalic"/>
          <w:lang w:val="ru-RU"/>
        </w:rPr>
        <w:t>атма</w:t>
      </w:r>
      <w:proofErr w:type="spellEnd"/>
      <w:r>
        <w:rPr>
          <w:lang w:val="ru-RU"/>
        </w:rPr>
        <w:t>" означает "чистая душа", "</w:t>
      </w:r>
      <w:r>
        <w:rPr>
          <w:rStyle w:val="TextTranslationItalic"/>
          <w:lang w:val="ru-RU"/>
        </w:rPr>
        <w:t>на</w:t>
      </w:r>
      <w:r>
        <w:rPr>
          <w:lang w:val="ru-RU"/>
        </w:rPr>
        <w:t xml:space="preserve"> </w:t>
      </w:r>
      <w:proofErr w:type="spellStart"/>
      <w:r>
        <w:rPr>
          <w:rStyle w:val="TextTranslationItalic"/>
          <w:lang w:val="ru-RU"/>
        </w:rPr>
        <w:t>джаджана</w:t>
      </w:r>
      <w:proofErr w:type="spellEnd"/>
      <w:r>
        <w:rPr>
          <w:lang w:val="ru-RU"/>
        </w:rPr>
        <w:t>" – "</w:t>
      </w:r>
      <w:proofErr w:type="spellStart"/>
      <w:r>
        <w:rPr>
          <w:lang w:val="ru-RU"/>
        </w:rPr>
        <w:t>нерождающийся</w:t>
      </w:r>
      <w:proofErr w:type="spellEnd"/>
      <w:r>
        <w:rPr>
          <w:lang w:val="ru-RU"/>
        </w:rPr>
        <w:t>". Душа свободна от преобразований, всегда пребывает в устойчивом состоянии. "</w:t>
      </w:r>
      <w:proofErr w:type="spellStart"/>
      <w:r>
        <w:rPr>
          <w:rStyle w:val="TextTranslationItalic"/>
          <w:lang w:val="ru-RU"/>
        </w:rPr>
        <w:t>Наидхате</w:t>
      </w:r>
      <w:proofErr w:type="spellEnd"/>
      <w:r>
        <w:rPr>
          <w:lang w:val="ru-RU"/>
        </w:rPr>
        <w:t>" значит "не увеличивается"; потому к</w:t>
      </w:r>
      <w:r w:rsidRPr="00C94B78">
        <w:rPr>
          <w:lang w:val="ru-RU"/>
        </w:rPr>
        <w:t>ак душа не увеличивается в размерах, она не претерпевает изменений. "</w:t>
      </w:r>
      <w:r w:rsidRPr="00C94B78">
        <w:rPr>
          <w:rStyle w:val="TextTranslationItalic"/>
          <w:lang w:val="ru-RU"/>
        </w:rPr>
        <w:t>Хи</w:t>
      </w:r>
      <w:r w:rsidRPr="00C94B78">
        <w:rPr>
          <w:lang w:val="ru-RU"/>
        </w:rPr>
        <w:t>" означает "потому как", это часть речи, увязывающая причину и следствие. "</w:t>
      </w:r>
      <w:proofErr w:type="spellStart"/>
      <w:r w:rsidRPr="00C94B78">
        <w:rPr>
          <w:rStyle w:val="TextTranslationItalic"/>
          <w:lang w:val="ru-RU"/>
        </w:rPr>
        <w:t>Вйабхичаринам</w:t>
      </w:r>
      <w:proofErr w:type="spellEnd"/>
      <w:r w:rsidRPr="00C94B78">
        <w:rPr>
          <w:lang w:val="ru-RU"/>
        </w:rPr>
        <w:t>" значит "всё преходящее", а именно тела живого существа в младенчестве, юности и так далее; или тела в разных видах жизни — небожителей, людей, животных и тому подобное. Душа – "</w:t>
      </w:r>
      <w:r w:rsidRPr="00C94B78">
        <w:rPr>
          <w:rStyle w:val="TextTranslationItalic"/>
          <w:lang w:val="ru-RU"/>
        </w:rPr>
        <w:t>савана</w:t>
      </w:r>
      <w:r w:rsidRPr="00C94B78">
        <w:rPr>
          <w:lang w:val="ru-RU"/>
        </w:rPr>
        <w:t xml:space="preserve"> </w:t>
      </w:r>
      <w:r w:rsidRPr="00C94B78">
        <w:rPr>
          <w:rStyle w:val="TextTranslationItalic"/>
          <w:lang w:val="ru-RU"/>
        </w:rPr>
        <w:t>вит</w:t>
      </w:r>
      <w:r w:rsidRPr="00C94B78">
        <w:rPr>
          <w:lang w:val="ru-RU"/>
        </w:rPr>
        <w:t xml:space="preserve">", то есть наблюдатель состояний бытия. Очевидно, сам наблюдатель не подвержен состояниям, свойственным предмету наблюдения, он лишь созерцает. На вопрос "кто он, неизменный </w:t>
      </w:r>
      <w:r w:rsidR="00C94B78" w:rsidRPr="00C94B78">
        <w:rPr>
          <w:lang w:val="ru-RU"/>
        </w:rPr>
        <w:t>"</w:t>
      </w:r>
      <w:r w:rsidRPr="00C94B78">
        <w:rPr>
          <w:lang w:val="ru-RU"/>
        </w:rPr>
        <w:t>я</w:t>
      </w:r>
      <w:r w:rsidR="00C94B78" w:rsidRPr="00C94B78">
        <w:rPr>
          <w:lang w:val="ru-RU"/>
        </w:rPr>
        <w:t>"</w:t>
      </w:r>
      <w:r w:rsidRPr="00C94B78">
        <w:rPr>
          <w:lang w:val="ru-RU"/>
        </w:rPr>
        <w:t xml:space="preserve">?", </w:t>
      </w:r>
      <w:proofErr w:type="spellStart"/>
      <w:r w:rsidRPr="00C94B78">
        <w:rPr>
          <w:lang w:val="ru-RU"/>
        </w:rPr>
        <w:t>Пиппалаяна</w:t>
      </w:r>
      <w:proofErr w:type="spellEnd"/>
      <w:r w:rsidRPr="00C94B78">
        <w:rPr>
          <w:lang w:val="ru-RU"/>
        </w:rPr>
        <w:t xml:space="preserve"> отвечает: "он – чистое сознание, он лишь сознает". </w:t>
      </w:r>
      <w:proofErr w:type="gramStart"/>
      <w:r w:rsidRPr="00C94B78">
        <w:rPr>
          <w:lang w:val="ru-RU"/>
        </w:rPr>
        <w:t xml:space="preserve">Как же он существует? – </w:t>
      </w:r>
      <w:proofErr w:type="gramEnd"/>
      <w:r w:rsidRPr="00C94B78">
        <w:rPr>
          <w:lang w:val="ru-RU"/>
        </w:rPr>
        <w:t>следом спрашивает Ними. "Он пронизывает собою тело", — отвечает мудрец.</w:t>
      </w:r>
    </w:p>
    <w:p w14:paraId="2CAAC52D" w14:textId="77777777" w:rsidR="003B67ED" w:rsidRPr="00C94B78" w:rsidRDefault="003B67ED" w:rsidP="004E41B6">
      <w:pPr>
        <w:ind w:firstLine="180"/>
        <w:rPr>
          <w:b/>
          <w:lang w:val="ru-RU"/>
        </w:rPr>
      </w:pPr>
    </w:p>
    <w:p w14:paraId="2E5B2D16" w14:textId="77777777" w:rsidR="00E21FD9" w:rsidRPr="00C94B78" w:rsidRDefault="002B41BF" w:rsidP="004E41B6">
      <w:pPr>
        <w:pStyle w:val="TextTranslation"/>
        <w:ind w:firstLine="180"/>
        <w:rPr>
          <w:lang w:val="ru-RU"/>
        </w:rPr>
      </w:pPr>
      <w:r w:rsidRPr="00C94B78">
        <w:rPr>
          <w:lang w:val="ru-RU"/>
        </w:rPr>
        <w:t xml:space="preserve">"Но как можно считать сознание вечным и неизменным, если мы на своем опыте знаем, что после </w:t>
      </w:r>
      <w:proofErr w:type="spellStart"/>
      <w:r w:rsidRPr="00C94B78">
        <w:rPr>
          <w:lang w:val="ru-RU"/>
        </w:rPr>
        <w:t>сознавания</w:t>
      </w:r>
      <w:proofErr w:type="spellEnd"/>
      <w:r w:rsidRPr="00C94B78">
        <w:rPr>
          <w:lang w:val="ru-RU"/>
        </w:rPr>
        <w:t xml:space="preserve"> чего-то синего мы сознаем, например, что-то желтое?" </w:t>
      </w:r>
      <w:proofErr w:type="spellStart"/>
      <w:r w:rsidRPr="00C94B78">
        <w:rPr>
          <w:lang w:val="ru-RU"/>
        </w:rPr>
        <w:t>Пиппалаяна</w:t>
      </w:r>
      <w:proofErr w:type="spellEnd"/>
      <w:r w:rsidRPr="00C94B78">
        <w:rPr>
          <w:lang w:val="ru-RU"/>
        </w:rPr>
        <w:t xml:space="preserve"> отвечает "</w:t>
      </w:r>
      <w:proofErr w:type="spellStart"/>
      <w:r w:rsidRPr="00C94B78">
        <w:rPr>
          <w:rStyle w:val="TextTranslationItalic"/>
          <w:lang w:val="ru-RU"/>
        </w:rPr>
        <w:t>индрийя</w:t>
      </w:r>
      <w:proofErr w:type="spellEnd"/>
      <w:r w:rsidRPr="00C94B78">
        <w:rPr>
          <w:lang w:val="ru-RU"/>
        </w:rPr>
        <w:t xml:space="preserve"> </w:t>
      </w:r>
      <w:proofErr w:type="spellStart"/>
      <w:r w:rsidRPr="00C94B78">
        <w:rPr>
          <w:rStyle w:val="TextTranslationItalic"/>
          <w:lang w:val="ru-RU"/>
        </w:rPr>
        <w:t>балена</w:t>
      </w:r>
      <w:proofErr w:type="spellEnd"/>
      <w:r w:rsidRPr="00C94B78">
        <w:rPr>
          <w:lang w:val="ru-RU"/>
        </w:rPr>
        <w:t>" [благодаря орудиям восприятия].</w:t>
      </w:r>
    </w:p>
    <w:p w14:paraId="7ADD616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C94B78">
        <w:rPr>
          <w:lang w:val="ru-RU"/>
        </w:rPr>
        <w:lastRenderedPageBreak/>
        <w:t>Хотя сознание вечно, неделимо и неизменно, оруд</w:t>
      </w:r>
      <w:r w:rsidRPr="00DA0238">
        <w:rPr>
          <w:lang w:val="ru-RU"/>
        </w:rPr>
        <w:t>ия восприятия выз</w:t>
      </w:r>
      <w:r w:rsidR="00A43835" w:rsidRPr="00DA0238">
        <w:rPr>
          <w:lang w:val="ru-RU"/>
        </w:rPr>
        <w:t>ы</w:t>
      </w:r>
      <w:r w:rsidRPr="00DA0238">
        <w:rPr>
          <w:lang w:val="ru-RU"/>
        </w:rPr>
        <w:t xml:space="preserve">вают в нем ощущение </w:t>
      </w:r>
      <w:r w:rsidR="00A43835" w:rsidRPr="00DA0238">
        <w:rPr>
          <w:lang w:val="ru-RU"/>
        </w:rPr>
        <w:t>разнообразия</w:t>
      </w:r>
      <w:r w:rsidRPr="00DA0238">
        <w:rPr>
          <w:lang w:val="ru-RU"/>
        </w:rPr>
        <w:t>. Другими словами, не сознание появляется и и</w:t>
      </w:r>
      <w:r w:rsidR="00A43835" w:rsidRPr="00DA0238">
        <w:rPr>
          <w:lang w:val="ru-RU"/>
        </w:rPr>
        <w:t>с</w:t>
      </w:r>
      <w:r w:rsidRPr="00DA0238">
        <w:rPr>
          <w:lang w:val="ru-RU"/>
        </w:rPr>
        <w:t>чезает, но меняются состояния сознания, которые создают впечатления то син</w:t>
      </w:r>
      <w:r w:rsidR="00A43835" w:rsidRPr="00DA0238">
        <w:rPr>
          <w:lang w:val="ru-RU"/>
        </w:rPr>
        <w:t>е</w:t>
      </w:r>
      <w:r w:rsidRPr="00DA0238">
        <w:rPr>
          <w:lang w:val="ru-RU"/>
        </w:rPr>
        <w:t>го, то желтого.</w:t>
      </w:r>
    </w:p>
    <w:p w14:paraId="19EDD5E1" w14:textId="77777777" w:rsidR="003B67ED" w:rsidRPr="00D65EC8" w:rsidRDefault="003B67ED" w:rsidP="004E41B6">
      <w:pPr>
        <w:ind w:firstLine="180"/>
        <w:rPr>
          <w:b/>
          <w:lang w:val="ru-RU"/>
        </w:rPr>
      </w:pPr>
    </w:p>
    <w:p w14:paraId="5432D42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65EC8">
        <w:rPr>
          <w:lang w:val="ru-RU"/>
        </w:rPr>
        <w:t>Таким образом, первый довод (призванный высветить безусловную реальность) основан на отличии вещей, появляющихся и исчезающих, и вещей, не подверженных изменениям. Второй довод основан на различии наблюдателя и предметов н</w:t>
      </w:r>
      <w:r>
        <w:rPr>
          <w:lang w:val="ru-RU"/>
        </w:rPr>
        <w:t xml:space="preserve">аблюдения. </w:t>
      </w:r>
      <w:proofErr w:type="spellStart"/>
      <w:r>
        <w:rPr>
          <w:lang w:val="ru-RU"/>
        </w:rPr>
        <w:t>Пиппалаяна</w:t>
      </w:r>
      <w:proofErr w:type="spellEnd"/>
      <w:r>
        <w:rPr>
          <w:lang w:val="ru-RU"/>
        </w:rPr>
        <w:t xml:space="preserve"> приводит пример с жизненным воздухом [</w:t>
      </w:r>
      <w:proofErr w:type="spellStart"/>
      <w:r>
        <w:rPr>
          <w:rStyle w:val="TextTranslationItalic"/>
          <w:lang w:val="ru-RU"/>
        </w:rPr>
        <w:t>праной</w:t>
      </w:r>
      <w:proofErr w:type="spellEnd"/>
      <w:r>
        <w:rPr>
          <w:lang w:val="ru-RU"/>
        </w:rPr>
        <w:t>], который, будучи неизменен, присутствует в вещах переменчивых.</w:t>
      </w:r>
    </w:p>
    <w:p w14:paraId="3D01DDF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BAC5779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54</w:t>
      </w:r>
      <w:r w:rsidR="00941FBE">
        <w:rPr>
          <w:b/>
          <w:lang w:val="ru-RU"/>
        </w:rPr>
        <w:t>.</w:t>
      </w:r>
    </w:p>
    <w:p w14:paraId="6DA4662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6F055B6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Для </w:t>
      </w:r>
      <w:r w:rsidR="00B73BFB">
        <w:rPr>
          <w:lang w:val="ru-RU"/>
        </w:rPr>
        <w:t>доказательства</w:t>
      </w:r>
      <w:r w:rsidRPr="00DA0238">
        <w:rPr>
          <w:lang w:val="ru-RU"/>
        </w:rPr>
        <w:t xml:space="preserve"> неизменности души мудрец </w:t>
      </w:r>
      <w:proofErr w:type="gramStart"/>
      <w:r w:rsidR="008E3A57">
        <w:rPr>
          <w:lang w:val="ru-RU"/>
        </w:rPr>
        <w:t>п</w:t>
      </w:r>
      <w:r w:rsidRPr="00DA0238">
        <w:rPr>
          <w:lang w:val="ru-RU"/>
        </w:rPr>
        <w:t>рибегает к примеру</w:t>
      </w:r>
      <w:proofErr w:type="gramEnd"/>
      <w:r w:rsidRPr="00DA0238">
        <w:rPr>
          <w:lang w:val="ru-RU"/>
        </w:rPr>
        <w:t xml:space="preserve"> чувств, "растворяющихся" в сознании:</w:t>
      </w:r>
    </w:p>
    <w:p w14:paraId="5D151C14" w14:textId="77777777" w:rsidR="00B73BFB" w:rsidRDefault="00B73BFB" w:rsidP="004E41B6">
      <w:pPr>
        <w:pStyle w:val="TextTranslation"/>
        <w:ind w:firstLine="180"/>
        <w:rPr>
          <w:lang w:val="ru-RU"/>
        </w:rPr>
      </w:pPr>
    </w:p>
    <w:p w14:paraId="0DE319DD" w14:textId="77777777" w:rsidR="009D0807" w:rsidRPr="009D0807" w:rsidRDefault="009D0807" w:rsidP="009D0807">
      <w:pPr>
        <w:pStyle w:val="TextTranslation"/>
        <w:ind w:firstLine="180"/>
        <w:rPr>
          <w:i/>
          <w:lang w:val="ru-RU"/>
        </w:rPr>
      </w:pPr>
      <w:proofErr w:type="spellStart"/>
      <w:r w:rsidRPr="009D0807">
        <w:rPr>
          <w:i/>
          <w:lang w:val="ru-RU"/>
        </w:rPr>
        <w:t>андешу</w:t>
      </w:r>
      <w:proofErr w:type="spellEnd"/>
      <w:r w:rsidRPr="009D0807">
        <w:rPr>
          <w:i/>
          <w:lang w:val="ru-RU"/>
        </w:rPr>
        <w:t xml:space="preserve"> </w:t>
      </w:r>
      <w:proofErr w:type="spellStart"/>
      <w:r w:rsidRPr="009D0807">
        <w:rPr>
          <w:i/>
          <w:lang w:val="ru-RU"/>
        </w:rPr>
        <w:t>пешишу</w:t>
      </w:r>
      <w:proofErr w:type="spellEnd"/>
      <w:r w:rsidRPr="009D0807">
        <w:rPr>
          <w:i/>
          <w:lang w:val="ru-RU"/>
        </w:rPr>
        <w:t xml:space="preserve"> </w:t>
      </w:r>
      <w:proofErr w:type="spellStart"/>
      <w:r w:rsidRPr="009D0807">
        <w:rPr>
          <w:i/>
          <w:lang w:val="ru-RU"/>
        </w:rPr>
        <w:t>тарушв</w:t>
      </w:r>
      <w:proofErr w:type="spellEnd"/>
      <w:r w:rsidRPr="009D0807">
        <w:rPr>
          <w:i/>
          <w:lang w:val="ru-RU"/>
        </w:rPr>
        <w:t xml:space="preserve"> </w:t>
      </w:r>
      <w:proofErr w:type="spellStart"/>
      <w:r w:rsidRPr="009D0807">
        <w:rPr>
          <w:i/>
          <w:lang w:val="ru-RU"/>
        </w:rPr>
        <w:t>авинишчитешу</w:t>
      </w:r>
      <w:proofErr w:type="spellEnd"/>
    </w:p>
    <w:p w14:paraId="5C63EAA8" w14:textId="77777777" w:rsidR="009D0807" w:rsidRPr="009D0807" w:rsidRDefault="009D0807" w:rsidP="009D0807">
      <w:pPr>
        <w:pStyle w:val="TextTranslation"/>
        <w:ind w:firstLine="180"/>
        <w:rPr>
          <w:i/>
          <w:lang w:val="ru-RU"/>
        </w:rPr>
      </w:pPr>
      <w:proofErr w:type="spellStart"/>
      <w:r w:rsidRPr="009D0807">
        <w:rPr>
          <w:i/>
          <w:lang w:val="ru-RU"/>
        </w:rPr>
        <w:t>прано</w:t>
      </w:r>
      <w:proofErr w:type="spellEnd"/>
      <w:r w:rsidRPr="009D0807">
        <w:rPr>
          <w:i/>
          <w:lang w:val="ru-RU"/>
        </w:rPr>
        <w:t xml:space="preserve"> хи дживам </w:t>
      </w:r>
      <w:proofErr w:type="spellStart"/>
      <w:r w:rsidRPr="009D0807">
        <w:rPr>
          <w:i/>
          <w:lang w:val="ru-RU"/>
        </w:rPr>
        <w:t>упадхавати</w:t>
      </w:r>
      <w:proofErr w:type="spellEnd"/>
      <w:r w:rsidRPr="009D0807">
        <w:rPr>
          <w:i/>
          <w:lang w:val="ru-RU"/>
        </w:rPr>
        <w:t xml:space="preserve"> татра </w:t>
      </w:r>
      <w:proofErr w:type="spellStart"/>
      <w:r w:rsidRPr="009D0807">
        <w:rPr>
          <w:i/>
          <w:lang w:val="ru-RU"/>
        </w:rPr>
        <w:t>татра</w:t>
      </w:r>
      <w:proofErr w:type="spellEnd"/>
    </w:p>
    <w:p w14:paraId="002E11CA" w14:textId="77777777" w:rsidR="009D0807" w:rsidRPr="009D0807" w:rsidRDefault="009D0807" w:rsidP="009D0807">
      <w:pPr>
        <w:pStyle w:val="TextTranslation"/>
        <w:ind w:firstLine="180"/>
        <w:rPr>
          <w:i/>
          <w:lang w:val="ru-RU"/>
        </w:rPr>
      </w:pPr>
      <w:proofErr w:type="spellStart"/>
      <w:r w:rsidRPr="009D0807">
        <w:rPr>
          <w:i/>
          <w:lang w:val="ru-RU"/>
        </w:rPr>
        <w:t>санне</w:t>
      </w:r>
      <w:proofErr w:type="spellEnd"/>
      <w:r w:rsidRPr="009D0807">
        <w:rPr>
          <w:i/>
          <w:lang w:val="ru-RU"/>
        </w:rPr>
        <w:t xml:space="preserve"> </w:t>
      </w:r>
      <w:proofErr w:type="spellStart"/>
      <w:r w:rsidRPr="009D0807">
        <w:rPr>
          <w:i/>
          <w:lang w:val="ru-RU"/>
        </w:rPr>
        <w:t>йад</w:t>
      </w:r>
      <w:proofErr w:type="spellEnd"/>
      <w:r w:rsidRPr="009D0807">
        <w:rPr>
          <w:i/>
          <w:lang w:val="ru-RU"/>
        </w:rPr>
        <w:t xml:space="preserve"> </w:t>
      </w:r>
      <w:proofErr w:type="spellStart"/>
      <w:r w:rsidRPr="009D0807">
        <w:rPr>
          <w:i/>
          <w:lang w:val="ru-RU"/>
        </w:rPr>
        <w:t>индрийа-гане</w:t>
      </w:r>
      <w:proofErr w:type="spellEnd"/>
      <w:r w:rsidRPr="009D0807">
        <w:rPr>
          <w:i/>
          <w:lang w:val="ru-RU"/>
        </w:rPr>
        <w:t xml:space="preserve"> ’хами </w:t>
      </w:r>
      <w:proofErr w:type="spellStart"/>
      <w:r w:rsidRPr="009D0807">
        <w:rPr>
          <w:i/>
          <w:lang w:val="ru-RU"/>
        </w:rPr>
        <w:t>ча</w:t>
      </w:r>
      <w:proofErr w:type="spellEnd"/>
      <w:r w:rsidRPr="009D0807">
        <w:rPr>
          <w:i/>
          <w:lang w:val="ru-RU"/>
        </w:rPr>
        <w:t xml:space="preserve"> </w:t>
      </w:r>
      <w:proofErr w:type="spellStart"/>
      <w:r w:rsidRPr="009D0807">
        <w:rPr>
          <w:i/>
          <w:lang w:val="ru-RU"/>
        </w:rPr>
        <w:t>прасупте</w:t>
      </w:r>
      <w:proofErr w:type="spellEnd"/>
    </w:p>
    <w:p w14:paraId="026D354C" w14:textId="77777777" w:rsidR="009D0807" w:rsidRPr="009D0807" w:rsidRDefault="009D0807" w:rsidP="009D0807">
      <w:pPr>
        <w:pStyle w:val="TextTranslation"/>
        <w:ind w:firstLine="180"/>
        <w:rPr>
          <w:i/>
          <w:lang w:val="ru-RU"/>
        </w:rPr>
      </w:pPr>
      <w:r w:rsidRPr="009D0807">
        <w:rPr>
          <w:i/>
          <w:lang w:val="ru-RU"/>
        </w:rPr>
        <w:t>кута-</w:t>
      </w:r>
      <w:proofErr w:type="spellStart"/>
      <w:r w:rsidRPr="009D0807">
        <w:rPr>
          <w:i/>
          <w:lang w:val="ru-RU"/>
        </w:rPr>
        <w:t>стха</w:t>
      </w:r>
      <w:proofErr w:type="spellEnd"/>
      <w:r w:rsidRPr="009D0807">
        <w:rPr>
          <w:i/>
          <w:lang w:val="ru-RU"/>
        </w:rPr>
        <w:t xml:space="preserve"> </w:t>
      </w:r>
      <w:proofErr w:type="spellStart"/>
      <w:r w:rsidRPr="009D0807">
        <w:rPr>
          <w:i/>
          <w:lang w:val="ru-RU"/>
        </w:rPr>
        <w:t>ашайам</w:t>
      </w:r>
      <w:proofErr w:type="spellEnd"/>
      <w:r w:rsidRPr="009D0807">
        <w:rPr>
          <w:i/>
          <w:lang w:val="ru-RU"/>
        </w:rPr>
        <w:t xml:space="preserve"> </w:t>
      </w:r>
      <w:proofErr w:type="spellStart"/>
      <w:r w:rsidRPr="009D0807">
        <w:rPr>
          <w:i/>
          <w:lang w:val="ru-RU"/>
        </w:rPr>
        <w:t>рите</w:t>
      </w:r>
      <w:proofErr w:type="spellEnd"/>
      <w:r w:rsidRPr="009D0807">
        <w:rPr>
          <w:i/>
          <w:lang w:val="ru-RU"/>
        </w:rPr>
        <w:t xml:space="preserve"> </w:t>
      </w:r>
      <w:proofErr w:type="spellStart"/>
      <w:r w:rsidRPr="009D0807">
        <w:rPr>
          <w:i/>
          <w:lang w:val="ru-RU"/>
        </w:rPr>
        <w:t>тад-анусмритир</w:t>
      </w:r>
      <w:proofErr w:type="spellEnd"/>
      <w:r w:rsidRPr="009D0807">
        <w:rPr>
          <w:i/>
          <w:lang w:val="ru-RU"/>
        </w:rPr>
        <w:t xml:space="preserve"> нах</w:t>
      </w:r>
    </w:p>
    <w:p w14:paraId="32A25FF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A47F676" w14:textId="77777777" w:rsidR="003B67ED" w:rsidRPr="00D65EC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"Сознание, явившись в зримый мир, предстает в разных видах жизни. Оно появляется на свет то из яйца, то из семечка, то из личинки, то из зародыша. Из тела в тело за ним неотступно следует жизненный воздух [</w:t>
      </w:r>
      <w:proofErr w:type="spellStart"/>
      <w:r>
        <w:rPr>
          <w:rStyle w:val="TextTranslationItalic"/>
          <w:lang w:val="ru-RU"/>
        </w:rPr>
        <w:t>прана</w:t>
      </w:r>
      <w:proofErr w:type="spellEnd"/>
      <w:r>
        <w:rPr>
          <w:lang w:val="ru-RU"/>
        </w:rPr>
        <w:t>]. Сознание непрерывно, хотя кажется, что исчезает во время беспамятства, лишившись м</w:t>
      </w:r>
      <w:r w:rsidRPr="00D65EC8">
        <w:rPr>
          <w:lang w:val="ru-RU"/>
        </w:rPr>
        <w:t>ыслей и ощущений. Свидетельством того, что сознание не прерывается во сне, служит сама память о сне" (</w:t>
      </w:r>
      <w:proofErr w:type="spellStart"/>
      <w:r w:rsidRPr="00D65EC8">
        <w:rPr>
          <w:rStyle w:val="TextTranslationItalic"/>
          <w:lang w:val="ru-RU"/>
        </w:rPr>
        <w:t>Шримад</w:t>
      </w:r>
      <w:r w:rsidRPr="00D65EC8">
        <w:rPr>
          <w:lang w:val="ru-RU"/>
        </w:rPr>
        <w:t>-</w:t>
      </w:r>
      <w:r w:rsidRPr="00D65EC8">
        <w:rPr>
          <w:rStyle w:val="TextTranslationItalic"/>
          <w:lang w:val="ru-RU"/>
        </w:rPr>
        <w:t>Бхагаватам</w:t>
      </w:r>
      <w:proofErr w:type="spellEnd"/>
      <w:r w:rsidRPr="00D65EC8">
        <w:rPr>
          <w:lang w:val="ru-RU"/>
        </w:rPr>
        <w:t xml:space="preserve"> 11.3.39).</w:t>
      </w:r>
    </w:p>
    <w:p w14:paraId="55C6D6D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82D8AC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Андешу</w:t>
      </w:r>
      <w:proofErr w:type="spellEnd"/>
      <w:r w:rsidRPr="00DA0238">
        <w:rPr>
          <w:lang w:val="ru-RU"/>
        </w:rPr>
        <w:t>" означает "рожденный из яйца", "</w:t>
      </w:r>
      <w:proofErr w:type="spellStart"/>
      <w:r w:rsidRPr="00DA0238">
        <w:rPr>
          <w:rStyle w:val="TextTranslationItalic"/>
          <w:lang w:val="ru-RU"/>
        </w:rPr>
        <w:t>пешишу</w:t>
      </w:r>
      <w:proofErr w:type="spellEnd"/>
      <w:r w:rsidRPr="00DA0238">
        <w:rPr>
          <w:lang w:val="ru-RU"/>
        </w:rPr>
        <w:t>" – "рожденный из утробы", "</w:t>
      </w:r>
      <w:proofErr w:type="spellStart"/>
      <w:r w:rsidRPr="00DA0238">
        <w:rPr>
          <w:rStyle w:val="TextTranslationItalic"/>
          <w:lang w:val="ru-RU"/>
        </w:rPr>
        <w:t>тарушу</w:t>
      </w:r>
      <w:proofErr w:type="spellEnd"/>
      <w:r w:rsidRPr="00DA0238">
        <w:rPr>
          <w:lang w:val="ru-RU"/>
        </w:rPr>
        <w:t>" – "рожденный из семечка", "</w:t>
      </w:r>
      <w:proofErr w:type="spellStart"/>
      <w:r w:rsidRPr="00DA0238">
        <w:rPr>
          <w:rStyle w:val="TextTranslationItalic"/>
          <w:lang w:val="ru-RU"/>
        </w:rPr>
        <w:t>авинишчитешу</w:t>
      </w:r>
      <w:proofErr w:type="spellEnd"/>
      <w:r w:rsidRPr="00DA0238">
        <w:rPr>
          <w:lang w:val="ru-RU"/>
        </w:rPr>
        <w:t>" – "рожденный из пота или жара", "</w:t>
      </w:r>
      <w:proofErr w:type="spellStart"/>
      <w:r w:rsidRPr="00DA0238">
        <w:rPr>
          <w:rStyle w:val="TextTranslationItalic"/>
          <w:lang w:val="ru-RU"/>
        </w:rPr>
        <w:t>упадхавити</w:t>
      </w:r>
      <w:proofErr w:type="spellEnd"/>
      <w:r w:rsidRPr="00DA0238">
        <w:rPr>
          <w:lang w:val="ru-RU"/>
        </w:rPr>
        <w:t>" – "следует".</w:t>
      </w:r>
    </w:p>
    <w:p w14:paraId="1631D62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0F15230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Показав таким образом неизменность жизненного воздуха, </w:t>
      </w:r>
      <w:proofErr w:type="spellStart"/>
      <w:r w:rsidRPr="00DA0238">
        <w:rPr>
          <w:lang w:val="ru-RU"/>
        </w:rPr>
        <w:t>Пиппалаяна</w:t>
      </w:r>
      <w:proofErr w:type="spellEnd"/>
      <w:r w:rsidRPr="00DA0238">
        <w:rPr>
          <w:lang w:val="ru-RU"/>
        </w:rPr>
        <w:t xml:space="preserve"> сравнивает с ним душу. Представляет душу такой же неизменной</w:t>
      </w:r>
      <w:r w:rsidR="00F60E52" w:rsidRPr="00DA0238">
        <w:rPr>
          <w:lang w:val="ru-RU"/>
        </w:rPr>
        <w:t>,</w:t>
      </w:r>
      <w:r w:rsidRPr="00DA0238">
        <w:rPr>
          <w:lang w:val="ru-RU"/>
        </w:rPr>
        <w:t xml:space="preserve"> как небо или пространство. Из чего мы делаем вывод, что душа неизменна? Ведь сознание претерпевает </w:t>
      </w:r>
      <w:r w:rsidR="00F60E52" w:rsidRPr="00DA0238">
        <w:rPr>
          <w:lang w:val="ru-RU"/>
        </w:rPr>
        <w:t>изменения</w:t>
      </w:r>
      <w:r w:rsidRPr="00DA0238">
        <w:rPr>
          <w:lang w:val="ru-RU"/>
        </w:rPr>
        <w:t xml:space="preserve">, когда соприкасается с </w:t>
      </w:r>
      <w:r w:rsidR="008E3A57">
        <w:rPr>
          <w:lang w:val="ru-RU"/>
        </w:rPr>
        <w:t>ощущениями</w:t>
      </w:r>
      <w:r w:rsidRPr="00DA0238">
        <w:rPr>
          <w:lang w:val="ru-RU"/>
        </w:rPr>
        <w:t xml:space="preserve"> во время бодрствования или когда остается наедине с собой,</w:t>
      </w:r>
      <w:r w:rsidR="005238DB" w:rsidRPr="00DA0238">
        <w:rPr>
          <w:lang w:val="ru-RU"/>
        </w:rPr>
        <w:t xml:space="preserve"> </w:t>
      </w:r>
      <w:r w:rsidRPr="00DA0238">
        <w:rPr>
          <w:lang w:val="ru-RU"/>
        </w:rPr>
        <w:t>с самостью во время глубокого сна или дремы, будучи наполнено впечатлениями бодрствующего состояния. В состоянии глубокого сна чувства и самость души временно "растворены", бездейственны и лишь неизменное сущностное начало остается как таковое. Но в каком виде? "</w:t>
      </w:r>
      <w:proofErr w:type="spellStart"/>
      <w:r w:rsidRPr="00DA0238">
        <w:rPr>
          <w:rStyle w:val="TextTranslationItalic"/>
          <w:lang w:val="ru-RU"/>
        </w:rPr>
        <w:t>Асайам</w:t>
      </w:r>
      <w:proofErr w:type="spellEnd"/>
      <w:r w:rsidRPr="00DA0238">
        <w:rPr>
          <w:rStyle w:val="TextTranslationItalic"/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рите</w:t>
      </w:r>
      <w:proofErr w:type="spellEnd"/>
      <w:r w:rsidRPr="00DA0238">
        <w:rPr>
          <w:lang w:val="ru-RU"/>
        </w:rPr>
        <w:t>" [без несущего судна], вне тонкой, умственной обол</w:t>
      </w:r>
      <w:r w:rsidR="00F60E52" w:rsidRPr="00DA0238">
        <w:rPr>
          <w:lang w:val="ru-RU"/>
        </w:rPr>
        <w:t>о</w:t>
      </w:r>
      <w:r w:rsidRPr="00DA0238">
        <w:rPr>
          <w:lang w:val="ru-RU"/>
        </w:rPr>
        <w:t>чки. То есть она свободна от означений [</w:t>
      </w:r>
      <w:proofErr w:type="spellStart"/>
      <w:r w:rsidRPr="00DA0238">
        <w:rPr>
          <w:rStyle w:val="TextTranslationItalic"/>
          <w:lang w:val="ru-RU"/>
        </w:rPr>
        <w:t>упадхи</w:t>
      </w:r>
      <w:proofErr w:type="spellEnd"/>
      <w:r w:rsidR="00F60E52" w:rsidRPr="00DA0238">
        <w:rPr>
          <w:lang w:val="ru-RU"/>
        </w:rPr>
        <w:t>], которые принуж</w:t>
      </w:r>
      <w:r w:rsidRPr="00DA0238">
        <w:rPr>
          <w:lang w:val="ru-RU"/>
        </w:rPr>
        <w:t>дают ее к изменениям.</w:t>
      </w:r>
    </w:p>
    <w:p w14:paraId="14EAC1E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D1C57F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Существует мнение, </w:t>
      </w:r>
      <w:proofErr w:type="gramStart"/>
      <w:r w:rsidRPr="00DA0238">
        <w:rPr>
          <w:lang w:val="ru-RU"/>
        </w:rPr>
        <w:t>что</w:t>
      </w:r>
      <w:proofErr w:type="gramEnd"/>
      <w:r w:rsidRPr="00DA0238">
        <w:rPr>
          <w:lang w:val="ru-RU"/>
        </w:rPr>
        <w:t xml:space="preserve"> когда покровы души, включая самый тонкий, самость, растворяются, остается пустота, ничто. Тогда вопрос о переменчивости и неизменности сознания отпадает сам собой. Ведь ничего больше </w:t>
      </w:r>
      <w:r w:rsidR="00E264E7" w:rsidRPr="00DA0238">
        <w:rPr>
          <w:lang w:val="ru-RU"/>
        </w:rPr>
        <w:t xml:space="preserve">нет. На это </w:t>
      </w:r>
      <w:proofErr w:type="spellStart"/>
      <w:r w:rsidR="00E264E7" w:rsidRPr="00DA0238">
        <w:rPr>
          <w:lang w:val="ru-RU"/>
        </w:rPr>
        <w:t>Пиппалаяна</w:t>
      </w:r>
      <w:proofErr w:type="spellEnd"/>
      <w:r w:rsidR="00E264E7" w:rsidRPr="00DA0238">
        <w:rPr>
          <w:lang w:val="ru-RU"/>
        </w:rPr>
        <w:t xml:space="preserve"> отвечает</w:t>
      </w:r>
      <w:r w:rsidRPr="00DA0238">
        <w:rPr>
          <w:lang w:val="ru-RU"/>
        </w:rPr>
        <w:t xml:space="preserve"> </w:t>
      </w:r>
      <w:r w:rsidR="00E264E7" w:rsidRPr="00DA0238">
        <w:rPr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тад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анусмритир</w:t>
      </w:r>
      <w:proofErr w:type="spellEnd"/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нах</w:t>
      </w:r>
      <w:r w:rsidR="00E264E7" w:rsidRPr="00DA0238">
        <w:rPr>
          <w:rStyle w:val="TextTranslationItalic"/>
          <w:i w:val="0"/>
          <w:lang w:val="ru-RU"/>
        </w:rPr>
        <w:t>"</w:t>
      </w:r>
      <w:r w:rsidRPr="00DA0238">
        <w:rPr>
          <w:rStyle w:val="TextTranslationItalic"/>
          <w:i w:val="0"/>
          <w:lang w:val="ru-RU"/>
        </w:rPr>
        <w:t>:</w:t>
      </w:r>
      <w:r w:rsidRPr="00DA0238">
        <w:rPr>
          <w:lang w:val="ru-RU"/>
        </w:rPr>
        <w:t xml:space="preserve"> "Мы помним об этом". Когда мы пробуждаемся ото сна, мы помним свое прош</w:t>
      </w:r>
      <w:r w:rsidR="00E264E7" w:rsidRPr="00DA0238">
        <w:rPr>
          <w:lang w:val="ru-RU"/>
        </w:rPr>
        <w:t>л</w:t>
      </w:r>
      <w:r w:rsidRPr="00DA0238">
        <w:rPr>
          <w:lang w:val="ru-RU"/>
        </w:rPr>
        <w:t>ое состояние бодрствования и помним, что спали. Сознаем свою непр</w:t>
      </w:r>
      <w:r w:rsidR="00E264E7" w:rsidRPr="00DA0238">
        <w:rPr>
          <w:lang w:val="ru-RU"/>
        </w:rPr>
        <w:t>ерывную протяженность,</w:t>
      </w:r>
      <w:r w:rsidRPr="00DA0238">
        <w:rPr>
          <w:lang w:val="ru-RU"/>
        </w:rPr>
        <w:t xml:space="preserve"> </w:t>
      </w:r>
      <w:r w:rsidR="00E264E7" w:rsidRPr="00DA0238">
        <w:rPr>
          <w:lang w:val="ru-RU"/>
        </w:rPr>
        <w:t>сознаем</w:t>
      </w:r>
      <w:r w:rsidRPr="00DA0238">
        <w:rPr>
          <w:lang w:val="ru-RU"/>
        </w:rPr>
        <w:t xml:space="preserve">, что </w:t>
      </w:r>
      <w:r w:rsidR="00E264E7" w:rsidRPr="00DA0238">
        <w:rPr>
          <w:lang w:val="ru-RU"/>
        </w:rPr>
        <w:t>бодрствовали</w:t>
      </w:r>
      <w:r w:rsidRPr="00DA0238">
        <w:rPr>
          <w:lang w:val="ru-RU"/>
        </w:rPr>
        <w:t>, спали и проснули</w:t>
      </w:r>
      <w:r w:rsidR="00781364">
        <w:rPr>
          <w:lang w:val="ru-RU"/>
        </w:rPr>
        <w:t>с</w:t>
      </w:r>
      <w:r w:rsidRPr="00DA0238">
        <w:rPr>
          <w:lang w:val="ru-RU"/>
        </w:rPr>
        <w:t>ь. И все это были мы, а не кто-то другой. Мы говорим: "Я спал такое-то время и не сознавал ничего". Мы не можем помнить того, что не испытывали, следовательно</w:t>
      </w:r>
      <w:r w:rsidR="001E5EB6" w:rsidRPr="00DA0238">
        <w:rPr>
          <w:lang w:val="ru-RU"/>
        </w:rPr>
        <w:t>,</w:t>
      </w:r>
      <w:r w:rsidRPr="00DA0238">
        <w:rPr>
          <w:lang w:val="ru-RU"/>
        </w:rPr>
        <w:t xml:space="preserve"> душа имеет опыт даже в состоянии </w:t>
      </w:r>
      <w:r w:rsidRPr="00DA0238">
        <w:rPr>
          <w:lang w:val="ru-RU"/>
        </w:rPr>
        <w:lastRenderedPageBreak/>
        <w:t>глубо</w:t>
      </w:r>
      <w:r w:rsidR="00E264E7" w:rsidRPr="00DA0238">
        <w:rPr>
          <w:lang w:val="ru-RU"/>
        </w:rPr>
        <w:t>ко</w:t>
      </w:r>
      <w:r w:rsidRPr="00DA0238">
        <w:rPr>
          <w:lang w:val="ru-RU"/>
        </w:rPr>
        <w:t>го сна, хотя таковой опыт не столь я</w:t>
      </w:r>
      <w:r w:rsidR="00E264E7" w:rsidRPr="00DA0238">
        <w:rPr>
          <w:lang w:val="ru-RU"/>
        </w:rPr>
        <w:t>в</w:t>
      </w:r>
      <w:r w:rsidRPr="00DA0238">
        <w:rPr>
          <w:lang w:val="ru-RU"/>
        </w:rPr>
        <w:t>ствен</w:t>
      </w:r>
      <w:r w:rsidR="00E264E7" w:rsidRPr="00DA0238">
        <w:rPr>
          <w:lang w:val="ru-RU"/>
        </w:rPr>
        <w:t>ен</w:t>
      </w:r>
      <w:r w:rsidRPr="00DA0238">
        <w:rPr>
          <w:lang w:val="ru-RU"/>
        </w:rPr>
        <w:t xml:space="preserve"> в силу отсечения от предметов чувственного восприятия.</w:t>
      </w:r>
    </w:p>
    <w:p w14:paraId="13674AF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CB2B97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Из этого мы заключаем, что душа, чистое по природе сознание, так же сознает себя, подобно </w:t>
      </w:r>
      <w:proofErr w:type="gramStart"/>
      <w:r w:rsidRPr="00DA0238">
        <w:rPr>
          <w:lang w:val="ru-RU"/>
        </w:rPr>
        <w:t>тому</w:t>
      </w:r>
      <w:proofErr w:type="gramEnd"/>
      <w:r w:rsidRPr="00DA0238">
        <w:rPr>
          <w:lang w:val="ru-RU"/>
        </w:rPr>
        <w:t xml:space="preserve"> как солнце, будучи чистым светом, являет себя посредством того</w:t>
      </w:r>
      <w:r w:rsidR="001E5EB6" w:rsidRPr="00DA0238">
        <w:rPr>
          <w:lang w:val="ru-RU"/>
        </w:rPr>
        <w:t xml:space="preserve"> </w:t>
      </w:r>
      <w:r w:rsidRPr="00DA0238">
        <w:rPr>
          <w:lang w:val="ru-RU"/>
        </w:rPr>
        <w:t xml:space="preserve">же света. Эта мысль подтверждается в </w:t>
      </w:r>
      <w:r w:rsidRPr="00DA0238">
        <w:rPr>
          <w:rStyle w:val="TextTranslationItalic"/>
          <w:lang w:val="ru-RU"/>
        </w:rPr>
        <w:t>шрути</w:t>
      </w:r>
      <w:r w:rsidRPr="00DA0238">
        <w:rPr>
          <w:lang w:val="ru-RU"/>
        </w:rPr>
        <w:t xml:space="preserve"> следую</w:t>
      </w:r>
      <w:r w:rsidR="00596DED">
        <w:rPr>
          <w:lang w:val="ru-RU"/>
        </w:rPr>
        <w:t>щими словами: "Истинно, что он (сознательный субъект)</w:t>
      </w:r>
      <w:r w:rsidRPr="00DA0238">
        <w:rPr>
          <w:lang w:val="ru-RU"/>
        </w:rPr>
        <w:t xml:space="preserve"> не видит и видит одноврем</w:t>
      </w:r>
      <w:r w:rsidR="001E5EB6" w:rsidRPr="00DA0238">
        <w:rPr>
          <w:lang w:val="ru-RU"/>
        </w:rPr>
        <w:t xml:space="preserve">енно. Он не видит внешне </w:t>
      </w:r>
      <w:r w:rsidRPr="00DA0238">
        <w:rPr>
          <w:lang w:val="ru-RU"/>
        </w:rPr>
        <w:t>предметы. Но невозможно полностью</w:t>
      </w:r>
      <w:r w:rsidR="00B50058" w:rsidRPr="00DA0238">
        <w:rPr>
          <w:lang w:val="ru-RU"/>
        </w:rPr>
        <w:t xml:space="preserve"> лишить зрения того, кто видит"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Брихад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араньяка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Упанишад</w:t>
      </w:r>
      <w:r w:rsidRPr="00DA0238">
        <w:rPr>
          <w:lang w:val="ru-RU"/>
        </w:rPr>
        <w:t xml:space="preserve"> 4.3.23).</w:t>
      </w:r>
    </w:p>
    <w:p w14:paraId="6F821A1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D2FDAF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Идея о том, что душа бодрствует даже в пору глубокого сна</w:t>
      </w:r>
      <w:r w:rsidR="001E5EB6" w:rsidRPr="00DA0238">
        <w:rPr>
          <w:lang w:val="ru-RU"/>
        </w:rPr>
        <w:t>,</w:t>
      </w:r>
      <w:r w:rsidRPr="00DA0238">
        <w:rPr>
          <w:lang w:val="ru-RU"/>
        </w:rPr>
        <w:t xml:space="preserve"> составляет третий довод в пользу существования безусловной реальности; он основан на различии между наблюдателем и предметами наблюдения. Существует и четвертый довод, основанный на различии между страждущим и </w:t>
      </w:r>
      <w:r w:rsidR="0043676B">
        <w:rPr>
          <w:lang w:val="ru-RU"/>
        </w:rPr>
        <w:t>предметом блаженной любви</w:t>
      </w:r>
      <w:r w:rsidRPr="00DA0238">
        <w:rPr>
          <w:lang w:val="ru-RU"/>
        </w:rPr>
        <w:t>.</w:t>
      </w:r>
    </w:p>
    <w:p w14:paraId="5FF02440" w14:textId="77777777" w:rsidR="003B67ED" w:rsidRPr="00D65EC8" w:rsidRDefault="003B67ED" w:rsidP="004E41B6">
      <w:pPr>
        <w:ind w:firstLine="180"/>
        <w:rPr>
          <w:b/>
          <w:lang w:val="ru-RU"/>
        </w:rPr>
      </w:pPr>
    </w:p>
    <w:p w14:paraId="1AAB8218" w14:textId="77777777" w:rsidR="003B67ED" w:rsidRPr="00D65EC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65EC8">
        <w:rPr>
          <w:b/>
          <w:lang w:val="ru-RU"/>
        </w:rPr>
        <w:t>55</w:t>
      </w:r>
      <w:r w:rsidR="00941FBE" w:rsidRPr="00D65EC8">
        <w:rPr>
          <w:b/>
          <w:lang w:val="ru-RU"/>
        </w:rPr>
        <w:t>.</w:t>
      </w:r>
    </w:p>
    <w:p w14:paraId="40AA9A33" w14:textId="77777777" w:rsidR="003B67ED" w:rsidRPr="00D65EC8" w:rsidRDefault="003B67ED" w:rsidP="004E41B6">
      <w:pPr>
        <w:ind w:firstLine="180"/>
        <w:rPr>
          <w:b/>
          <w:lang w:val="ru-RU"/>
        </w:rPr>
      </w:pPr>
    </w:p>
    <w:p w14:paraId="6BEA7B4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Итак, у нас имеется четыре довода в пользу неизменности и непрерывности сознания, основывающихся как на методе исключени</w:t>
      </w:r>
      <w:r w:rsidR="001E5EB6" w:rsidRPr="00DA0238">
        <w:rPr>
          <w:lang w:val="ru-RU"/>
        </w:rPr>
        <w:t>я,</w:t>
      </w:r>
      <w:r w:rsidRPr="00DA0238">
        <w:rPr>
          <w:lang w:val="ru-RU"/>
        </w:rPr>
        <w:t xml:space="preserve"> так и на методе сравнения. Первый довод основан на различии между тем, что рождается и увядает</w:t>
      </w:r>
      <w:r w:rsidR="001E5EB6" w:rsidRPr="00DA0238">
        <w:rPr>
          <w:lang w:val="ru-RU"/>
        </w:rPr>
        <w:t>,</w:t>
      </w:r>
      <w:r w:rsidRPr="00DA0238">
        <w:rPr>
          <w:lang w:val="ru-RU"/>
        </w:rPr>
        <w:t xml:space="preserve"> и тем, что непреходяще. Второй </w:t>
      </w:r>
      <w:r w:rsidR="005238DB" w:rsidRPr="00DA0238">
        <w:rPr>
          <w:lang w:val="ru-RU"/>
        </w:rPr>
        <w:t xml:space="preserve">— </w:t>
      </w:r>
      <w:r w:rsidRPr="00DA0238">
        <w:rPr>
          <w:lang w:val="ru-RU"/>
        </w:rPr>
        <w:t xml:space="preserve">на различии между видящим и видимым. Третий – на различии наблюдателя </w:t>
      </w:r>
      <w:r w:rsidR="001E5EB6" w:rsidRPr="00DA0238">
        <w:rPr>
          <w:lang w:val="ru-RU"/>
        </w:rPr>
        <w:t>с</w:t>
      </w:r>
      <w:r w:rsidRPr="00DA0238">
        <w:rPr>
          <w:lang w:val="ru-RU"/>
        </w:rPr>
        <w:t xml:space="preserve"> предметом наблюдения. Четвертый </w:t>
      </w:r>
      <w:r w:rsidR="00806E08">
        <w:rPr>
          <w:lang w:val="ru-RU"/>
        </w:rPr>
        <w:t>—</w:t>
      </w:r>
      <w:r w:rsidRPr="00DA0238">
        <w:rPr>
          <w:lang w:val="ru-RU"/>
        </w:rPr>
        <w:t xml:space="preserve"> на различии между страдающим и </w:t>
      </w:r>
      <w:r w:rsidR="00D813DB">
        <w:rPr>
          <w:lang w:val="ru-RU"/>
        </w:rPr>
        <w:t>предметом чистой любви</w:t>
      </w:r>
      <w:r w:rsidRPr="00DA0238">
        <w:rPr>
          <w:lang w:val="ru-RU"/>
        </w:rPr>
        <w:t>.</w:t>
      </w:r>
    </w:p>
    <w:p w14:paraId="1D8944F1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62690B7" w14:textId="77777777" w:rsidR="003B67ED" w:rsidRPr="00A556CE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Итак</w:t>
      </w:r>
      <w:r w:rsidR="005938DF">
        <w:rPr>
          <w:lang w:val="ru-RU"/>
        </w:rPr>
        <w:t>,</w:t>
      </w:r>
      <w:r w:rsidRPr="00DA0238">
        <w:rPr>
          <w:lang w:val="ru-RU"/>
        </w:rPr>
        <w:t xml:space="preserve"> мы рассм</w:t>
      </w:r>
      <w:r w:rsidR="001E5EB6" w:rsidRPr="00DA0238">
        <w:rPr>
          <w:lang w:val="ru-RU"/>
        </w:rPr>
        <w:t>о</w:t>
      </w:r>
      <w:r w:rsidRPr="00DA0238">
        <w:rPr>
          <w:lang w:val="ru-RU"/>
        </w:rPr>
        <w:t xml:space="preserve">трели стих </w:t>
      </w:r>
      <w:r w:rsidR="00FB4EAA">
        <w:rPr>
          <w:lang w:val="ru-RU"/>
        </w:rPr>
        <w:t>(</w:t>
      </w:r>
      <w:r w:rsidRPr="00DA0238">
        <w:rPr>
          <w:lang w:val="ru-RU"/>
        </w:rPr>
        <w:t>11.3.39</w:t>
      </w:r>
      <w:r w:rsidR="00FB4EAA">
        <w:rPr>
          <w:lang w:val="ru-RU"/>
        </w:rPr>
        <w:t>)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, который мудрец </w:t>
      </w:r>
      <w:proofErr w:type="spellStart"/>
      <w:r w:rsidRPr="00DA0238">
        <w:rPr>
          <w:lang w:val="ru-RU"/>
        </w:rPr>
        <w:t>Пип</w:t>
      </w:r>
      <w:r w:rsidR="001E5EB6" w:rsidRPr="00DA0238">
        <w:rPr>
          <w:lang w:val="ru-RU"/>
        </w:rPr>
        <w:t>п</w:t>
      </w:r>
      <w:r w:rsidRPr="00DA0238">
        <w:rPr>
          <w:lang w:val="ru-RU"/>
        </w:rPr>
        <w:t>алаяна</w:t>
      </w:r>
      <w:proofErr w:type="spellEnd"/>
      <w:r w:rsidRPr="00DA0238">
        <w:rPr>
          <w:lang w:val="ru-RU"/>
        </w:rPr>
        <w:t xml:space="preserve"> изрекает государю Ними</w:t>
      </w:r>
      <w:r w:rsidRPr="00A556CE">
        <w:rPr>
          <w:lang w:val="ru-RU"/>
        </w:rPr>
        <w:t>.</w:t>
      </w:r>
    </w:p>
    <w:p w14:paraId="008A9B0B" w14:textId="77777777" w:rsidR="003B67ED" w:rsidRPr="00A556CE" w:rsidRDefault="003B67ED" w:rsidP="004E41B6">
      <w:pPr>
        <w:ind w:firstLine="180"/>
        <w:rPr>
          <w:b/>
          <w:lang w:val="ru-RU"/>
        </w:rPr>
      </w:pPr>
    </w:p>
    <w:p w14:paraId="606AB150" w14:textId="77777777" w:rsidR="003B67ED" w:rsidRPr="00A556CE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A556CE">
        <w:rPr>
          <w:b/>
          <w:lang w:val="ru-RU"/>
        </w:rPr>
        <w:t>56</w:t>
      </w:r>
      <w:r w:rsidR="00941FBE" w:rsidRPr="00A556CE">
        <w:rPr>
          <w:b/>
          <w:lang w:val="ru-RU"/>
        </w:rPr>
        <w:t>.</w:t>
      </w:r>
    </w:p>
    <w:p w14:paraId="78212C5E" w14:textId="77777777" w:rsidR="003B67ED" w:rsidRPr="00A556CE" w:rsidRDefault="003B67ED" w:rsidP="004E41B6">
      <w:pPr>
        <w:ind w:firstLine="180"/>
        <w:rPr>
          <w:b/>
          <w:lang w:val="ru-RU"/>
        </w:rPr>
      </w:pPr>
    </w:p>
    <w:p w14:paraId="2BB00371" w14:textId="77777777" w:rsidR="001A6463" w:rsidRPr="001A6463" w:rsidRDefault="001A6463" w:rsidP="001A6463">
      <w:pPr>
        <w:pStyle w:val="TextTranslation"/>
        <w:ind w:firstLine="180"/>
        <w:rPr>
          <w:lang w:val="ru-RU"/>
        </w:rPr>
      </w:pPr>
      <w:r w:rsidRPr="001A6463">
        <w:rPr>
          <w:lang w:val="ru-RU"/>
        </w:rPr>
        <w:t>Описав таким образом свойства душ</w:t>
      </w:r>
      <w:r>
        <w:rPr>
          <w:lang w:val="ru-RU"/>
        </w:rPr>
        <w:t>и</w:t>
      </w:r>
      <w:r w:rsidRPr="001A6463">
        <w:rPr>
          <w:lang w:val="ru-RU"/>
        </w:rPr>
        <w:t xml:space="preserve"> [</w:t>
      </w:r>
      <w:r w:rsidRPr="001A6463">
        <w:rPr>
          <w:i/>
          <w:lang w:val="ru-RU"/>
        </w:rPr>
        <w:t>дживы</w:t>
      </w:r>
      <w:r w:rsidRPr="001A6463">
        <w:rPr>
          <w:lang w:val="ru-RU"/>
        </w:rPr>
        <w:t xml:space="preserve">], чья </w:t>
      </w:r>
      <w:r>
        <w:rPr>
          <w:lang w:val="ru-RU"/>
        </w:rPr>
        <w:t xml:space="preserve">сущностная </w:t>
      </w:r>
      <w:r w:rsidRPr="001A6463">
        <w:rPr>
          <w:lang w:val="ru-RU"/>
        </w:rPr>
        <w:t xml:space="preserve">природа есть чистое сознание, мы тем самым описали и </w:t>
      </w:r>
      <w:r w:rsidR="001B6E20">
        <w:rPr>
          <w:lang w:val="ru-RU"/>
        </w:rPr>
        <w:t xml:space="preserve">Единый </w:t>
      </w:r>
      <w:r w:rsidR="00B266C1">
        <w:rPr>
          <w:lang w:val="ru-RU"/>
        </w:rPr>
        <w:t>Дух [</w:t>
      </w:r>
      <w:r w:rsidRPr="00B266C1">
        <w:rPr>
          <w:i/>
          <w:lang w:val="ru-RU"/>
        </w:rPr>
        <w:t>Брахман</w:t>
      </w:r>
      <w:r w:rsidR="00B266C1" w:rsidRPr="00B266C1">
        <w:rPr>
          <w:lang w:val="ru-RU"/>
        </w:rPr>
        <w:t>]</w:t>
      </w:r>
      <w:r w:rsidR="00B266C1">
        <w:rPr>
          <w:lang w:val="ru-RU"/>
        </w:rPr>
        <w:t xml:space="preserve"> — предмет </w:t>
      </w:r>
      <w:proofErr w:type="spellStart"/>
      <w:r w:rsidRPr="00B266C1">
        <w:rPr>
          <w:i/>
          <w:lang w:val="ru-RU"/>
        </w:rPr>
        <w:t>Шримад</w:t>
      </w:r>
      <w:r w:rsidRPr="001A6463">
        <w:rPr>
          <w:lang w:val="ru-RU"/>
        </w:rPr>
        <w:t>-</w:t>
      </w:r>
      <w:r w:rsidRPr="00B266C1">
        <w:rPr>
          <w:i/>
          <w:lang w:val="ru-RU"/>
        </w:rPr>
        <w:t>Бхагаватам</w:t>
      </w:r>
      <w:proofErr w:type="spellEnd"/>
      <w:r w:rsidR="001B6E20">
        <w:rPr>
          <w:lang w:val="ru-RU"/>
        </w:rPr>
        <w:t xml:space="preserve"> — с точки зрения отдельной сущности</w:t>
      </w:r>
      <w:r w:rsidRPr="001A6463">
        <w:rPr>
          <w:lang w:val="ru-RU"/>
        </w:rPr>
        <w:t xml:space="preserve"> [</w:t>
      </w:r>
      <w:proofErr w:type="spellStart"/>
      <w:r w:rsidRPr="00B266C1">
        <w:rPr>
          <w:i/>
          <w:lang w:val="ru-RU"/>
        </w:rPr>
        <w:t>вьяшти</w:t>
      </w:r>
      <w:proofErr w:type="spellEnd"/>
      <w:r w:rsidRPr="001A6463">
        <w:rPr>
          <w:lang w:val="ru-RU"/>
        </w:rPr>
        <w:t xml:space="preserve">]. </w:t>
      </w:r>
      <w:r w:rsidR="001B6E20">
        <w:rPr>
          <w:lang w:val="ru-RU"/>
        </w:rPr>
        <w:t>Единый Дух</w:t>
      </w:r>
      <w:r w:rsidRPr="001A6463">
        <w:rPr>
          <w:lang w:val="ru-RU"/>
        </w:rPr>
        <w:t xml:space="preserve"> </w:t>
      </w:r>
      <w:r w:rsidR="001B6E20" w:rsidRPr="001B6E20">
        <w:rPr>
          <w:lang w:val="ru-RU"/>
        </w:rPr>
        <w:t>[</w:t>
      </w:r>
      <w:r w:rsidRPr="001B6E20">
        <w:rPr>
          <w:i/>
          <w:lang w:val="ru-RU"/>
        </w:rPr>
        <w:t>Брахман</w:t>
      </w:r>
      <w:r w:rsidR="001B6E20" w:rsidRPr="001B6E20">
        <w:rPr>
          <w:lang w:val="ru-RU"/>
        </w:rPr>
        <w:t>]</w:t>
      </w:r>
      <w:r w:rsidRPr="001A6463">
        <w:rPr>
          <w:lang w:val="ru-RU"/>
        </w:rPr>
        <w:t xml:space="preserve"> неотделим от </w:t>
      </w:r>
      <w:r w:rsidR="00B266C1">
        <w:rPr>
          <w:lang w:val="ru-RU"/>
        </w:rPr>
        <w:t>души [</w:t>
      </w:r>
      <w:r w:rsidRPr="00B266C1">
        <w:rPr>
          <w:i/>
          <w:lang w:val="ru-RU"/>
        </w:rPr>
        <w:t>джив</w:t>
      </w:r>
      <w:r w:rsidR="001B6E20">
        <w:rPr>
          <w:i/>
          <w:lang w:val="ru-RU"/>
        </w:rPr>
        <w:t>ы</w:t>
      </w:r>
      <w:r w:rsidR="00B266C1" w:rsidRPr="00B266C1">
        <w:rPr>
          <w:lang w:val="ru-RU"/>
        </w:rPr>
        <w:t>]</w:t>
      </w:r>
      <w:r w:rsidRPr="001A6463">
        <w:rPr>
          <w:lang w:val="ru-RU"/>
        </w:rPr>
        <w:t>: Он есть совершенное целое, из которого они исходят как Его отдельные частичные проявления. Потому Его называют прибежищем [</w:t>
      </w:r>
      <w:proofErr w:type="spellStart"/>
      <w:r w:rsidRPr="001B6E20">
        <w:rPr>
          <w:i/>
          <w:lang w:val="ru-RU"/>
        </w:rPr>
        <w:t>ашра</w:t>
      </w:r>
      <w:r w:rsidR="001B6E20" w:rsidRPr="001B6E20">
        <w:rPr>
          <w:i/>
          <w:lang w:val="ru-RU"/>
        </w:rPr>
        <w:t>й</w:t>
      </w:r>
      <w:r w:rsidRPr="001B6E20">
        <w:rPr>
          <w:i/>
          <w:lang w:val="ru-RU"/>
        </w:rPr>
        <w:t>я</w:t>
      </w:r>
      <w:proofErr w:type="spellEnd"/>
      <w:r w:rsidRPr="001A6463">
        <w:rPr>
          <w:lang w:val="ru-RU"/>
        </w:rPr>
        <w:t>] — источником всего сущего.</w:t>
      </w:r>
      <w:r>
        <w:rPr>
          <w:lang w:val="ru-RU"/>
        </w:rPr>
        <w:t xml:space="preserve"> </w:t>
      </w:r>
      <w:r w:rsidRPr="001A6463">
        <w:rPr>
          <w:lang w:val="ru-RU"/>
        </w:rPr>
        <w:t xml:space="preserve">Та же единая, </w:t>
      </w:r>
      <w:proofErr w:type="spellStart"/>
      <w:r w:rsidRPr="001A6463">
        <w:rPr>
          <w:lang w:val="ru-RU"/>
        </w:rPr>
        <w:t>недвойственная</w:t>
      </w:r>
      <w:proofErr w:type="spellEnd"/>
      <w:r w:rsidRPr="001A6463">
        <w:rPr>
          <w:lang w:val="ru-RU"/>
        </w:rPr>
        <w:t xml:space="preserve"> </w:t>
      </w:r>
      <w:r w:rsidR="001B6E20">
        <w:rPr>
          <w:lang w:val="ru-RU"/>
        </w:rPr>
        <w:t>Действительность</w:t>
      </w:r>
      <w:r w:rsidRPr="001A6463">
        <w:rPr>
          <w:lang w:val="ru-RU"/>
        </w:rPr>
        <w:t xml:space="preserve"> — </w:t>
      </w:r>
      <w:r w:rsidRPr="001B6E20">
        <w:rPr>
          <w:i/>
          <w:lang w:val="ru-RU"/>
        </w:rPr>
        <w:t>Брахман</w:t>
      </w:r>
      <w:r w:rsidRPr="001A6463">
        <w:rPr>
          <w:lang w:val="ru-RU"/>
        </w:rPr>
        <w:t xml:space="preserve"> — описывается и с точки зрения целого [</w:t>
      </w:r>
      <w:proofErr w:type="spellStart"/>
      <w:r w:rsidRPr="001B6E20">
        <w:rPr>
          <w:i/>
          <w:lang w:val="ru-RU"/>
        </w:rPr>
        <w:t>самашти</w:t>
      </w:r>
      <w:proofErr w:type="spellEnd"/>
      <w:r w:rsidRPr="001A6463">
        <w:rPr>
          <w:lang w:val="ru-RU"/>
        </w:rPr>
        <w:t xml:space="preserve">], в </w:t>
      </w:r>
      <w:r w:rsidR="001B6E20">
        <w:rPr>
          <w:lang w:val="ru-RU"/>
        </w:rPr>
        <w:t>размерах</w:t>
      </w:r>
      <w:r w:rsidRPr="001A6463">
        <w:rPr>
          <w:lang w:val="ru-RU"/>
        </w:rPr>
        <w:t xml:space="preserve"> мироздания, через десять основных тем великой </w:t>
      </w:r>
      <w:proofErr w:type="spellStart"/>
      <w:r w:rsidRPr="001B6E20">
        <w:rPr>
          <w:i/>
          <w:lang w:val="ru-RU"/>
        </w:rPr>
        <w:t>Пураны</w:t>
      </w:r>
      <w:proofErr w:type="spellEnd"/>
      <w:r w:rsidRPr="001A6463">
        <w:rPr>
          <w:lang w:val="ru-RU"/>
        </w:rPr>
        <w:t>, начиная с первичного творения</w:t>
      </w:r>
      <w:r w:rsidR="001B6E20">
        <w:rPr>
          <w:lang w:val="ru-RU"/>
        </w:rPr>
        <w:t xml:space="preserve"> [</w:t>
      </w:r>
      <w:proofErr w:type="spellStart"/>
      <w:r w:rsidR="001B6E20" w:rsidRPr="001B6E20">
        <w:rPr>
          <w:i/>
          <w:lang w:val="ru-RU"/>
        </w:rPr>
        <w:t>сарги</w:t>
      </w:r>
      <w:proofErr w:type="spellEnd"/>
      <w:r w:rsidR="001B6E20">
        <w:rPr>
          <w:lang w:val="ru-RU"/>
        </w:rPr>
        <w:t>]</w:t>
      </w:r>
      <w:r w:rsidRPr="001A6463">
        <w:rPr>
          <w:lang w:val="ru-RU"/>
        </w:rPr>
        <w:t>. Эти десять тем пере</w:t>
      </w:r>
      <w:r w:rsidR="001B6E20">
        <w:rPr>
          <w:lang w:val="ru-RU"/>
        </w:rPr>
        <w:t>числены в следующих двух стихах:</w:t>
      </w:r>
    </w:p>
    <w:p w14:paraId="1A80D21B" w14:textId="77777777" w:rsidR="001A6463" w:rsidRDefault="001A6463" w:rsidP="004E41B6">
      <w:pPr>
        <w:pStyle w:val="TextTranslation"/>
        <w:ind w:firstLine="180"/>
        <w:rPr>
          <w:lang w:val="ru-RU"/>
        </w:rPr>
      </w:pPr>
    </w:p>
    <w:p w14:paraId="5B09174B" w14:textId="77777777" w:rsidR="003809B5" w:rsidRPr="003809B5" w:rsidRDefault="003809B5" w:rsidP="003809B5">
      <w:pPr>
        <w:ind w:firstLine="180"/>
        <w:rPr>
          <w:b/>
          <w:i/>
          <w:lang w:val="ru-RU"/>
        </w:rPr>
      </w:pPr>
      <w:proofErr w:type="spellStart"/>
      <w:r w:rsidRPr="003809B5">
        <w:rPr>
          <w:b/>
          <w:i/>
          <w:lang w:val="ru-RU"/>
        </w:rPr>
        <w:t>атра</w:t>
      </w:r>
      <w:proofErr w:type="spellEnd"/>
      <w:r w:rsidRPr="003809B5">
        <w:rPr>
          <w:b/>
          <w:i/>
          <w:lang w:val="ru-RU"/>
        </w:rPr>
        <w:t xml:space="preserve"> сарго </w:t>
      </w:r>
      <w:proofErr w:type="spellStart"/>
      <w:r w:rsidRPr="003809B5">
        <w:rPr>
          <w:b/>
          <w:i/>
          <w:lang w:val="ru-RU"/>
        </w:rPr>
        <w:t>висаргаш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ча</w:t>
      </w:r>
      <w:proofErr w:type="spellEnd"/>
    </w:p>
    <w:p w14:paraId="06CF8F03" w14:textId="77777777" w:rsidR="003809B5" w:rsidRPr="003809B5" w:rsidRDefault="003809B5" w:rsidP="003809B5">
      <w:pPr>
        <w:ind w:firstLine="180"/>
        <w:rPr>
          <w:b/>
          <w:i/>
          <w:lang w:val="ru-RU"/>
        </w:rPr>
      </w:pPr>
      <w:proofErr w:type="spellStart"/>
      <w:r w:rsidRPr="003809B5">
        <w:rPr>
          <w:b/>
          <w:i/>
          <w:lang w:val="ru-RU"/>
        </w:rPr>
        <w:t>стханам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пошанам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утайах</w:t>
      </w:r>
      <w:proofErr w:type="spellEnd"/>
    </w:p>
    <w:p w14:paraId="63AE15BE" w14:textId="77777777" w:rsidR="003809B5" w:rsidRPr="003809B5" w:rsidRDefault="003809B5" w:rsidP="003809B5">
      <w:pPr>
        <w:ind w:firstLine="180"/>
        <w:rPr>
          <w:b/>
          <w:i/>
          <w:lang w:val="ru-RU"/>
        </w:rPr>
      </w:pPr>
      <w:proofErr w:type="spellStart"/>
      <w:r w:rsidRPr="003809B5">
        <w:rPr>
          <w:b/>
          <w:i/>
          <w:lang w:val="ru-RU"/>
        </w:rPr>
        <w:t>манвантарешанукатха</w:t>
      </w:r>
      <w:proofErr w:type="spellEnd"/>
    </w:p>
    <w:p w14:paraId="288507F2" w14:textId="77777777" w:rsidR="003809B5" w:rsidRDefault="003809B5" w:rsidP="003809B5">
      <w:pPr>
        <w:ind w:firstLine="180"/>
        <w:rPr>
          <w:b/>
          <w:i/>
          <w:lang w:val="ru-RU"/>
        </w:rPr>
      </w:pPr>
      <w:proofErr w:type="spellStart"/>
      <w:r w:rsidRPr="003809B5">
        <w:rPr>
          <w:b/>
          <w:i/>
          <w:lang w:val="ru-RU"/>
        </w:rPr>
        <w:t>ниродхо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муктир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ашрайах</w:t>
      </w:r>
      <w:proofErr w:type="spellEnd"/>
    </w:p>
    <w:p w14:paraId="128E944D" w14:textId="77777777" w:rsidR="003809B5" w:rsidRDefault="003809B5" w:rsidP="003809B5">
      <w:pPr>
        <w:ind w:firstLine="180"/>
        <w:rPr>
          <w:b/>
          <w:i/>
          <w:lang w:val="ru-RU"/>
        </w:rPr>
      </w:pPr>
    </w:p>
    <w:p w14:paraId="02DC0918" w14:textId="77777777" w:rsidR="003809B5" w:rsidRPr="003809B5" w:rsidRDefault="003809B5" w:rsidP="003809B5">
      <w:pPr>
        <w:ind w:firstLine="180"/>
        <w:rPr>
          <w:b/>
          <w:i/>
          <w:lang w:val="ru-RU"/>
        </w:rPr>
      </w:pPr>
      <w:proofErr w:type="spellStart"/>
      <w:r w:rsidRPr="003809B5">
        <w:rPr>
          <w:b/>
          <w:i/>
          <w:lang w:val="ru-RU"/>
        </w:rPr>
        <w:t>дашамасйа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вишуддхй-артхам</w:t>
      </w:r>
      <w:proofErr w:type="spellEnd"/>
    </w:p>
    <w:p w14:paraId="4E559D42" w14:textId="77777777" w:rsidR="003809B5" w:rsidRPr="003809B5" w:rsidRDefault="003809B5" w:rsidP="003809B5">
      <w:pPr>
        <w:ind w:firstLine="180"/>
        <w:rPr>
          <w:b/>
          <w:i/>
          <w:lang w:val="ru-RU"/>
        </w:rPr>
      </w:pPr>
      <w:proofErr w:type="spellStart"/>
      <w:r w:rsidRPr="003809B5">
        <w:rPr>
          <w:b/>
          <w:i/>
          <w:lang w:val="ru-RU"/>
        </w:rPr>
        <w:t>наванам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иха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лакшанам</w:t>
      </w:r>
      <w:proofErr w:type="spellEnd"/>
    </w:p>
    <w:p w14:paraId="457EC804" w14:textId="77777777" w:rsidR="003809B5" w:rsidRPr="003809B5" w:rsidRDefault="003809B5" w:rsidP="003809B5">
      <w:pPr>
        <w:ind w:firstLine="180"/>
        <w:rPr>
          <w:b/>
          <w:i/>
          <w:lang w:val="ru-RU"/>
        </w:rPr>
      </w:pPr>
      <w:proofErr w:type="spellStart"/>
      <w:r w:rsidRPr="003809B5">
        <w:rPr>
          <w:b/>
          <w:i/>
          <w:lang w:val="ru-RU"/>
        </w:rPr>
        <w:t>варнайанти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махатманах</w:t>
      </w:r>
      <w:proofErr w:type="spellEnd"/>
    </w:p>
    <w:p w14:paraId="2BCC2688" w14:textId="77777777" w:rsidR="003809B5" w:rsidRPr="003809B5" w:rsidRDefault="003809B5" w:rsidP="003809B5">
      <w:pPr>
        <w:ind w:firstLine="180"/>
        <w:rPr>
          <w:b/>
          <w:i/>
          <w:lang w:val="ru-RU"/>
        </w:rPr>
      </w:pPr>
      <w:proofErr w:type="spellStart"/>
      <w:r w:rsidRPr="003809B5">
        <w:rPr>
          <w:b/>
          <w:i/>
          <w:lang w:val="ru-RU"/>
        </w:rPr>
        <w:t>шрутенартхена</w:t>
      </w:r>
      <w:proofErr w:type="spellEnd"/>
      <w:r w:rsidRPr="003809B5">
        <w:rPr>
          <w:b/>
          <w:i/>
          <w:lang w:val="ru-RU"/>
        </w:rPr>
        <w:t xml:space="preserve"> </w:t>
      </w:r>
      <w:proofErr w:type="spellStart"/>
      <w:r w:rsidRPr="003809B5">
        <w:rPr>
          <w:b/>
          <w:i/>
          <w:lang w:val="ru-RU"/>
        </w:rPr>
        <w:t>чаньджаса</w:t>
      </w:r>
      <w:proofErr w:type="spellEnd"/>
    </w:p>
    <w:p w14:paraId="51EF0A85" w14:textId="77777777" w:rsidR="003B67ED" w:rsidRPr="00D65EC8" w:rsidRDefault="003B67ED" w:rsidP="004E41B6">
      <w:pPr>
        <w:ind w:firstLine="180"/>
        <w:rPr>
          <w:b/>
          <w:lang w:val="ru-RU"/>
        </w:rPr>
      </w:pPr>
    </w:p>
    <w:p w14:paraId="5A73655C" w14:textId="77777777" w:rsidR="003809B5" w:rsidRPr="00DA0238" w:rsidRDefault="002B41BF" w:rsidP="003809B5">
      <w:pPr>
        <w:pStyle w:val="TextTranslation"/>
        <w:ind w:firstLine="180"/>
        <w:rPr>
          <w:lang w:val="ru-RU"/>
        </w:rPr>
      </w:pPr>
      <w:r w:rsidRPr="00D65EC8">
        <w:rPr>
          <w:lang w:val="ru-RU"/>
        </w:rPr>
        <w:t xml:space="preserve">"Вследствие той беседы </w:t>
      </w:r>
      <w:proofErr w:type="spellStart"/>
      <w:r w:rsidRPr="00D65EC8">
        <w:rPr>
          <w:lang w:val="ru-RU"/>
        </w:rPr>
        <w:t>Нарада</w:t>
      </w:r>
      <w:proofErr w:type="spellEnd"/>
      <w:r w:rsidRPr="00D65EC8">
        <w:rPr>
          <w:lang w:val="ru-RU"/>
        </w:rPr>
        <w:t xml:space="preserve"> поведал Вьясе: (1) о возникновении первичных стихий [</w:t>
      </w:r>
      <w:proofErr w:type="spellStart"/>
      <w:r w:rsidRPr="00D65EC8">
        <w:rPr>
          <w:i/>
          <w:lang w:val="ru-RU"/>
        </w:rPr>
        <w:t>сарга</w:t>
      </w:r>
      <w:proofErr w:type="spellEnd"/>
      <w:r w:rsidRPr="00D65EC8">
        <w:rPr>
          <w:lang w:val="ru-RU"/>
        </w:rPr>
        <w:t xml:space="preserve">]; (2) об их взаимодействии, которое приводит к появлению </w:t>
      </w:r>
      <w:r w:rsidRPr="00D65EC8">
        <w:rPr>
          <w:lang w:val="ru-RU"/>
        </w:rPr>
        <w:lastRenderedPageBreak/>
        <w:t>п</w:t>
      </w:r>
      <w:r>
        <w:rPr>
          <w:lang w:val="ru-RU"/>
        </w:rPr>
        <w:t>редметов [</w:t>
      </w:r>
      <w:proofErr w:type="spellStart"/>
      <w:r>
        <w:rPr>
          <w:i/>
          <w:lang w:val="ru-RU"/>
        </w:rPr>
        <w:t>висарга</w:t>
      </w:r>
      <w:proofErr w:type="spellEnd"/>
      <w:r>
        <w:rPr>
          <w:lang w:val="ru-RU"/>
        </w:rPr>
        <w:t>]; (3) о ярусах мироздания [</w:t>
      </w:r>
      <w:proofErr w:type="spellStart"/>
      <w:r>
        <w:rPr>
          <w:i/>
          <w:lang w:val="ru-RU"/>
        </w:rPr>
        <w:t>стхана</w:t>
      </w:r>
      <w:proofErr w:type="spellEnd"/>
      <w:r>
        <w:rPr>
          <w:lang w:val="ru-RU"/>
        </w:rPr>
        <w:t>]; (4) о покровительственной воле; (5) об устремлении; (6) о природе времени и сроках вселенских властителей Ману [</w:t>
      </w:r>
      <w:proofErr w:type="spellStart"/>
      <w:r>
        <w:rPr>
          <w:i/>
          <w:lang w:val="ru-RU"/>
        </w:rPr>
        <w:t>манвантара</w:t>
      </w:r>
      <w:proofErr w:type="spellEnd"/>
      <w:r>
        <w:rPr>
          <w:lang w:val="ru-RU"/>
        </w:rPr>
        <w:t xml:space="preserve">]; (7) о природе </w:t>
      </w:r>
      <w:proofErr w:type="spellStart"/>
      <w:r>
        <w:rPr>
          <w:lang w:val="ru-RU"/>
        </w:rPr>
        <w:t>Сверхсущества</w:t>
      </w:r>
      <w:proofErr w:type="spellEnd"/>
      <w:r>
        <w:rPr>
          <w:lang w:val="ru-RU"/>
        </w:rPr>
        <w:t xml:space="preserve">; (8) о возвращении начал к родимому источнику; (9) об освобождении и (10) об убежище — Безусловной Истине". </w:t>
      </w:r>
      <w:r>
        <w:rPr>
          <w:rStyle w:val="TextTranslationItalic"/>
          <w:i w:val="0"/>
          <w:lang w:val="ru-RU"/>
        </w:rPr>
        <w:t>(</w:t>
      </w:r>
      <w:proofErr w:type="spellStart"/>
      <w:r>
        <w:rPr>
          <w:rStyle w:val="TextTranslationItalic"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rStyle w:val="TextTranslationItalic"/>
          <w:lang w:val="ru-RU"/>
        </w:rPr>
        <w:t xml:space="preserve"> </w:t>
      </w:r>
      <w:r>
        <w:rPr>
          <w:lang w:val="ru-RU"/>
        </w:rPr>
        <w:t>2.10.1-2).</w:t>
      </w:r>
    </w:p>
    <w:p w14:paraId="18045A7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A0FF546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Эти десять истин постигаемы путем откровения свыше. Всякое прочее знание добыто мыслителями либо опытным</w:t>
      </w:r>
      <w:r w:rsidR="006F0309" w:rsidRPr="00DA0238">
        <w:rPr>
          <w:lang w:val="ru-RU"/>
        </w:rPr>
        <w:t xml:space="preserve"> путем, либо в ходе рассуждения</w:t>
      </w:r>
      <w:r w:rsidRPr="00DA0238">
        <w:rPr>
          <w:lang w:val="ru-RU"/>
        </w:rPr>
        <w:t>.</w:t>
      </w:r>
    </w:p>
    <w:p w14:paraId="5141816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90E39B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proofErr w:type="spellStart"/>
      <w:r w:rsidRPr="00DA0238">
        <w:rPr>
          <w:rStyle w:val="TextTranslationItalic"/>
          <w:lang w:val="ru-RU"/>
        </w:rPr>
        <w:t>Шримад-Бхагаватам</w:t>
      </w:r>
      <w:proofErr w:type="spellEnd"/>
      <w:r w:rsidRPr="00DA0238">
        <w:rPr>
          <w:lang w:val="ru-RU"/>
        </w:rPr>
        <w:t xml:space="preserve"> рассматривает десять предметов, начинающихся с творения. Тут нужно заметить</w:t>
      </w:r>
      <w:r w:rsidR="002A0752" w:rsidRPr="00DA0238">
        <w:rPr>
          <w:lang w:val="ru-RU"/>
        </w:rPr>
        <w:t>:</w:t>
      </w:r>
      <w:r w:rsidRPr="00DA0238">
        <w:rPr>
          <w:lang w:val="ru-RU"/>
        </w:rPr>
        <w:t xml:space="preserve"> девять первых предметов мудрецы рассматривают для того лишь, чтобы прояснить свойства и природу десятого. Можно возразить, что познание девяти первых предметов</w:t>
      </w:r>
      <w:r w:rsidR="002A0752" w:rsidRPr="00DA0238">
        <w:rPr>
          <w:lang w:val="ru-RU"/>
        </w:rPr>
        <w:t xml:space="preserve"> не проясняет свойства десятого,</w:t>
      </w:r>
      <w:r w:rsidRPr="00DA0238">
        <w:rPr>
          <w:lang w:val="ru-RU"/>
        </w:rPr>
        <w:t xml:space="preserve"> </w:t>
      </w:r>
      <w:r w:rsidR="002A0752" w:rsidRPr="00DA0238">
        <w:rPr>
          <w:lang w:val="ru-RU"/>
        </w:rPr>
        <w:t xml:space="preserve">на </w:t>
      </w:r>
      <w:r w:rsidRPr="00DA0238">
        <w:rPr>
          <w:lang w:val="ru-RU"/>
        </w:rPr>
        <w:t xml:space="preserve">что мы отвечаем: в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мудрецы разъясняют десятый предмет как </w:t>
      </w:r>
      <w:r w:rsidR="002A0752" w:rsidRPr="00DA0238">
        <w:rPr>
          <w:lang w:val="ru-RU"/>
        </w:rPr>
        <w:t>непосредственно</w:t>
      </w:r>
      <w:r w:rsidRPr="00DA0238">
        <w:rPr>
          <w:lang w:val="ru-RU"/>
        </w:rPr>
        <w:t>, обращаясь к молитвам и свидетельству прозревших, так и косвенно, разбирая записанные примеры былых времен.</w:t>
      </w:r>
    </w:p>
    <w:p w14:paraId="11C9E207" w14:textId="77777777" w:rsidR="003B67ED" w:rsidRPr="00E11BEC" w:rsidRDefault="003B67ED" w:rsidP="004E41B6">
      <w:pPr>
        <w:ind w:firstLine="180"/>
        <w:rPr>
          <w:b/>
          <w:i/>
          <w:lang w:val="ru-RU"/>
        </w:rPr>
      </w:pPr>
    </w:p>
    <w:p w14:paraId="08F0DC45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57</w:t>
      </w:r>
      <w:r w:rsidR="00941FBE">
        <w:rPr>
          <w:b/>
          <w:lang w:val="ru-RU"/>
        </w:rPr>
        <w:t>.</w:t>
      </w:r>
    </w:p>
    <w:p w14:paraId="1B3EFF9C" w14:textId="77777777" w:rsidR="003B67ED" w:rsidRPr="00D65EC8" w:rsidRDefault="003B67ED" w:rsidP="004E41B6">
      <w:pPr>
        <w:ind w:firstLine="180"/>
        <w:rPr>
          <w:b/>
          <w:lang w:val="ru-RU"/>
        </w:rPr>
      </w:pPr>
    </w:p>
    <w:p w14:paraId="5AE0D485" w14:textId="77777777" w:rsidR="003B67ED" w:rsidRPr="00D65EC8" w:rsidRDefault="002B41BF" w:rsidP="004E41B6">
      <w:pPr>
        <w:pStyle w:val="TextTranslation"/>
        <w:ind w:firstLine="180"/>
        <w:rPr>
          <w:lang w:val="ru-RU"/>
        </w:rPr>
      </w:pPr>
      <w:r w:rsidRPr="00D65EC8">
        <w:rPr>
          <w:lang w:val="ru-RU"/>
        </w:rPr>
        <w:t>Для разъяснения десятого предмета Шри Шука произносит семь стихов, в которых разбирает каждый из десяти предметов отдельно. Четыре стиха звучат так:</w:t>
      </w:r>
    </w:p>
    <w:p w14:paraId="7E45CBC7" w14:textId="77777777" w:rsidR="00182DE9" w:rsidRPr="00DA0238" w:rsidRDefault="00182DE9" w:rsidP="004E41B6">
      <w:pPr>
        <w:pStyle w:val="TextTranslation"/>
        <w:ind w:firstLine="180"/>
        <w:rPr>
          <w:lang w:val="ru-RU"/>
        </w:rPr>
      </w:pPr>
    </w:p>
    <w:p w14:paraId="56A78CD9" w14:textId="77777777" w:rsidR="00182DE9" w:rsidRPr="00182DE9" w:rsidRDefault="00182DE9" w:rsidP="00182DE9">
      <w:pPr>
        <w:ind w:firstLine="180"/>
        <w:rPr>
          <w:b/>
          <w:i/>
          <w:lang w:val="ru-RU"/>
        </w:rPr>
      </w:pPr>
      <w:r w:rsidRPr="00182DE9">
        <w:rPr>
          <w:b/>
          <w:i/>
          <w:lang w:val="ru-RU"/>
        </w:rPr>
        <w:t>бхута-</w:t>
      </w:r>
      <w:proofErr w:type="spellStart"/>
      <w:r w:rsidRPr="00182DE9">
        <w:rPr>
          <w:b/>
          <w:i/>
          <w:lang w:val="ru-RU"/>
        </w:rPr>
        <w:t>матрендрийа</w:t>
      </w:r>
      <w:proofErr w:type="spellEnd"/>
      <w:r w:rsidRPr="00182DE9">
        <w:rPr>
          <w:b/>
          <w:i/>
          <w:lang w:val="ru-RU"/>
        </w:rPr>
        <w:t>-</w:t>
      </w:r>
      <w:proofErr w:type="spellStart"/>
      <w:r w:rsidRPr="00182DE9">
        <w:rPr>
          <w:b/>
          <w:i/>
          <w:lang w:val="ru-RU"/>
        </w:rPr>
        <w:t>дхийам</w:t>
      </w:r>
      <w:proofErr w:type="spellEnd"/>
    </w:p>
    <w:p w14:paraId="74D34EE6" w14:textId="77777777" w:rsidR="00182DE9" w:rsidRPr="00182DE9" w:rsidRDefault="00182DE9" w:rsidP="00182DE9">
      <w:pPr>
        <w:ind w:firstLine="180"/>
        <w:rPr>
          <w:b/>
          <w:i/>
          <w:lang w:val="ru-RU"/>
        </w:rPr>
      </w:pPr>
      <w:proofErr w:type="spellStart"/>
      <w:r w:rsidRPr="00182DE9">
        <w:rPr>
          <w:b/>
          <w:i/>
          <w:lang w:val="ru-RU"/>
        </w:rPr>
        <w:t>джанма</w:t>
      </w:r>
      <w:proofErr w:type="spellEnd"/>
      <w:r w:rsidRPr="00182DE9">
        <w:rPr>
          <w:b/>
          <w:i/>
          <w:lang w:val="ru-RU"/>
        </w:rPr>
        <w:t xml:space="preserve"> </w:t>
      </w:r>
      <w:proofErr w:type="spellStart"/>
      <w:r w:rsidRPr="00182DE9">
        <w:rPr>
          <w:b/>
          <w:i/>
          <w:lang w:val="ru-RU"/>
        </w:rPr>
        <w:t>сарга</w:t>
      </w:r>
      <w:proofErr w:type="spellEnd"/>
      <w:r w:rsidRPr="00182DE9">
        <w:rPr>
          <w:b/>
          <w:i/>
          <w:lang w:val="ru-RU"/>
        </w:rPr>
        <w:t xml:space="preserve"> </w:t>
      </w:r>
      <w:proofErr w:type="spellStart"/>
      <w:r w:rsidRPr="00182DE9">
        <w:rPr>
          <w:b/>
          <w:i/>
          <w:lang w:val="ru-RU"/>
        </w:rPr>
        <w:t>удахритах</w:t>
      </w:r>
      <w:proofErr w:type="spellEnd"/>
    </w:p>
    <w:p w14:paraId="6986C73C" w14:textId="77777777" w:rsidR="00182DE9" w:rsidRPr="00182DE9" w:rsidRDefault="00182DE9" w:rsidP="00182DE9">
      <w:pPr>
        <w:ind w:firstLine="180"/>
        <w:rPr>
          <w:b/>
          <w:i/>
          <w:lang w:val="ru-RU"/>
        </w:rPr>
      </w:pPr>
      <w:proofErr w:type="spellStart"/>
      <w:r w:rsidRPr="00182DE9">
        <w:rPr>
          <w:b/>
          <w:i/>
          <w:lang w:val="ru-RU"/>
        </w:rPr>
        <w:t>брахмано</w:t>
      </w:r>
      <w:proofErr w:type="spellEnd"/>
      <w:r w:rsidRPr="00182DE9">
        <w:rPr>
          <w:b/>
          <w:i/>
          <w:lang w:val="ru-RU"/>
        </w:rPr>
        <w:t xml:space="preserve"> гуна-</w:t>
      </w:r>
      <w:proofErr w:type="spellStart"/>
      <w:r w:rsidRPr="00182DE9">
        <w:rPr>
          <w:b/>
          <w:i/>
          <w:lang w:val="ru-RU"/>
        </w:rPr>
        <w:t>ваишамйад</w:t>
      </w:r>
      <w:proofErr w:type="spellEnd"/>
    </w:p>
    <w:p w14:paraId="72964866" w14:textId="77777777" w:rsidR="00182DE9" w:rsidRDefault="00182DE9" w:rsidP="004E41B6">
      <w:pPr>
        <w:ind w:firstLine="180"/>
        <w:rPr>
          <w:b/>
          <w:i/>
          <w:lang w:val="ru-RU"/>
        </w:rPr>
      </w:pPr>
      <w:proofErr w:type="spellStart"/>
      <w:r w:rsidRPr="00182DE9">
        <w:rPr>
          <w:b/>
          <w:i/>
          <w:lang w:val="ru-RU"/>
        </w:rPr>
        <w:t>висаргах</w:t>
      </w:r>
      <w:proofErr w:type="spellEnd"/>
      <w:r w:rsidRPr="00182DE9">
        <w:rPr>
          <w:b/>
          <w:i/>
          <w:lang w:val="ru-RU"/>
        </w:rPr>
        <w:t xml:space="preserve"> </w:t>
      </w:r>
      <w:proofErr w:type="spellStart"/>
      <w:r w:rsidRPr="00182DE9">
        <w:rPr>
          <w:b/>
          <w:i/>
          <w:lang w:val="ru-RU"/>
        </w:rPr>
        <w:t>паурушах</w:t>
      </w:r>
      <w:proofErr w:type="spellEnd"/>
      <w:r w:rsidRPr="00182DE9">
        <w:rPr>
          <w:b/>
          <w:i/>
          <w:lang w:val="ru-RU"/>
        </w:rPr>
        <w:t xml:space="preserve"> </w:t>
      </w:r>
      <w:proofErr w:type="spellStart"/>
      <w:r w:rsidRPr="00182DE9">
        <w:rPr>
          <w:b/>
          <w:i/>
          <w:lang w:val="ru-RU"/>
        </w:rPr>
        <w:t>смритах</w:t>
      </w:r>
      <w:proofErr w:type="spellEnd"/>
    </w:p>
    <w:p w14:paraId="0A6457B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6858EC0" w14:textId="77777777" w:rsidR="00A14F89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"В первую пору [</w:t>
      </w:r>
      <w:proofErr w:type="spellStart"/>
      <w:r w:rsidRPr="00DA0238">
        <w:rPr>
          <w:rStyle w:val="TextTranslationItalic"/>
          <w:lang w:val="ru-RU"/>
        </w:rPr>
        <w:t>сарга</w:t>
      </w:r>
      <w:proofErr w:type="spellEnd"/>
      <w:r w:rsidRPr="00DA0238">
        <w:rPr>
          <w:lang w:val="ru-RU"/>
        </w:rPr>
        <w:t>] творения в уме вдохновленного Брахмы появляются осязаемые стихии, предметы и орудия их ощущения. Все перечисленное представляет собою состояния единого вещества. Затем происходит их взаимодействие, вторичное творение [</w:t>
      </w:r>
      <w:proofErr w:type="spellStart"/>
      <w:r w:rsidRPr="00DA0238">
        <w:rPr>
          <w:rStyle w:val="TextTranslationItalic"/>
          <w:lang w:val="ru-RU"/>
        </w:rPr>
        <w:t>висарга</w:t>
      </w:r>
      <w:proofErr w:type="spellEnd"/>
      <w:r w:rsidRPr="00DA0238">
        <w:rPr>
          <w:lang w:val="ru-RU"/>
        </w:rPr>
        <w:t xml:space="preserve">], благодаря которому в уме перворожденного существа воссоздаются живые образы, свойства и обстановка увиденной им </w:t>
      </w:r>
      <w:r w:rsidR="002A0752" w:rsidRPr="00DA0238">
        <w:rPr>
          <w:lang w:val="ru-RU"/>
        </w:rPr>
        <w:t>несотворенной Действительности"</w:t>
      </w:r>
      <w:r w:rsidR="00B750AD">
        <w:rPr>
          <w:lang w:val="ru-RU"/>
        </w:rPr>
        <w:t>.</w:t>
      </w:r>
      <w:r w:rsidRPr="00DA0238">
        <w:rPr>
          <w:lang w:val="ru-RU"/>
        </w:rPr>
        <w:t xml:space="preserve"> </w:t>
      </w:r>
      <w:r w:rsidR="00B750AD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Шримад-Бхагавата</w:t>
      </w:r>
      <w:r w:rsidR="002A0752" w:rsidRPr="00DA0238">
        <w:rPr>
          <w:rStyle w:val="TextTranslationItalic"/>
          <w:lang w:val="ru-RU"/>
        </w:rPr>
        <w:t>м</w:t>
      </w:r>
      <w:proofErr w:type="spellEnd"/>
      <w:r w:rsidR="00B750AD">
        <w:rPr>
          <w:lang w:val="ru-RU"/>
        </w:rPr>
        <w:t xml:space="preserve"> 2.10.3)</w:t>
      </w:r>
      <w:r w:rsidRPr="00DA0238">
        <w:rPr>
          <w:lang w:val="ru-RU"/>
        </w:rPr>
        <w:t>.</w:t>
      </w:r>
    </w:p>
    <w:p w14:paraId="0CC226FB" w14:textId="77777777" w:rsidR="00A14F89" w:rsidRDefault="00A14F89" w:rsidP="004E41B6">
      <w:pPr>
        <w:pStyle w:val="TextTranslation"/>
        <w:ind w:firstLine="180"/>
        <w:rPr>
          <w:lang w:val="ru-RU"/>
        </w:rPr>
      </w:pPr>
    </w:p>
    <w:p w14:paraId="0F5E2CC0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 "</w:t>
      </w:r>
      <w:r w:rsidRPr="00DA0238">
        <w:rPr>
          <w:rStyle w:val="TextTranslationItalic"/>
          <w:lang w:val="ru-RU"/>
        </w:rPr>
        <w:t>Бхута</w:t>
      </w:r>
      <w:r w:rsidRPr="00DA0238">
        <w:rPr>
          <w:lang w:val="ru-RU"/>
        </w:rPr>
        <w:t>" – пять грубых стихий, первая из которых "небо". "</w:t>
      </w:r>
      <w:proofErr w:type="spellStart"/>
      <w:r w:rsidRPr="00DA0238">
        <w:rPr>
          <w:rStyle w:val="TextTranslationItalic"/>
          <w:lang w:val="ru-RU"/>
        </w:rPr>
        <w:t>Матра</w:t>
      </w:r>
      <w:proofErr w:type="spellEnd"/>
      <w:r w:rsidRPr="00DA0238">
        <w:rPr>
          <w:lang w:val="ru-RU"/>
        </w:rPr>
        <w:t>" – тонкие стихии: звук, цвет, запах, тепло, вкус. "</w:t>
      </w:r>
      <w:proofErr w:type="spellStart"/>
      <w:r w:rsidRPr="00DA0238">
        <w:rPr>
          <w:rStyle w:val="TextTranslationItalic"/>
          <w:lang w:val="ru-RU"/>
        </w:rPr>
        <w:t>Индрийа</w:t>
      </w:r>
      <w:proofErr w:type="spellEnd"/>
      <w:r w:rsidRPr="00DA0238">
        <w:rPr>
          <w:lang w:val="ru-RU"/>
        </w:rPr>
        <w:t xml:space="preserve">" – органы </w:t>
      </w:r>
      <w:r w:rsidR="002A0752" w:rsidRPr="00DA0238">
        <w:rPr>
          <w:lang w:val="ru-RU"/>
        </w:rPr>
        <w:t>восприятия</w:t>
      </w:r>
      <w:r w:rsidRPr="00DA0238">
        <w:rPr>
          <w:lang w:val="ru-RU"/>
        </w:rPr>
        <w:t>. "</w:t>
      </w:r>
      <w:proofErr w:type="spellStart"/>
      <w:r w:rsidRPr="00DA0238">
        <w:rPr>
          <w:rStyle w:val="TextTranslationItalic"/>
          <w:lang w:val="ru-RU"/>
        </w:rPr>
        <w:t>Дхи</w:t>
      </w:r>
      <w:proofErr w:type="spellEnd"/>
      <w:r w:rsidRPr="00DA0238">
        <w:rPr>
          <w:lang w:val="ru-RU"/>
        </w:rPr>
        <w:t>" [разум] означает совокупное вещество, включающее в себя самость. "Брахман", высшее начало производит на свет осязаемые и неосязаемые стихии путем смешивания трех состояний, после того как они приведены в движение. Этот акт именуется "</w:t>
      </w:r>
      <w:proofErr w:type="spellStart"/>
      <w:r w:rsidRPr="00DA0238">
        <w:rPr>
          <w:rStyle w:val="TextTranslationItalic"/>
          <w:lang w:val="ru-RU"/>
        </w:rPr>
        <w:t>сарга</w:t>
      </w:r>
      <w:proofErr w:type="spellEnd"/>
      <w:r w:rsidRPr="00DA0238">
        <w:rPr>
          <w:lang w:val="ru-RU"/>
        </w:rPr>
        <w:t>" [первичное творение]. Есть еще и вторичное, осуществляемое творцом, которое именуется "</w:t>
      </w:r>
      <w:proofErr w:type="spellStart"/>
      <w:r w:rsidRPr="00DA0238">
        <w:rPr>
          <w:rStyle w:val="TextTranslationItalic"/>
          <w:lang w:val="ru-RU"/>
        </w:rPr>
        <w:t>висарга</w:t>
      </w:r>
      <w:proofErr w:type="spellEnd"/>
      <w:r w:rsidRPr="00DA0238">
        <w:rPr>
          <w:lang w:val="ru-RU"/>
        </w:rPr>
        <w:t>". Потому как он является вселенским существом [</w:t>
      </w:r>
      <w:proofErr w:type="spellStart"/>
      <w:r w:rsidRPr="00DA0238">
        <w:rPr>
          <w:rStyle w:val="TextTranslationItalic"/>
          <w:lang w:val="ru-RU"/>
        </w:rPr>
        <w:t>вайраджа</w:t>
      </w:r>
      <w:proofErr w:type="spellEnd"/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пурушей</w:t>
      </w:r>
      <w:r w:rsidRPr="00DA0238">
        <w:rPr>
          <w:lang w:val="ru-RU"/>
        </w:rPr>
        <w:t>], его творение также называется "</w:t>
      </w:r>
      <w:proofErr w:type="spellStart"/>
      <w:r w:rsidRPr="00DA0238">
        <w:rPr>
          <w:rStyle w:val="TextTranslationItalic"/>
          <w:lang w:val="ru-RU"/>
        </w:rPr>
        <w:t>пауруша</w:t>
      </w:r>
      <w:proofErr w:type="spellEnd"/>
      <w:r w:rsidRPr="00DA0238">
        <w:rPr>
          <w:lang w:val="ru-RU"/>
        </w:rPr>
        <w:t>". "</w:t>
      </w:r>
      <w:proofErr w:type="spellStart"/>
      <w:r w:rsidRPr="00DA0238">
        <w:rPr>
          <w:rStyle w:val="TextTranslationItalic"/>
          <w:lang w:val="ru-RU"/>
        </w:rPr>
        <w:t>Висарга</w:t>
      </w:r>
      <w:proofErr w:type="spellEnd"/>
      <w:r w:rsidRPr="00DA0238">
        <w:rPr>
          <w:lang w:val="ru-RU"/>
        </w:rPr>
        <w:t>" представляет собой отправное начало для подвижных и неподвижных существ.</w:t>
      </w:r>
    </w:p>
    <w:p w14:paraId="2AE772C1" w14:textId="77777777" w:rsidR="00182DE9" w:rsidRPr="00DA0238" w:rsidRDefault="00182DE9" w:rsidP="004E41B6">
      <w:pPr>
        <w:pStyle w:val="TextTranslation"/>
        <w:ind w:firstLine="180"/>
        <w:rPr>
          <w:lang w:val="ru-RU"/>
        </w:rPr>
      </w:pPr>
    </w:p>
    <w:p w14:paraId="0C2A2803" w14:textId="77777777" w:rsidR="00182DE9" w:rsidRPr="00182DE9" w:rsidRDefault="00182DE9" w:rsidP="00182DE9">
      <w:pPr>
        <w:ind w:firstLine="180"/>
        <w:rPr>
          <w:b/>
          <w:i/>
          <w:lang w:val="ru-RU"/>
        </w:rPr>
      </w:pPr>
      <w:proofErr w:type="spellStart"/>
      <w:r w:rsidRPr="00182DE9">
        <w:rPr>
          <w:b/>
          <w:i/>
          <w:lang w:val="ru-RU"/>
        </w:rPr>
        <w:t>стхитир</w:t>
      </w:r>
      <w:proofErr w:type="spellEnd"/>
      <w:r w:rsidRPr="00182DE9">
        <w:rPr>
          <w:b/>
          <w:i/>
          <w:lang w:val="ru-RU"/>
        </w:rPr>
        <w:t xml:space="preserve"> </w:t>
      </w:r>
      <w:proofErr w:type="spellStart"/>
      <w:r w:rsidRPr="00182DE9">
        <w:rPr>
          <w:b/>
          <w:i/>
          <w:lang w:val="ru-RU"/>
        </w:rPr>
        <w:t>ваикунтха-виджайах</w:t>
      </w:r>
      <w:proofErr w:type="spellEnd"/>
    </w:p>
    <w:p w14:paraId="484DC305" w14:textId="77777777" w:rsidR="00182DE9" w:rsidRPr="00182DE9" w:rsidRDefault="00182DE9" w:rsidP="00182DE9">
      <w:pPr>
        <w:ind w:firstLine="180"/>
        <w:rPr>
          <w:b/>
          <w:i/>
          <w:lang w:val="ru-RU"/>
        </w:rPr>
      </w:pPr>
      <w:proofErr w:type="spellStart"/>
      <w:r w:rsidRPr="00182DE9">
        <w:rPr>
          <w:b/>
          <w:i/>
          <w:lang w:val="ru-RU"/>
        </w:rPr>
        <w:t>пошанам</w:t>
      </w:r>
      <w:proofErr w:type="spellEnd"/>
      <w:r w:rsidRPr="00182DE9">
        <w:rPr>
          <w:b/>
          <w:i/>
          <w:lang w:val="ru-RU"/>
        </w:rPr>
        <w:t xml:space="preserve"> </w:t>
      </w:r>
      <w:proofErr w:type="spellStart"/>
      <w:r w:rsidRPr="00182DE9">
        <w:rPr>
          <w:b/>
          <w:i/>
          <w:lang w:val="ru-RU"/>
        </w:rPr>
        <w:t>тад-ануграхах</w:t>
      </w:r>
      <w:proofErr w:type="spellEnd"/>
    </w:p>
    <w:p w14:paraId="6A3F7F0A" w14:textId="77777777" w:rsidR="00182DE9" w:rsidRPr="00182DE9" w:rsidRDefault="00182DE9" w:rsidP="00182DE9">
      <w:pPr>
        <w:ind w:firstLine="180"/>
        <w:rPr>
          <w:b/>
          <w:i/>
          <w:lang w:val="ru-RU"/>
        </w:rPr>
      </w:pPr>
      <w:proofErr w:type="spellStart"/>
      <w:r w:rsidRPr="00182DE9">
        <w:rPr>
          <w:b/>
          <w:i/>
          <w:lang w:val="ru-RU"/>
        </w:rPr>
        <w:t>манвантарани</w:t>
      </w:r>
      <w:proofErr w:type="spellEnd"/>
      <w:r w:rsidRPr="00182DE9">
        <w:rPr>
          <w:b/>
          <w:i/>
          <w:lang w:val="ru-RU"/>
        </w:rPr>
        <w:t xml:space="preserve"> сад-дхарма</w:t>
      </w:r>
    </w:p>
    <w:p w14:paraId="20F995E0" w14:textId="77777777" w:rsidR="00182DE9" w:rsidRPr="00182DE9" w:rsidRDefault="00182DE9" w:rsidP="00182DE9">
      <w:pPr>
        <w:ind w:firstLine="180"/>
        <w:rPr>
          <w:b/>
          <w:i/>
          <w:lang w:val="ru-RU"/>
        </w:rPr>
      </w:pPr>
      <w:proofErr w:type="spellStart"/>
      <w:r w:rsidRPr="00182DE9">
        <w:rPr>
          <w:b/>
          <w:i/>
          <w:lang w:val="ru-RU"/>
        </w:rPr>
        <w:t>утайах</w:t>
      </w:r>
      <w:proofErr w:type="spellEnd"/>
      <w:r w:rsidRPr="00182DE9">
        <w:rPr>
          <w:b/>
          <w:i/>
          <w:lang w:val="ru-RU"/>
        </w:rPr>
        <w:t xml:space="preserve"> карма-</w:t>
      </w:r>
      <w:proofErr w:type="spellStart"/>
      <w:r w:rsidRPr="00182DE9">
        <w:rPr>
          <w:b/>
          <w:i/>
          <w:lang w:val="ru-RU"/>
        </w:rPr>
        <w:t>васанах</w:t>
      </w:r>
      <w:proofErr w:type="spellEnd"/>
    </w:p>
    <w:p w14:paraId="21F773C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D21D5D0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"Живая тварь пребудет в своем естественном состоянии, лишь сдавшись на волю Непорочному Владыке. Признав за Вседержителем высшую власть, сознательное </w:t>
      </w:r>
      <w:r w:rsidRPr="00DA0238">
        <w:rPr>
          <w:lang w:val="ru-RU"/>
        </w:rPr>
        <w:lastRenderedPageBreak/>
        <w:t>существо обретает в Его обители совершенное равновесие. Мирская власть в лице блюстителя Ману призвана преобразовать труд человека во служение высшему Закону. Побуждающим началом всякого дела является возмож</w:t>
      </w:r>
      <w:r w:rsidR="002A0752" w:rsidRPr="00DA0238">
        <w:rPr>
          <w:lang w:val="ru-RU"/>
        </w:rPr>
        <w:t>ность пользоваться его плодами</w:t>
      </w:r>
      <w:r w:rsidR="00182DE9">
        <w:rPr>
          <w:lang w:val="ru-RU"/>
        </w:rPr>
        <w:t>"</w:t>
      </w:r>
      <w:r w:rsidR="002A0752" w:rsidRPr="00DA0238">
        <w:rPr>
          <w:lang w:val="ru-RU"/>
        </w:rPr>
        <w:t>.</w:t>
      </w:r>
      <w:r w:rsidR="00182DE9">
        <w:rPr>
          <w:lang w:val="ru-RU"/>
        </w:rPr>
        <w:t>(</w:t>
      </w:r>
      <w:proofErr w:type="spellStart"/>
      <w:r w:rsidR="00182DE9" w:rsidRPr="00DA0238">
        <w:rPr>
          <w:rStyle w:val="TextTranslationItalic"/>
          <w:lang w:val="ru-RU"/>
        </w:rPr>
        <w:t>Шримад-Бхагаватам</w:t>
      </w:r>
      <w:proofErr w:type="spellEnd"/>
      <w:r w:rsidR="00182DE9">
        <w:rPr>
          <w:lang w:val="ru-RU"/>
        </w:rPr>
        <w:t xml:space="preserve"> 2.10.4).</w:t>
      </w:r>
    </w:p>
    <w:p w14:paraId="061466B5" w14:textId="77777777" w:rsidR="00182DE9" w:rsidRDefault="00182DE9" w:rsidP="004E41B6">
      <w:pPr>
        <w:pStyle w:val="TextTranslation"/>
        <w:ind w:firstLine="180"/>
        <w:rPr>
          <w:lang w:val="ru-RU"/>
        </w:rPr>
      </w:pPr>
    </w:p>
    <w:p w14:paraId="57B4CE92" w14:textId="77777777" w:rsidR="00E32AB8" w:rsidRPr="00E32AB8" w:rsidRDefault="00E32AB8" w:rsidP="00182DE9">
      <w:pPr>
        <w:pStyle w:val="TextTranslation"/>
        <w:ind w:firstLine="180"/>
        <w:rPr>
          <w:i/>
          <w:lang w:val="ru-RU"/>
        </w:rPr>
      </w:pPr>
      <w:proofErr w:type="spellStart"/>
      <w:r w:rsidRPr="00E32AB8">
        <w:rPr>
          <w:i/>
          <w:lang w:val="ru-RU"/>
        </w:rPr>
        <w:t>а</w:t>
      </w:r>
      <w:r w:rsidR="00182DE9" w:rsidRPr="00E32AB8">
        <w:rPr>
          <w:i/>
          <w:lang w:val="ru-RU"/>
        </w:rPr>
        <w:t>ватаранучаритам</w:t>
      </w:r>
      <w:proofErr w:type="spellEnd"/>
    </w:p>
    <w:p w14:paraId="4E65A64F" w14:textId="77777777" w:rsidR="00E32AB8" w:rsidRPr="00E32AB8" w:rsidRDefault="00182DE9" w:rsidP="00182DE9">
      <w:pPr>
        <w:pStyle w:val="TextTranslation"/>
        <w:ind w:firstLine="180"/>
        <w:rPr>
          <w:i/>
          <w:lang w:val="ru-RU"/>
        </w:rPr>
      </w:pPr>
      <w:proofErr w:type="spellStart"/>
      <w:r w:rsidRPr="00E32AB8">
        <w:rPr>
          <w:i/>
          <w:lang w:val="ru-RU"/>
        </w:rPr>
        <w:t>хареш</w:t>
      </w:r>
      <w:proofErr w:type="spellEnd"/>
      <w:r w:rsidRPr="00E32AB8">
        <w:rPr>
          <w:i/>
          <w:lang w:val="ru-RU"/>
        </w:rPr>
        <w:t xml:space="preserve"> </w:t>
      </w:r>
      <w:proofErr w:type="spellStart"/>
      <w:r w:rsidRPr="00E32AB8">
        <w:rPr>
          <w:i/>
          <w:lang w:val="ru-RU"/>
        </w:rPr>
        <w:t>часйанувартинам</w:t>
      </w:r>
      <w:proofErr w:type="spellEnd"/>
    </w:p>
    <w:p w14:paraId="2CA9F46D" w14:textId="77777777" w:rsidR="00E32AB8" w:rsidRPr="00E32AB8" w:rsidRDefault="00182DE9" w:rsidP="00182DE9">
      <w:pPr>
        <w:pStyle w:val="TextTranslation"/>
        <w:ind w:firstLine="180"/>
        <w:rPr>
          <w:i/>
          <w:lang w:val="ru-RU"/>
        </w:rPr>
      </w:pPr>
      <w:proofErr w:type="spellStart"/>
      <w:r w:rsidRPr="00E32AB8">
        <w:rPr>
          <w:i/>
          <w:lang w:val="ru-RU"/>
        </w:rPr>
        <w:t>пумсам</w:t>
      </w:r>
      <w:proofErr w:type="spellEnd"/>
      <w:r w:rsidRPr="00E32AB8">
        <w:rPr>
          <w:i/>
          <w:lang w:val="ru-RU"/>
        </w:rPr>
        <w:t xml:space="preserve"> </w:t>
      </w:r>
      <w:proofErr w:type="spellStart"/>
      <w:r w:rsidRPr="00E32AB8">
        <w:rPr>
          <w:i/>
          <w:lang w:val="ru-RU"/>
        </w:rPr>
        <w:t>иша-катхах</w:t>
      </w:r>
      <w:proofErr w:type="spellEnd"/>
      <w:r w:rsidRPr="00E32AB8">
        <w:rPr>
          <w:i/>
          <w:lang w:val="ru-RU"/>
        </w:rPr>
        <w:t xml:space="preserve"> </w:t>
      </w:r>
      <w:proofErr w:type="spellStart"/>
      <w:r w:rsidRPr="00E32AB8">
        <w:rPr>
          <w:i/>
          <w:lang w:val="ru-RU"/>
        </w:rPr>
        <w:t>прокта</w:t>
      </w:r>
      <w:proofErr w:type="spellEnd"/>
    </w:p>
    <w:p w14:paraId="0F12B744" w14:textId="77777777" w:rsidR="00182DE9" w:rsidRPr="00E32AB8" w:rsidRDefault="00182DE9" w:rsidP="00182DE9">
      <w:pPr>
        <w:pStyle w:val="TextTranslation"/>
        <w:ind w:firstLine="180"/>
        <w:rPr>
          <w:i/>
          <w:lang w:val="ru-RU"/>
        </w:rPr>
      </w:pPr>
      <w:proofErr w:type="spellStart"/>
      <w:r w:rsidRPr="00E32AB8">
        <w:rPr>
          <w:i/>
          <w:lang w:val="ru-RU"/>
        </w:rPr>
        <w:t>нанакхйанопабримхитах</w:t>
      </w:r>
      <w:proofErr w:type="spellEnd"/>
    </w:p>
    <w:p w14:paraId="5C0D71FC" w14:textId="77777777" w:rsidR="00182DE9" w:rsidRPr="00DA0238" w:rsidRDefault="00182DE9" w:rsidP="004E41B6">
      <w:pPr>
        <w:pStyle w:val="TextTranslation"/>
        <w:ind w:firstLine="180"/>
        <w:rPr>
          <w:lang w:val="ru-RU"/>
        </w:rPr>
      </w:pPr>
    </w:p>
    <w:p w14:paraId="0ADAB8E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3F5108D" w14:textId="77777777" w:rsidR="003B67ED" w:rsidRPr="00DA0238" w:rsidRDefault="00182DE9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</w:t>
      </w:r>
      <w:r w:rsidR="002B41BF" w:rsidRPr="00DA0238">
        <w:rPr>
          <w:lang w:val="ru-RU"/>
        </w:rPr>
        <w:t>Повесть о Боге есть повесть о Его сошествии, делах, Его свите и приверженцах. Образ Высшего Существа составляют преданные Ему души</w:t>
      </w:r>
      <w:r w:rsidR="00D81FE2" w:rsidRPr="00DA0238">
        <w:rPr>
          <w:lang w:val="ru-RU"/>
        </w:rPr>
        <w:t xml:space="preserve"> — </w:t>
      </w:r>
      <w:r w:rsidR="002B41BF" w:rsidRPr="00DA0238">
        <w:rPr>
          <w:lang w:val="ru-RU"/>
        </w:rPr>
        <w:t>ибо о Хозяине судят по нраву Его слуг"</w:t>
      </w:r>
      <w:r>
        <w:rPr>
          <w:lang w:val="ru-RU"/>
        </w:rPr>
        <w:t>.</w:t>
      </w:r>
      <w:r w:rsidR="002B41BF" w:rsidRPr="00DA0238">
        <w:rPr>
          <w:lang w:val="ru-RU"/>
        </w:rPr>
        <w:t xml:space="preserve"> </w:t>
      </w:r>
      <w:r>
        <w:rPr>
          <w:lang w:val="ru-RU"/>
        </w:rPr>
        <w:t>(</w:t>
      </w:r>
      <w:proofErr w:type="spellStart"/>
      <w:r w:rsidR="002B41BF" w:rsidRPr="00DA0238">
        <w:rPr>
          <w:rStyle w:val="TextTranslationItalic"/>
          <w:lang w:val="ru-RU"/>
        </w:rPr>
        <w:t>Шримад-Бхагаватам</w:t>
      </w:r>
      <w:proofErr w:type="spellEnd"/>
      <w:r>
        <w:rPr>
          <w:lang w:val="ru-RU"/>
        </w:rPr>
        <w:t xml:space="preserve"> 2.10.5)</w:t>
      </w:r>
      <w:r w:rsidR="002B41BF" w:rsidRPr="00DA0238">
        <w:rPr>
          <w:lang w:val="ru-RU"/>
        </w:rPr>
        <w:t>.</w:t>
      </w:r>
    </w:p>
    <w:p w14:paraId="6B88AA6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4FDAED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Стхити</w:t>
      </w:r>
      <w:proofErr w:type="spellEnd"/>
      <w:r w:rsidRPr="00DA0238">
        <w:rPr>
          <w:lang w:val="ru-RU"/>
        </w:rPr>
        <w:t>" [поддержание] – так именуется "</w:t>
      </w:r>
      <w:proofErr w:type="spellStart"/>
      <w:r w:rsidRPr="00DA0238">
        <w:rPr>
          <w:rStyle w:val="TextTranslationItalic"/>
          <w:lang w:val="ru-RU"/>
        </w:rPr>
        <w:t>вайкунтха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виджайа</w:t>
      </w:r>
      <w:proofErr w:type="spellEnd"/>
      <w:r w:rsidR="00D81FE2" w:rsidRPr="00DA0238">
        <w:rPr>
          <w:lang w:val="ru-RU"/>
        </w:rPr>
        <w:t xml:space="preserve">", величие </w:t>
      </w:r>
      <w:proofErr w:type="spellStart"/>
      <w:r w:rsidR="00D81FE2" w:rsidRPr="00DA0238">
        <w:rPr>
          <w:lang w:val="ru-RU"/>
        </w:rPr>
        <w:t>Вайкунтхи</w:t>
      </w:r>
      <w:proofErr w:type="spellEnd"/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>Бога. Слово "</w:t>
      </w:r>
      <w:proofErr w:type="spellStart"/>
      <w:r w:rsidRPr="00DA0238">
        <w:rPr>
          <w:rStyle w:val="TextTranslationItalic"/>
          <w:lang w:val="ru-RU"/>
        </w:rPr>
        <w:t>стхити</w:t>
      </w:r>
      <w:proofErr w:type="spellEnd"/>
      <w:r w:rsidRPr="00DA0238">
        <w:rPr>
          <w:lang w:val="ru-RU"/>
        </w:rPr>
        <w:t>" указывает на славу Всевышнего, выраженную в том, что Он законом Своим хранит и поддерживает всех сотворенных существ во всех обстоятельствах. "</w:t>
      </w:r>
      <w:proofErr w:type="spellStart"/>
      <w:r w:rsidRPr="00DA0238">
        <w:rPr>
          <w:rStyle w:val="TextTranslationItalic"/>
          <w:lang w:val="ru-RU"/>
        </w:rPr>
        <w:t>Пошанам</w:t>
      </w:r>
      <w:proofErr w:type="spellEnd"/>
      <w:r w:rsidRPr="00DA0238">
        <w:rPr>
          <w:lang w:val="ru-RU"/>
        </w:rPr>
        <w:t>" означает, что Он милостью Своей берет на содержание всех, кто доверился Ему. "</w:t>
      </w:r>
      <w:proofErr w:type="spellStart"/>
      <w:r w:rsidRPr="00DA0238">
        <w:rPr>
          <w:rStyle w:val="TextTranslationItalic"/>
          <w:lang w:val="ru-RU"/>
        </w:rPr>
        <w:t>Манвантарини</w:t>
      </w:r>
      <w:proofErr w:type="spellEnd"/>
      <w:r w:rsidRPr="00DA0238">
        <w:rPr>
          <w:lang w:val="ru-RU"/>
        </w:rPr>
        <w:t>" [Ману] – это отсы</w:t>
      </w:r>
      <w:r w:rsidR="00FF58E8" w:rsidRPr="00DA0238">
        <w:rPr>
          <w:lang w:val="ru-RU"/>
        </w:rPr>
        <w:t>лк</w:t>
      </w:r>
      <w:r w:rsidRPr="00DA0238">
        <w:rPr>
          <w:lang w:val="ru-RU"/>
        </w:rPr>
        <w:t xml:space="preserve">а к историям о Ману, что </w:t>
      </w:r>
      <w:r w:rsidR="00A86EB8">
        <w:rPr>
          <w:lang w:val="ru-RU"/>
        </w:rPr>
        <w:t>вершат закон Божий</w:t>
      </w:r>
      <w:r w:rsidR="001E7E03">
        <w:rPr>
          <w:lang w:val="ru-RU"/>
        </w:rPr>
        <w:t xml:space="preserve"> </w:t>
      </w:r>
      <w:r w:rsidR="001E7E03" w:rsidRPr="00DA0238">
        <w:rPr>
          <w:lang w:val="ru-RU"/>
        </w:rPr>
        <w:t>[</w:t>
      </w:r>
      <w:r w:rsidR="001E7E03" w:rsidRPr="00DA0238">
        <w:rPr>
          <w:rStyle w:val="TextTranslationItalic"/>
          <w:lang w:val="ru-RU"/>
        </w:rPr>
        <w:t>сад</w:t>
      </w:r>
      <w:r w:rsidR="001E7E03" w:rsidRPr="00DA0238">
        <w:rPr>
          <w:lang w:val="ru-RU"/>
        </w:rPr>
        <w:t>-</w:t>
      </w:r>
      <w:r w:rsidR="001E7E03" w:rsidRPr="00DA0238">
        <w:rPr>
          <w:rStyle w:val="TextTranslationItalic"/>
          <w:lang w:val="ru-RU"/>
        </w:rPr>
        <w:t>дхарм</w:t>
      </w:r>
      <w:r w:rsidR="001E7E03">
        <w:rPr>
          <w:rStyle w:val="TextTranslationItalic"/>
          <w:lang w:val="ru-RU"/>
        </w:rPr>
        <w:t>у</w:t>
      </w:r>
      <w:r w:rsidR="001E7E03" w:rsidRPr="00DA0238">
        <w:rPr>
          <w:lang w:val="ru-RU"/>
        </w:rPr>
        <w:t>]</w:t>
      </w:r>
      <w:r w:rsidR="00FF58E8" w:rsidRPr="00DA0238">
        <w:rPr>
          <w:lang w:val="ru-RU"/>
        </w:rPr>
        <w:t>. Жизнеописание святых</w:t>
      </w:r>
      <w:r w:rsidRPr="00DA0238">
        <w:rPr>
          <w:lang w:val="ru-RU"/>
        </w:rPr>
        <w:t xml:space="preserve"> </w:t>
      </w:r>
      <w:r w:rsidR="001E7E03">
        <w:rPr>
          <w:lang w:val="ru-RU"/>
        </w:rPr>
        <w:t xml:space="preserve">царей </w:t>
      </w:r>
      <w:r w:rsidRPr="00DA0238">
        <w:rPr>
          <w:lang w:val="ru-RU"/>
        </w:rPr>
        <w:t>суть само по себе свод священных заветов. В поддержании вселенной важную роль играет "</w:t>
      </w:r>
      <w:proofErr w:type="spellStart"/>
      <w:r w:rsidR="00A86EB8" w:rsidRPr="00A86EB8">
        <w:rPr>
          <w:i/>
          <w:lang w:val="ru-RU"/>
        </w:rPr>
        <w:t>йу</w:t>
      </w:r>
      <w:r w:rsidRPr="00DA0238">
        <w:rPr>
          <w:rStyle w:val="TextTranslationItalic"/>
          <w:lang w:val="ru-RU"/>
        </w:rPr>
        <w:t>ти</w:t>
      </w:r>
      <w:proofErr w:type="spellEnd"/>
      <w:r w:rsidRPr="00DA0238">
        <w:rPr>
          <w:lang w:val="ru-RU"/>
        </w:rPr>
        <w:t>" [побуждение к действию]. "</w:t>
      </w:r>
      <w:proofErr w:type="spellStart"/>
      <w:r w:rsidRPr="00DA0238">
        <w:rPr>
          <w:rStyle w:val="TextTranslationItalic"/>
          <w:lang w:val="ru-RU"/>
        </w:rPr>
        <w:t>Ишанукатхах</w:t>
      </w:r>
      <w:proofErr w:type="spellEnd"/>
      <w:r w:rsidRPr="00DA0238">
        <w:rPr>
          <w:lang w:val="ru-RU"/>
        </w:rPr>
        <w:t xml:space="preserve">" [повести о Владыке] – это сказания об играх </w:t>
      </w:r>
      <w:r w:rsidR="00FF58E8" w:rsidRPr="00DA0238">
        <w:rPr>
          <w:lang w:val="ru-RU"/>
        </w:rPr>
        <w:t>Всевышнего</w:t>
      </w:r>
      <w:r w:rsidRPr="00DA0238">
        <w:rPr>
          <w:lang w:val="ru-RU"/>
        </w:rPr>
        <w:t xml:space="preserve"> в Его бес</w:t>
      </w:r>
      <w:r w:rsidR="00FF58E8" w:rsidRPr="00DA0238">
        <w:rPr>
          <w:lang w:val="ru-RU"/>
        </w:rPr>
        <w:t>с</w:t>
      </w:r>
      <w:r w:rsidRPr="00DA0238">
        <w:rPr>
          <w:lang w:val="ru-RU"/>
        </w:rPr>
        <w:t>четных воплощениях, а также сказания о Его верных слугах</w:t>
      </w:r>
      <w:r w:rsidR="00E32AB8">
        <w:rPr>
          <w:lang w:val="ru-RU"/>
        </w:rPr>
        <w:t>, их житии и учениях</w:t>
      </w:r>
      <w:r w:rsidRPr="00DA0238">
        <w:rPr>
          <w:lang w:val="ru-RU"/>
        </w:rPr>
        <w:t>.</w:t>
      </w:r>
    </w:p>
    <w:p w14:paraId="432A741B" w14:textId="77777777" w:rsidR="003B67ED" w:rsidRDefault="003B67ED" w:rsidP="004E41B6">
      <w:pPr>
        <w:ind w:firstLine="180"/>
        <w:rPr>
          <w:b/>
          <w:lang w:val="ru-RU"/>
        </w:rPr>
      </w:pPr>
    </w:p>
    <w:p w14:paraId="4EB51A95" w14:textId="77777777" w:rsidR="00E32AB8" w:rsidRPr="00E32AB8" w:rsidRDefault="00E32AB8" w:rsidP="00E32AB8">
      <w:pPr>
        <w:ind w:firstLine="180"/>
        <w:rPr>
          <w:b/>
          <w:i/>
          <w:lang w:val="ru-RU"/>
        </w:rPr>
      </w:pPr>
      <w:proofErr w:type="spellStart"/>
      <w:r w:rsidRPr="00E32AB8">
        <w:rPr>
          <w:b/>
          <w:i/>
          <w:lang w:val="ru-RU"/>
        </w:rPr>
        <w:t>ниродхо</w:t>
      </w:r>
      <w:proofErr w:type="spellEnd"/>
      <w:r w:rsidRPr="00E32AB8">
        <w:rPr>
          <w:b/>
          <w:i/>
          <w:lang w:val="ru-RU"/>
        </w:rPr>
        <w:t xml:space="preserve"> ’</w:t>
      </w:r>
      <w:proofErr w:type="spellStart"/>
      <w:r w:rsidRPr="00E32AB8">
        <w:rPr>
          <w:b/>
          <w:i/>
          <w:lang w:val="ru-RU"/>
        </w:rPr>
        <w:t>сйанушайанам</w:t>
      </w:r>
      <w:proofErr w:type="spellEnd"/>
    </w:p>
    <w:p w14:paraId="14C999C0" w14:textId="77777777" w:rsidR="00E32AB8" w:rsidRPr="00E32AB8" w:rsidRDefault="00E32AB8" w:rsidP="00E32AB8">
      <w:pPr>
        <w:ind w:firstLine="180"/>
        <w:rPr>
          <w:b/>
          <w:i/>
          <w:lang w:val="ru-RU"/>
        </w:rPr>
      </w:pPr>
      <w:proofErr w:type="spellStart"/>
      <w:r w:rsidRPr="00E32AB8">
        <w:rPr>
          <w:b/>
          <w:i/>
          <w:lang w:val="ru-RU"/>
        </w:rPr>
        <w:t>атманах</w:t>
      </w:r>
      <w:proofErr w:type="spellEnd"/>
      <w:r w:rsidRPr="00E32AB8">
        <w:rPr>
          <w:b/>
          <w:i/>
          <w:lang w:val="ru-RU"/>
        </w:rPr>
        <w:t xml:space="preserve"> саха </w:t>
      </w:r>
      <w:proofErr w:type="spellStart"/>
      <w:r w:rsidRPr="00E32AB8">
        <w:rPr>
          <w:b/>
          <w:i/>
          <w:lang w:val="ru-RU"/>
        </w:rPr>
        <w:t>шактибхих</w:t>
      </w:r>
      <w:proofErr w:type="spellEnd"/>
    </w:p>
    <w:p w14:paraId="151C2981" w14:textId="77777777" w:rsidR="00E32AB8" w:rsidRPr="00E32AB8" w:rsidRDefault="00E32AB8" w:rsidP="00E32AB8">
      <w:pPr>
        <w:ind w:firstLine="180"/>
        <w:rPr>
          <w:b/>
          <w:i/>
          <w:lang w:val="ru-RU"/>
        </w:rPr>
      </w:pPr>
      <w:proofErr w:type="spellStart"/>
      <w:r w:rsidRPr="00E32AB8">
        <w:rPr>
          <w:b/>
          <w:i/>
          <w:lang w:val="ru-RU"/>
        </w:rPr>
        <w:t>муктир</w:t>
      </w:r>
      <w:proofErr w:type="spellEnd"/>
      <w:r w:rsidRPr="00E32AB8">
        <w:rPr>
          <w:b/>
          <w:i/>
          <w:lang w:val="ru-RU"/>
        </w:rPr>
        <w:t xml:space="preserve"> </w:t>
      </w:r>
      <w:proofErr w:type="spellStart"/>
      <w:r w:rsidRPr="00E32AB8">
        <w:rPr>
          <w:b/>
          <w:i/>
          <w:lang w:val="ru-RU"/>
        </w:rPr>
        <w:t>хитванйатха</w:t>
      </w:r>
      <w:proofErr w:type="spellEnd"/>
      <w:r w:rsidRPr="00E32AB8">
        <w:rPr>
          <w:b/>
          <w:i/>
          <w:lang w:val="ru-RU"/>
        </w:rPr>
        <w:t xml:space="preserve"> </w:t>
      </w:r>
      <w:proofErr w:type="spellStart"/>
      <w:r w:rsidRPr="00E32AB8">
        <w:rPr>
          <w:b/>
          <w:i/>
          <w:lang w:val="ru-RU"/>
        </w:rPr>
        <w:t>рупам</w:t>
      </w:r>
      <w:proofErr w:type="spellEnd"/>
    </w:p>
    <w:p w14:paraId="7470E9AA" w14:textId="77777777" w:rsidR="00E32AB8" w:rsidRPr="00E32AB8" w:rsidRDefault="00E32AB8" w:rsidP="00E32AB8">
      <w:pPr>
        <w:ind w:firstLine="180"/>
        <w:rPr>
          <w:b/>
          <w:i/>
          <w:lang w:val="ru-RU"/>
        </w:rPr>
      </w:pPr>
      <w:proofErr w:type="spellStart"/>
      <w:r w:rsidRPr="00E32AB8">
        <w:rPr>
          <w:b/>
          <w:i/>
          <w:lang w:val="ru-RU"/>
        </w:rPr>
        <w:t>сва-рупена</w:t>
      </w:r>
      <w:proofErr w:type="spellEnd"/>
      <w:r w:rsidRPr="00E32AB8">
        <w:rPr>
          <w:b/>
          <w:i/>
          <w:lang w:val="ru-RU"/>
        </w:rPr>
        <w:t xml:space="preserve"> </w:t>
      </w:r>
      <w:proofErr w:type="spellStart"/>
      <w:r w:rsidRPr="00E32AB8">
        <w:rPr>
          <w:b/>
          <w:i/>
          <w:lang w:val="ru-RU"/>
        </w:rPr>
        <w:t>вйавастхитих</w:t>
      </w:r>
      <w:proofErr w:type="spellEnd"/>
    </w:p>
    <w:p w14:paraId="2AC11A9E" w14:textId="77777777" w:rsidR="00E32AB8" w:rsidRPr="00DA0238" w:rsidRDefault="00E32AB8" w:rsidP="004E41B6">
      <w:pPr>
        <w:ind w:firstLine="180"/>
        <w:rPr>
          <w:b/>
          <w:lang w:val="ru-RU"/>
        </w:rPr>
      </w:pPr>
    </w:p>
    <w:p w14:paraId="4D26DC9D" w14:textId="77777777" w:rsidR="003B67ED" w:rsidRPr="00D65EC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"Конец вещественному миру наступает в тот миг, когда сознательное существо погружается в глубокий сон, расставшись со сновидениями. В миг расставания с о</w:t>
      </w:r>
      <w:r w:rsidRPr="00D65EC8">
        <w:rPr>
          <w:lang w:val="ru-RU"/>
        </w:rPr>
        <w:t>бликами, в которые была заключена в состоянии самообмана, душа обретает свободу". (</w:t>
      </w:r>
      <w:proofErr w:type="spellStart"/>
      <w:r w:rsidRPr="00D65EC8">
        <w:rPr>
          <w:rStyle w:val="TextTranslationItalic"/>
          <w:lang w:val="ru-RU"/>
        </w:rPr>
        <w:t>Шримад</w:t>
      </w:r>
      <w:r w:rsidRPr="00D65EC8">
        <w:rPr>
          <w:lang w:val="ru-RU"/>
        </w:rPr>
        <w:t>-</w:t>
      </w:r>
      <w:r w:rsidRPr="00D65EC8">
        <w:rPr>
          <w:rStyle w:val="TextTranslationItalic"/>
          <w:lang w:val="ru-RU"/>
        </w:rPr>
        <w:t>Бхагаватам</w:t>
      </w:r>
      <w:proofErr w:type="spellEnd"/>
      <w:r w:rsidRPr="00D65EC8">
        <w:rPr>
          <w:lang w:val="ru-RU"/>
        </w:rPr>
        <w:t xml:space="preserve"> 2.10.6).</w:t>
      </w:r>
    </w:p>
    <w:p w14:paraId="66EA5C3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7E14489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Когда мирозданию приходит срок после </w:t>
      </w:r>
      <w:r w:rsidR="00E32AB8">
        <w:rPr>
          <w:lang w:val="ru-RU"/>
        </w:rPr>
        <w:t>поры</w:t>
      </w:r>
      <w:r w:rsidRPr="00DA0238">
        <w:rPr>
          <w:lang w:val="ru-RU"/>
        </w:rPr>
        <w:t xml:space="preserve"> поддержания, Верховный Хранитель погружается в сон</w:t>
      </w:r>
      <w:r w:rsidR="00E32AB8">
        <w:rPr>
          <w:lang w:val="ru-RU"/>
        </w:rPr>
        <w:t>,</w:t>
      </w:r>
      <w:r w:rsidRPr="00DA0238">
        <w:rPr>
          <w:lang w:val="ru-RU"/>
        </w:rPr>
        <w:t xml:space="preserve"> и души следуют за Ним вместе со своим</w:t>
      </w:r>
      <w:r w:rsidR="00147A54">
        <w:rPr>
          <w:lang w:val="ru-RU"/>
        </w:rPr>
        <w:t>и</w:t>
      </w:r>
      <w:r w:rsidRPr="00DA0238">
        <w:rPr>
          <w:lang w:val="ru-RU"/>
        </w:rPr>
        <w:t xml:space="preserve"> </w:t>
      </w:r>
      <w:r w:rsidR="00147A54">
        <w:rPr>
          <w:lang w:val="ru-RU"/>
        </w:rPr>
        <w:t>означениями, или явления</w:t>
      </w:r>
      <w:r w:rsidRPr="00DA0238">
        <w:rPr>
          <w:lang w:val="ru-RU"/>
        </w:rPr>
        <w:t>м</w:t>
      </w:r>
      <w:r w:rsidR="00147A54">
        <w:rPr>
          <w:lang w:val="ru-RU"/>
        </w:rPr>
        <w:t>и</w:t>
      </w:r>
      <w:r w:rsidRPr="00DA0238">
        <w:rPr>
          <w:lang w:val="ru-RU"/>
        </w:rPr>
        <w:t xml:space="preserve"> [</w:t>
      </w:r>
      <w:proofErr w:type="spellStart"/>
      <w:r w:rsidRPr="00DA0238">
        <w:rPr>
          <w:rStyle w:val="TextTranslationItalic"/>
          <w:lang w:val="ru-RU"/>
        </w:rPr>
        <w:t>упадхи</w:t>
      </w:r>
      <w:proofErr w:type="spellEnd"/>
      <w:r w:rsidRPr="00DA0238">
        <w:rPr>
          <w:lang w:val="ru-RU"/>
        </w:rPr>
        <w:t>]. Это называется "</w:t>
      </w:r>
      <w:proofErr w:type="spellStart"/>
      <w:r w:rsidRPr="00DA0238">
        <w:rPr>
          <w:rStyle w:val="TextTranslationItalic"/>
          <w:lang w:val="ru-RU"/>
        </w:rPr>
        <w:t>ниродха</w:t>
      </w:r>
      <w:proofErr w:type="spellEnd"/>
      <w:r w:rsidRPr="00DA0238">
        <w:rPr>
          <w:lang w:val="ru-RU"/>
        </w:rPr>
        <w:t>" [завершение]. "Погружается в сон" означает, что Он закрывает глаза на сотворенный мир</w:t>
      </w:r>
      <w:r w:rsidR="00FF58E8" w:rsidRPr="00DA0238">
        <w:rPr>
          <w:lang w:val="ru-RU"/>
        </w:rPr>
        <w:t>;</w:t>
      </w:r>
      <w:r w:rsidRPr="00DA0238">
        <w:rPr>
          <w:lang w:val="ru-RU"/>
        </w:rPr>
        <w:t xml:space="preserve"> "души погружаются в сон" означает, что они погружаются в бытие Всевышнего. Если душа [</w:t>
      </w:r>
      <w:r w:rsidRPr="00DA0238">
        <w:rPr>
          <w:rStyle w:val="TextTranslationItalic"/>
          <w:lang w:val="ru-RU"/>
        </w:rPr>
        <w:t>джива</w:t>
      </w:r>
      <w:r w:rsidRPr="00DA0238">
        <w:rPr>
          <w:lang w:val="ru-RU"/>
        </w:rPr>
        <w:t xml:space="preserve">] к сему времени освободилась от ложного, </w:t>
      </w:r>
      <w:r w:rsidR="00FF58E8" w:rsidRPr="00DA0238">
        <w:rPr>
          <w:lang w:val="ru-RU"/>
        </w:rPr>
        <w:t xml:space="preserve">приобретенного </w:t>
      </w:r>
      <w:proofErr w:type="spellStart"/>
      <w:r w:rsidR="00FF58E8" w:rsidRPr="00DA0238">
        <w:rPr>
          <w:lang w:val="ru-RU"/>
        </w:rPr>
        <w:t>самоозначения</w:t>
      </w:r>
      <w:proofErr w:type="spellEnd"/>
      <w:r w:rsidRPr="00DA0238">
        <w:rPr>
          <w:lang w:val="ru-RU"/>
        </w:rPr>
        <w:t xml:space="preserve"> — невежества и чуждой ей природы, навязанной обманом [</w:t>
      </w:r>
      <w:r w:rsidRPr="00DA0238">
        <w:rPr>
          <w:rStyle w:val="TextTranslationItalic"/>
          <w:lang w:val="ru-RU"/>
        </w:rPr>
        <w:t>майей</w:t>
      </w:r>
      <w:r w:rsidRPr="00DA0238">
        <w:rPr>
          <w:lang w:val="ru-RU"/>
        </w:rPr>
        <w:t>]</w:t>
      </w:r>
      <w:r w:rsidR="00FF58E8" w:rsidRPr="00DA0238">
        <w:rPr>
          <w:lang w:val="ru-RU"/>
        </w:rPr>
        <w:t>,</w:t>
      </w:r>
      <w:r w:rsidRPr="00DA0238">
        <w:rPr>
          <w:lang w:val="ru-RU"/>
        </w:rPr>
        <w:t xml:space="preserve"> – она обретает</w:t>
      </w:r>
      <w:r w:rsidR="00147A54">
        <w:rPr>
          <w:lang w:val="ru-RU"/>
        </w:rPr>
        <w:t xml:space="preserve"> свою подлинную природу; это событие</w:t>
      </w:r>
      <w:r w:rsidRPr="00DA0238">
        <w:rPr>
          <w:lang w:val="ru-RU"/>
        </w:rPr>
        <w:t xml:space="preserve"> именуется </w:t>
      </w:r>
      <w:r w:rsidRPr="00DA0238">
        <w:rPr>
          <w:rStyle w:val="TextTranslationItalic"/>
          <w:lang w:val="ru-RU"/>
        </w:rPr>
        <w:t>мукти</w:t>
      </w:r>
      <w:r w:rsidRPr="00DA0238">
        <w:rPr>
          <w:lang w:val="ru-RU"/>
        </w:rPr>
        <w:t>, "освобождением".</w:t>
      </w:r>
    </w:p>
    <w:p w14:paraId="280F145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58BF58A" w14:textId="77777777" w:rsidR="003B67ED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58</w:t>
      </w:r>
      <w:r w:rsidR="00941FBE">
        <w:rPr>
          <w:b/>
          <w:lang w:val="ru-RU"/>
        </w:rPr>
        <w:t>.</w:t>
      </w:r>
    </w:p>
    <w:p w14:paraId="4557A838" w14:textId="77777777" w:rsidR="00147A54" w:rsidRPr="00DA0238" w:rsidRDefault="00147A54" w:rsidP="004E41B6">
      <w:pPr>
        <w:pStyle w:val="TextNumber"/>
        <w:ind w:firstLine="180"/>
        <w:outlineLvl w:val="0"/>
        <w:rPr>
          <w:b/>
          <w:lang w:val="ru-RU"/>
        </w:rPr>
      </w:pPr>
    </w:p>
    <w:p w14:paraId="4EDD3433" w14:textId="77777777" w:rsidR="00147A54" w:rsidRPr="00147A54" w:rsidRDefault="00147A54" w:rsidP="00147A54">
      <w:pPr>
        <w:ind w:firstLine="180"/>
        <w:rPr>
          <w:b/>
          <w:i/>
          <w:lang w:val="ru-RU"/>
        </w:rPr>
      </w:pPr>
      <w:proofErr w:type="spellStart"/>
      <w:r w:rsidRPr="00147A54">
        <w:rPr>
          <w:b/>
          <w:i/>
          <w:lang w:val="ru-RU"/>
        </w:rPr>
        <w:t>абхасаш</w:t>
      </w:r>
      <w:proofErr w:type="spellEnd"/>
      <w:r w:rsidRPr="00147A54">
        <w:rPr>
          <w:b/>
          <w:i/>
          <w:lang w:val="ru-RU"/>
        </w:rPr>
        <w:t xml:space="preserve"> </w:t>
      </w:r>
      <w:proofErr w:type="spellStart"/>
      <w:r w:rsidRPr="00147A54">
        <w:rPr>
          <w:b/>
          <w:i/>
          <w:lang w:val="ru-RU"/>
        </w:rPr>
        <w:t>ча</w:t>
      </w:r>
      <w:proofErr w:type="spellEnd"/>
      <w:r w:rsidRPr="00147A54">
        <w:rPr>
          <w:b/>
          <w:i/>
          <w:lang w:val="ru-RU"/>
        </w:rPr>
        <w:t xml:space="preserve"> </w:t>
      </w:r>
      <w:proofErr w:type="spellStart"/>
      <w:r w:rsidRPr="00147A54">
        <w:rPr>
          <w:b/>
          <w:i/>
          <w:lang w:val="ru-RU"/>
        </w:rPr>
        <w:t>ниродхаш</w:t>
      </w:r>
      <w:proofErr w:type="spellEnd"/>
      <w:r w:rsidRPr="00147A54">
        <w:rPr>
          <w:b/>
          <w:i/>
          <w:lang w:val="ru-RU"/>
        </w:rPr>
        <w:t xml:space="preserve"> </w:t>
      </w:r>
      <w:proofErr w:type="spellStart"/>
      <w:r w:rsidRPr="00147A54">
        <w:rPr>
          <w:b/>
          <w:i/>
          <w:lang w:val="ru-RU"/>
        </w:rPr>
        <w:t>ча</w:t>
      </w:r>
      <w:proofErr w:type="spellEnd"/>
    </w:p>
    <w:p w14:paraId="172869C9" w14:textId="77777777" w:rsidR="00147A54" w:rsidRPr="00147A54" w:rsidRDefault="00147A54" w:rsidP="00147A54">
      <w:pPr>
        <w:ind w:firstLine="180"/>
        <w:rPr>
          <w:b/>
          <w:i/>
          <w:lang w:val="ru-RU"/>
        </w:rPr>
      </w:pPr>
      <w:proofErr w:type="spellStart"/>
      <w:r w:rsidRPr="00147A54">
        <w:rPr>
          <w:b/>
          <w:i/>
          <w:lang w:val="ru-RU"/>
        </w:rPr>
        <w:t>йато</w:t>
      </w:r>
      <w:proofErr w:type="spellEnd"/>
      <w:r w:rsidRPr="00147A54">
        <w:rPr>
          <w:b/>
          <w:i/>
          <w:lang w:val="ru-RU"/>
        </w:rPr>
        <w:t xml:space="preserve"> ’</w:t>
      </w:r>
      <w:proofErr w:type="spellStart"/>
      <w:r w:rsidRPr="00147A54">
        <w:rPr>
          <w:b/>
          <w:i/>
          <w:lang w:val="ru-RU"/>
        </w:rPr>
        <w:t>стй</w:t>
      </w:r>
      <w:proofErr w:type="spellEnd"/>
      <w:r w:rsidRPr="00147A54">
        <w:rPr>
          <w:b/>
          <w:i/>
          <w:lang w:val="ru-RU"/>
        </w:rPr>
        <w:t xml:space="preserve"> </w:t>
      </w:r>
      <w:proofErr w:type="spellStart"/>
      <w:r w:rsidRPr="00147A54">
        <w:rPr>
          <w:b/>
          <w:i/>
          <w:lang w:val="ru-RU"/>
        </w:rPr>
        <w:t>адхйавасийате</w:t>
      </w:r>
      <w:proofErr w:type="spellEnd"/>
    </w:p>
    <w:p w14:paraId="046F1505" w14:textId="77777777" w:rsidR="00147A54" w:rsidRPr="00147A54" w:rsidRDefault="00147A54" w:rsidP="00147A54">
      <w:pPr>
        <w:ind w:firstLine="180"/>
        <w:rPr>
          <w:b/>
          <w:i/>
          <w:lang w:val="ru-RU"/>
        </w:rPr>
      </w:pPr>
      <w:proofErr w:type="spellStart"/>
      <w:r w:rsidRPr="00147A54">
        <w:rPr>
          <w:b/>
          <w:i/>
          <w:lang w:val="ru-RU"/>
        </w:rPr>
        <w:t>са</w:t>
      </w:r>
      <w:proofErr w:type="spellEnd"/>
      <w:r w:rsidRPr="00147A54">
        <w:rPr>
          <w:b/>
          <w:i/>
          <w:lang w:val="ru-RU"/>
        </w:rPr>
        <w:t xml:space="preserve"> </w:t>
      </w:r>
      <w:proofErr w:type="spellStart"/>
      <w:r w:rsidRPr="00147A54">
        <w:rPr>
          <w:b/>
          <w:i/>
          <w:lang w:val="ru-RU"/>
        </w:rPr>
        <w:t>ашрайах</w:t>
      </w:r>
      <w:proofErr w:type="spellEnd"/>
      <w:r w:rsidRPr="00147A54">
        <w:rPr>
          <w:b/>
          <w:i/>
          <w:lang w:val="ru-RU"/>
        </w:rPr>
        <w:t xml:space="preserve"> парам </w:t>
      </w:r>
      <w:proofErr w:type="spellStart"/>
      <w:r w:rsidRPr="00147A54">
        <w:rPr>
          <w:b/>
          <w:i/>
          <w:lang w:val="ru-RU"/>
        </w:rPr>
        <w:t>брахма</w:t>
      </w:r>
      <w:proofErr w:type="spellEnd"/>
    </w:p>
    <w:p w14:paraId="348621DB" w14:textId="77777777" w:rsidR="00147A54" w:rsidRPr="00147A54" w:rsidRDefault="00147A54" w:rsidP="00147A54">
      <w:pPr>
        <w:ind w:firstLine="180"/>
        <w:rPr>
          <w:b/>
          <w:i/>
          <w:lang w:val="ru-RU"/>
        </w:rPr>
      </w:pPr>
      <w:proofErr w:type="spellStart"/>
      <w:r w:rsidRPr="00147A54">
        <w:rPr>
          <w:b/>
          <w:i/>
          <w:lang w:val="ru-RU"/>
        </w:rPr>
        <w:t>параматмети</w:t>
      </w:r>
      <w:proofErr w:type="spellEnd"/>
      <w:r w:rsidRPr="00147A54">
        <w:rPr>
          <w:b/>
          <w:i/>
          <w:lang w:val="ru-RU"/>
        </w:rPr>
        <w:t xml:space="preserve"> </w:t>
      </w:r>
      <w:proofErr w:type="spellStart"/>
      <w:r w:rsidRPr="00147A54">
        <w:rPr>
          <w:b/>
          <w:i/>
          <w:lang w:val="ru-RU"/>
        </w:rPr>
        <w:t>шабдйате</w:t>
      </w:r>
      <w:proofErr w:type="spellEnd"/>
    </w:p>
    <w:p w14:paraId="18CD9B83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2D3B8F9" w14:textId="77777777" w:rsidR="003B67ED" w:rsidRPr="00DA0238" w:rsidRDefault="002B41BF" w:rsidP="00567231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lastRenderedPageBreak/>
        <w:t>"</w:t>
      </w:r>
      <w:r w:rsidR="00497429" w:rsidRPr="00497429">
        <w:rPr>
          <w:lang w:val="ru-RU"/>
        </w:rPr>
        <w:t>Зри</w:t>
      </w:r>
      <w:r w:rsidR="001A0B98">
        <w:rPr>
          <w:lang w:val="ru-RU"/>
        </w:rPr>
        <w:t>мый мир появляется из</w:t>
      </w:r>
      <w:r w:rsidR="00497429">
        <w:rPr>
          <w:lang w:val="ru-RU"/>
        </w:rPr>
        <w:t xml:space="preserve"> Н</w:t>
      </w:r>
      <w:r w:rsidR="00497429" w:rsidRPr="00497429">
        <w:rPr>
          <w:lang w:val="ru-RU"/>
        </w:rPr>
        <w:t>абл</w:t>
      </w:r>
      <w:r w:rsidR="001A0B98">
        <w:rPr>
          <w:lang w:val="ru-RU"/>
        </w:rPr>
        <w:t>юдателя, существует в</w:t>
      </w:r>
      <w:r w:rsidR="00497429">
        <w:rPr>
          <w:lang w:val="ru-RU"/>
        </w:rPr>
        <w:t xml:space="preserve"> Н</w:t>
      </w:r>
      <w:r w:rsidR="00497429" w:rsidRPr="00497429">
        <w:rPr>
          <w:lang w:val="ru-RU"/>
        </w:rPr>
        <w:t>аблюдател</w:t>
      </w:r>
      <w:r w:rsidR="001A0B98">
        <w:rPr>
          <w:lang w:val="ru-RU"/>
        </w:rPr>
        <w:t>е и в Н</w:t>
      </w:r>
      <w:r w:rsidR="00497429" w:rsidRPr="00497429">
        <w:rPr>
          <w:lang w:val="ru-RU"/>
        </w:rPr>
        <w:t xml:space="preserve">ем </w:t>
      </w:r>
      <w:r w:rsidR="00497429">
        <w:rPr>
          <w:lang w:val="ru-RU"/>
        </w:rPr>
        <w:t>прекращается</w:t>
      </w:r>
      <w:r w:rsidR="00497429" w:rsidRPr="00497429">
        <w:rPr>
          <w:lang w:val="ru-RU"/>
        </w:rPr>
        <w:t>. Высший Наблюдатель — убежище всего с</w:t>
      </w:r>
      <w:r w:rsidR="00497429">
        <w:rPr>
          <w:lang w:val="ru-RU"/>
        </w:rPr>
        <w:t>ущего — суть Безусловная Истина</w:t>
      </w:r>
      <w:r w:rsidR="00B50058" w:rsidRPr="00DA0238">
        <w:rPr>
          <w:lang w:val="ru-RU"/>
        </w:rPr>
        <w:t>"</w:t>
      </w:r>
      <w:r w:rsidR="00497429"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rStyle w:val="TextTranslationItalic"/>
          <w:lang w:val="ru-RU"/>
        </w:rPr>
        <w:t xml:space="preserve"> </w:t>
      </w:r>
      <w:r w:rsidRPr="00DA0238">
        <w:rPr>
          <w:lang w:val="ru-RU"/>
        </w:rPr>
        <w:t>2.10.7).</w:t>
      </w:r>
    </w:p>
    <w:p w14:paraId="2F6BEDC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A8D52B7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Абхаса</w:t>
      </w:r>
      <w:proofErr w:type="spellEnd"/>
      <w:r w:rsidRPr="00DA0238">
        <w:rPr>
          <w:lang w:val="ru-RU"/>
        </w:rPr>
        <w:t>" [явление] в этом стихе означает "творение"; "</w:t>
      </w:r>
      <w:proofErr w:type="spellStart"/>
      <w:r w:rsidRPr="00DA0238">
        <w:rPr>
          <w:rStyle w:val="TextTranslationItalic"/>
          <w:lang w:val="ru-RU"/>
        </w:rPr>
        <w:t>ниродха</w:t>
      </w:r>
      <w:proofErr w:type="spellEnd"/>
      <w:r w:rsidRPr="00DA0238">
        <w:rPr>
          <w:lang w:val="ru-RU"/>
        </w:rPr>
        <w:t>" [</w:t>
      </w:r>
      <w:r w:rsidR="00FF58E8" w:rsidRPr="00DA0238">
        <w:rPr>
          <w:lang w:val="ru-RU"/>
        </w:rPr>
        <w:t>завершение</w:t>
      </w:r>
      <w:r w:rsidRPr="00DA0238">
        <w:rPr>
          <w:lang w:val="ru-RU"/>
        </w:rPr>
        <w:t>] означает растворение. Местоимение "</w:t>
      </w:r>
      <w:proofErr w:type="spellStart"/>
      <w:r w:rsidRPr="00DA0238">
        <w:rPr>
          <w:rStyle w:val="TextTranslationItalic"/>
          <w:lang w:val="ru-RU"/>
        </w:rPr>
        <w:t>йатах</w:t>
      </w:r>
      <w:proofErr w:type="spellEnd"/>
      <w:r w:rsidRPr="00DA0238">
        <w:rPr>
          <w:lang w:val="ru-RU"/>
        </w:rPr>
        <w:t>" указывает на Того, из Кого происходит творение; благодаря Кому оно делается осязаемо для наших (душ) чувств [</w:t>
      </w:r>
      <w:proofErr w:type="spellStart"/>
      <w:r w:rsidRPr="00DA0238">
        <w:rPr>
          <w:rStyle w:val="TextTranslationItalic"/>
          <w:lang w:val="ru-RU"/>
        </w:rPr>
        <w:t>адхйавасийате</w:t>
      </w:r>
      <w:proofErr w:type="spellEnd"/>
      <w:r w:rsidRPr="00DA0238">
        <w:rPr>
          <w:lang w:val="ru-RU"/>
        </w:rPr>
        <w:t>] и в ком растворяется. Сей источник и вместилище бытия [</w:t>
      </w:r>
      <w:proofErr w:type="spellStart"/>
      <w:r w:rsidRPr="00DA0238">
        <w:rPr>
          <w:rStyle w:val="TextTranslationItalic"/>
          <w:lang w:val="ru-RU"/>
        </w:rPr>
        <w:t>ашрайа</w:t>
      </w:r>
      <w:proofErr w:type="spellEnd"/>
      <w:r w:rsidRPr="00DA0238">
        <w:rPr>
          <w:lang w:val="ru-RU"/>
        </w:rPr>
        <w:t xml:space="preserve">] именуется </w:t>
      </w:r>
      <w:r w:rsidRPr="007B4A9E">
        <w:rPr>
          <w:i/>
          <w:lang w:val="ru-RU"/>
        </w:rPr>
        <w:t>Брахман</w:t>
      </w:r>
      <w:r w:rsidRPr="00DA0238">
        <w:rPr>
          <w:lang w:val="ru-RU"/>
        </w:rPr>
        <w:t xml:space="preserve"> [Незыблемое Бытие] и </w:t>
      </w:r>
      <w:proofErr w:type="spellStart"/>
      <w:r w:rsidRPr="007B4A9E">
        <w:rPr>
          <w:i/>
          <w:lang w:val="ru-RU"/>
        </w:rPr>
        <w:t>Параматма</w:t>
      </w:r>
      <w:proofErr w:type="spellEnd"/>
      <w:r w:rsidRPr="00DA0238">
        <w:rPr>
          <w:lang w:val="ru-RU"/>
        </w:rPr>
        <w:t xml:space="preserve"> [Высшее "Я", Существо]. Слово "</w:t>
      </w:r>
      <w:proofErr w:type="spellStart"/>
      <w:r w:rsidRPr="00DA0238">
        <w:rPr>
          <w:rStyle w:val="TextTranslationItalic"/>
          <w:lang w:val="ru-RU"/>
        </w:rPr>
        <w:t>ити</w:t>
      </w:r>
      <w:proofErr w:type="spellEnd"/>
      <w:r w:rsidRPr="00DA0238">
        <w:rPr>
          <w:lang w:val="ru-RU"/>
        </w:rPr>
        <w:t xml:space="preserve">" в этом стихе указывает на </w:t>
      </w:r>
      <w:r w:rsidR="00FF58E8" w:rsidRPr="00DA0238">
        <w:rPr>
          <w:lang w:val="ru-RU"/>
        </w:rPr>
        <w:t>завершение</w:t>
      </w:r>
      <w:r w:rsidRPr="00DA0238">
        <w:rPr>
          <w:lang w:val="ru-RU"/>
        </w:rPr>
        <w:t xml:space="preserve"> понятийного ряда, то есть указывает на Бхагавана, собственно Бога. Ниже мы разберем понятие "</w:t>
      </w:r>
      <w:proofErr w:type="spellStart"/>
      <w:r w:rsidRPr="00DA0238">
        <w:rPr>
          <w:rStyle w:val="TextTranslationItalic"/>
          <w:lang w:val="ru-RU"/>
        </w:rPr>
        <w:t>ашрайа</w:t>
      </w:r>
      <w:proofErr w:type="spellEnd"/>
      <w:r w:rsidRPr="00DA0238">
        <w:rPr>
          <w:lang w:val="ru-RU"/>
        </w:rPr>
        <w:t>" подробнее.</w:t>
      </w:r>
    </w:p>
    <w:p w14:paraId="7AAB208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20ACF88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59</w:t>
      </w:r>
      <w:r w:rsidR="00941FBE">
        <w:rPr>
          <w:b/>
          <w:lang w:val="ru-RU"/>
        </w:rPr>
        <w:t>.</w:t>
      </w:r>
    </w:p>
    <w:p w14:paraId="43C83FA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43E48FF" w14:textId="77777777" w:rsidR="007B4A9E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Далее Шри Шука выделяет три вида воздействия на сознательное существо: </w:t>
      </w:r>
      <w:proofErr w:type="spellStart"/>
      <w:r w:rsidRPr="00DA0238">
        <w:rPr>
          <w:rStyle w:val="TextTranslationItalic"/>
          <w:lang w:val="ru-RU"/>
        </w:rPr>
        <w:t>адхьатмик</w:t>
      </w:r>
      <w:r w:rsidR="00C20382" w:rsidRPr="00DA0238">
        <w:rPr>
          <w:rStyle w:val="TextTranslationItalic"/>
          <w:lang w:val="ru-RU"/>
        </w:rPr>
        <w:t>у</w:t>
      </w:r>
      <w:proofErr w:type="spellEnd"/>
      <w:r w:rsidRPr="00DA0238">
        <w:rPr>
          <w:lang w:val="ru-RU"/>
        </w:rPr>
        <w:t xml:space="preserve"> [собственные мысли], </w:t>
      </w:r>
      <w:proofErr w:type="spellStart"/>
      <w:r w:rsidRPr="00DA0238">
        <w:rPr>
          <w:rStyle w:val="TextTranslationItalic"/>
          <w:lang w:val="ru-RU"/>
        </w:rPr>
        <w:t>адхидаивику</w:t>
      </w:r>
      <w:proofErr w:type="spellEnd"/>
      <w:r w:rsidRPr="00DA0238">
        <w:rPr>
          <w:lang w:val="ru-RU"/>
        </w:rPr>
        <w:t xml:space="preserve"> [естественные и </w:t>
      </w:r>
      <w:r w:rsidR="00FF58E8" w:rsidRPr="00DA0238">
        <w:rPr>
          <w:lang w:val="ru-RU"/>
        </w:rPr>
        <w:t>сверхъестественные</w:t>
      </w:r>
      <w:r w:rsidRPr="00DA0238">
        <w:rPr>
          <w:lang w:val="ru-RU"/>
        </w:rPr>
        <w:t xml:space="preserve"> силы] и </w:t>
      </w:r>
      <w:proofErr w:type="spellStart"/>
      <w:r w:rsidRPr="00DA0238">
        <w:rPr>
          <w:rStyle w:val="TextTranslationItalic"/>
          <w:lang w:val="ru-RU"/>
        </w:rPr>
        <w:t>адхибхаутику</w:t>
      </w:r>
      <w:proofErr w:type="spellEnd"/>
      <w:r w:rsidRPr="00DA0238">
        <w:rPr>
          <w:lang w:val="ru-RU"/>
        </w:rPr>
        <w:t xml:space="preserve"> [от других существ]. Делает он это для прояснения природы </w:t>
      </w:r>
      <w:proofErr w:type="spellStart"/>
      <w:r w:rsidRPr="00DA0238">
        <w:rPr>
          <w:rStyle w:val="TextTranslationItalic"/>
          <w:lang w:val="ru-RU"/>
        </w:rPr>
        <w:t>ашрайи</w:t>
      </w:r>
      <w:proofErr w:type="spellEnd"/>
      <w:r w:rsidRPr="00DA0238">
        <w:rPr>
          <w:lang w:val="ru-RU"/>
        </w:rPr>
        <w:t xml:space="preserve"> [убежища] для души, которое он описывает в контексте непосредственного или общего опыта в индивидуальном пространстве.</w:t>
      </w:r>
      <w:r w:rsidR="007B4A9E">
        <w:rPr>
          <w:lang w:val="ru-RU"/>
        </w:rPr>
        <w:t xml:space="preserve"> </w:t>
      </w:r>
      <w:r w:rsidRPr="00DA0238">
        <w:rPr>
          <w:lang w:val="ru-RU"/>
        </w:rPr>
        <w:t xml:space="preserve">Он говорит: </w:t>
      </w:r>
    </w:p>
    <w:p w14:paraId="14835759" w14:textId="77777777" w:rsidR="007B4A9E" w:rsidRDefault="007B4A9E" w:rsidP="004E41B6">
      <w:pPr>
        <w:pStyle w:val="TextTranslation"/>
        <w:ind w:firstLine="180"/>
        <w:rPr>
          <w:lang w:val="ru-RU"/>
        </w:rPr>
      </w:pPr>
    </w:p>
    <w:p w14:paraId="0DBABCCA" w14:textId="77777777" w:rsidR="007B4A9E" w:rsidRPr="007B4A9E" w:rsidRDefault="007B4A9E" w:rsidP="007B4A9E">
      <w:pPr>
        <w:ind w:firstLine="180"/>
        <w:rPr>
          <w:b/>
          <w:i/>
          <w:lang w:val="ru-RU"/>
        </w:rPr>
      </w:pPr>
      <w:proofErr w:type="spellStart"/>
      <w:r w:rsidRPr="007B4A9E">
        <w:rPr>
          <w:b/>
          <w:i/>
          <w:lang w:val="ru-RU"/>
        </w:rPr>
        <w:t>йо</w:t>
      </w:r>
      <w:proofErr w:type="spellEnd"/>
      <w:r w:rsidRPr="007B4A9E">
        <w:rPr>
          <w:b/>
          <w:i/>
          <w:lang w:val="ru-RU"/>
        </w:rPr>
        <w:t xml:space="preserve"> ’</w:t>
      </w:r>
      <w:proofErr w:type="spellStart"/>
      <w:r w:rsidRPr="007B4A9E">
        <w:rPr>
          <w:b/>
          <w:i/>
          <w:lang w:val="ru-RU"/>
        </w:rPr>
        <w:t>дхйатмико</w:t>
      </w:r>
      <w:proofErr w:type="spellEnd"/>
      <w:r w:rsidRPr="007B4A9E">
        <w:rPr>
          <w:b/>
          <w:i/>
          <w:lang w:val="ru-RU"/>
        </w:rPr>
        <w:t xml:space="preserve"> ’</w:t>
      </w:r>
      <w:proofErr w:type="spellStart"/>
      <w:r w:rsidRPr="007B4A9E">
        <w:rPr>
          <w:b/>
          <w:i/>
          <w:lang w:val="ru-RU"/>
        </w:rPr>
        <w:t>йам</w:t>
      </w:r>
      <w:proofErr w:type="spellEnd"/>
      <w:r w:rsidRPr="007B4A9E">
        <w:rPr>
          <w:b/>
          <w:i/>
          <w:lang w:val="ru-RU"/>
        </w:rPr>
        <w:t xml:space="preserve"> пурушах</w:t>
      </w:r>
    </w:p>
    <w:p w14:paraId="4FE9417C" w14:textId="77777777" w:rsidR="007B4A9E" w:rsidRPr="007B4A9E" w:rsidRDefault="007B4A9E" w:rsidP="007B4A9E">
      <w:pPr>
        <w:ind w:firstLine="180"/>
        <w:rPr>
          <w:b/>
          <w:i/>
          <w:lang w:val="ru-RU"/>
        </w:rPr>
      </w:pPr>
      <w:r w:rsidRPr="007B4A9E">
        <w:rPr>
          <w:b/>
          <w:i/>
          <w:lang w:val="ru-RU"/>
        </w:rPr>
        <w:t>со ’</w:t>
      </w:r>
      <w:proofErr w:type="spellStart"/>
      <w:r w:rsidRPr="007B4A9E">
        <w:rPr>
          <w:b/>
          <w:i/>
          <w:lang w:val="ru-RU"/>
        </w:rPr>
        <w:t>сав</w:t>
      </w:r>
      <w:proofErr w:type="spellEnd"/>
      <w:r w:rsidRPr="007B4A9E">
        <w:rPr>
          <w:b/>
          <w:i/>
          <w:lang w:val="ru-RU"/>
        </w:rPr>
        <w:t xml:space="preserve"> </w:t>
      </w:r>
      <w:proofErr w:type="spellStart"/>
      <w:r w:rsidRPr="007B4A9E">
        <w:rPr>
          <w:b/>
          <w:i/>
          <w:lang w:val="ru-RU"/>
        </w:rPr>
        <w:t>эвадхидаивиках</w:t>
      </w:r>
      <w:proofErr w:type="spellEnd"/>
    </w:p>
    <w:p w14:paraId="4282236A" w14:textId="77777777" w:rsidR="007B4A9E" w:rsidRPr="007B4A9E" w:rsidRDefault="007B4A9E" w:rsidP="007B4A9E">
      <w:pPr>
        <w:ind w:firstLine="180"/>
        <w:rPr>
          <w:b/>
          <w:i/>
          <w:lang w:val="ru-RU"/>
        </w:rPr>
      </w:pPr>
      <w:proofErr w:type="spellStart"/>
      <w:r w:rsidRPr="007B4A9E">
        <w:rPr>
          <w:b/>
          <w:i/>
          <w:lang w:val="ru-RU"/>
        </w:rPr>
        <w:t>йас</w:t>
      </w:r>
      <w:proofErr w:type="spellEnd"/>
      <w:r w:rsidRPr="007B4A9E">
        <w:rPr>
          <w:b/>
          <w:i/>
          <w:lang w:val="ru-RU"/>
        </w:rPr>
        <w:t xml:space="preserve"> </w:t>
      </w:r>
      <w:proofErr w:type="spellStart"/>
      <w:r w:rsidRPr="007B4A9E">
        <w:rPr>
          <w:b/>
          <w:i/>
          <w:lang w:val="ru-RU"/>
        </w:rPr>
        <w:t>татробхайа-виччхедах</w:t>
      </w:r>
      <w:proofErr w:type="spellEnd"/>
    </w:p>
    <w:p w14:paraId="15956C88" w14:textId="77777777" w:rsidR="007B4A9E" w:rsidRPr="007B4A9E" w:rsidRDefault="007B4A9E" w:rsidP="007B4A9E">
      <w:pPr>
        <w:ind w:firstLine="180"/>
        <w:rPr>
          <w:b/>
          <w:i/>
          <w:lang w:val="ru-RU"/>
        </w:rPr>
      </w:pPr>
      <w:proofErr w:type="spellStart"/>
      <w:r w:rsidRPr="007B4A9E">
        <w:rPr>
          <w:b/>
          <w:i/>
          <w:lang w:val="ru-RU"/>
        </w:rPr>
        <w:t>пурушо</w:t>
      </w:r>
      <w:proofErr w:type="spellEnd"/>
      <w:r w:rsidRPr="007B4A9E">
        <w:rPr>
          <w:b/>
          <w:i/>
          <w:lang w:val="ru-RU"/>
        </w:rPr>
        <w:t xml:space="preserve"> </w:t>
      </w:r>
      <w:proofErr w:type="spellStart"/>
      <w:r w:rsidRPr="007B4A9E">
        <w:rPr>
          <w:b/>
          <w:i/>
          <w:lang w:val="ru-RU"/>
        </w:rPr>
        <w:t>хй</w:t>
      </w:r>
      <w:proofErr w:type="spellEnd"/>
      <w:r w:rsidRPr="007B4A9E">
        <w:rPr>
          <w:b/>
          <w:i/>
          <w:lang w:val="ru-RU"/>
        </w:rPr>
        <w:t xml:space="preserve"> </w:t>
      </w:r>
      <w:proofErr w:type="spellStart"/>
      <w:r w:rsidRPr="007B4A9E">
        <w:rPr>
          <w:b/>
          <w:i/>
          <w:lang w:val="ru-RU"/>
        </w:rPr>
        <w:t>адхибхаутиках</w:t>
      </w:r>
      <w:proofErr w:type="spellEnd"/>
    </w:p>
    <w:p w14:paraId="20715AC6" w14:textId="77777777" w:rsidR="007B4A9E" w:rsidRDefault="007B4A9E" w:rsidP="004E41B6">
      <w:pPr>
        <w:pStyle w:val="TextTranslation"/>
        <w:ind w:firstLine="180"/>
        <w:rPr>
          <w:lang w:val="ru-RU"/>
        </w:rPr>
      </w:pPr>
    </w:p>
    <w:p w14:paraId="37B42EB4" w14:textId="77777777" w:rsidR="003B67ED" w:rsidRPr="00D65EC8" w:rsidRDefault="000C3ECF" w:rsidP="004E41B6">
      <w:pPr>
        <w:pStyle w:val="TextTranslation"/>
        <w:ind w:firstLine="180"/>
        <w:rPr>
          <w:lang w:val="ru-RU"/>
        </w:rPr>
      </w:pPr>
      <w:r w:rsidRPr="00D65EC8">
        <w:rPr>
          <w:lang w:val="ru-RU"/>
        </w:rPr>
        <w:t>"Сознательная личность разделяется на три сущности: (1) собственно воспринимающий наблюдатель, (2) силы</w:t>
      </w:r>
      <w:r w:rsidR="0057408C">
        <w:rPr>
          <w:lang w:val="ru-RU"/>
        </w:rPr>
        <w:t>,</w:t>
      </w:r>
      <w:r w:rsidRPr="00D65EC8">
        <w:rPr>
          <w:lang w:val="ru-RU"/>
        </w:rPr>
        <w:t xml:space="preserve"> управляющие восприятием и (3) орудия восприятия". (</w:t>
      </w:r>
      <w:proofErr w:type="spellStart"/>
      <w:r w:rsidRPr="00D65EC8">
        <w:rPr>
          <w:rStyle w:val="TextTranslationItalic"/>
          <w:lang w:val="ru-RU"/>
        </w:rPr>
        <w:t>Шримад</w:t>
      </w:r>
      <w:r w:rsidRPr="00D65EC8">
        <w:rPr>
          <w:lang w:val="ru-RU"/>
        </w:rPr>
        <w:t>-</w:t>
      </w:r>
      <w:r w:rsidRPr="00D65EC8">
        <w:rPr>
          <w:rStyle w:val="TextTranslationItalic"/>
          <w:lang w:val="ru-RU"/>
        </w:rPr>
        <w:t>Бхагаватам</w:t>
      </w:r>
      <w:proofErr w:type="spellEnd"/>
      <w:r w:rsidRPr="00D65EC8">
        <w:rPr>
          <w:lang w:val="ru-RU"/>
        </w:rPr>
        <w:t xml:space="preserve"> 2.10.8).</w:t>
      </w:r>
    </w:p>
    <w:p w14:paraId="167081E4" w14:textId="77777777" w:rsidR="007B4A9E" w:rsidRPr="00DA0238" w:rsidRDefault="007B4A9E" w:rsidP="00CA5A77">
      <w:pPr>
        <w:pStyle w:val="TextTranslation"/>
        <w:rPr>
          <w:lang w:val="ru-RU"/>
        </w:rPr>
      </w:pPr>
    </w:p>
    <w:p w14:paraId="7533BAC7" w14:textId="77777777" w:rsidR="007B4A9E" w:rsidRPr="007B4A9E" w:rsidRDefault="007B4A9E" w:rsidP="007B4A9E">
      <w:pPr>
        <w:ind w:firstLine="180"/>
        <w:rPr>
          <w:b/>
          <w:i/>
          <w:lang w:val="ru-RU"/>
        </w:rPr>
      </w:pPr>
      <w:proofErr w:type="spellStart"/>
      <w:r w:rsidRPr="007B4A9E">
        <w:rPr>
          <w:b/>
          <w:i/>
          <w:lang w:val="ru-RU"/>
        </w:rPr>
        <w:t>экам</w:t>
      </w:r>
      <w:proofErr w:type="spellEnd"/>
      <w:r w:rsidRPr="007B4A9E">
        <w:rPr>
          <w:b/>
          <w:i/>
          <w:lang w:val="ru-RU"/>
        </w:rPr>
        <w:t xml:space="preserve"> </w:t>
      </w:r>
      <w:proofErr w:type="spellStart"/>
      <w:r w:rsidRPr="007B4A9E">
        <w:rPr>
          <w:b/>
          <w:i/>
          <w:lang w:val="ru-RU"/>
        </w:rPr>
        <w:t>экатарабхаве</w:t>
      </w:r>
      <w:proofErr w:type="spellEnd"/>
    </w:p>
    <w:p w14:paraId="5C9151E9" w14:textId="77777777" w:rsidR="007B4A9E" w:rsidRPr="007B4A9E" w:rsidRDefault="007B4A9E" w:rsidP="007B4A9E">
      <w:pPr>
        <w:ind w:firstLine="180"/>
        <w:rPr>
          <w:b/>
          <w:i/>
          <w:lang w:val="ru-RU"/>
        </w:rPr>
      </w:pPr>
      <w:proofErr w:type="spellStart"/>
      <w:r w:rsidRPr="007B4A9E">
        <w:rPr>
          <w:b/>
          <w:i/>
          <w:lang w:val="ru-RU"/>
        </w:rPr>
        <w:t>йада</w:t>
      </w:r>
      <w:proofErr w:type="spellEnd"/>
      <w:r w:rsidRPr="007B4A9E">
        <w:rPr>
          <w:b/>
          <w:i/>
          <w:lang w:val="ru-RU"/>
        </w:rPr>
        <w:t xml:space="preserve"> </w:t>
      </w:r>
      <w:proofErr w:type="spellStart"/>
      <w:r w:rsidRPr="007B4A9E">
        <w:rPr>
          <w:b/>
          <w:i/>
          <w:lang w:val="ru-RU"/>
        </w:rPr>
        <w:t>нопалабхамахе</w:t>
      </w:r>
      <w:proofErr w:type="spellEnd"/>
    </w:p>
    <w:p w14:paraId="4E004DF5" w14:textId="77777777" w:rsidR="007B4A9E" w:rsidRPr="007B4A9E" w:rsidRDefault="007B4A9E" w:rsidP="007B4A9E">
      <w:pPr>
        <w:ind w:firstLine="180"/>
        <w:rPr>
          <w:b/>
          <w:i/>
          <w:lang w:val="ru-RU"/>
        </w:rPr>
      </w:pPr>
      <w:proofErr w:type="spellStart"/>
      <w:r w:rsidRPr="007B4A9E">
        <w:rPr>
          <w:b/>
          <w:i/>
          <w:lang w:val="ru-RU"/>
        </w:rPr>
        <w:t>тритайам</w:t>
      </w:r>
      <w:proofErr w:type="spellEnd"/>
      <w:r w:rsidRPr="007B4A9E">
        <w:rPr>
          <w:b/>
          <w:i/>
          <w:lang w:val="ru-RU"/>
        </w:rPr>
        <w:t xml:space="preserve"> татра </w:t>
      </w:r>
      <w:proofErr w:type="spellStart"/>
      <w:r w:rsidRPr="007B4A9E">
        <w:rPr>
          <w:b/>
          <w:i/>
          <w:lang w:val="ru-RU"/>
        </w:rPr>
        <w:t>йо</w:t>
      </w:r>
      <w:proofErr w:type="spellEnd"/>
      <w:r w:rsidRPr="007B4A9E">
        <w:rPr>
          <w:b/>
          <w:i/>
          <w:lang w:val="ru-RU"/>
        </w:rPr>
        <w:t xml:space="preserve"> веда</w:t>
      </w:r>
    </w:p>
    <w:p w14:paraId="7CBB8292" w14:textId="77777777" w:rsidR="007B4A9E" w:rsidRPr="007B4A9E" w:rsidRDefault="007B4A9E" w:rsidP="007B4A9E">
      <w:pPr>
        <w:ind w:firstLine="180"/>
        <w:rPr>
          <w:b/>
          <w:i/>
          <w:lang w:val="ru-RU"/>
        </w:rPr>
      </w:pPr>
      <w:proofErr w:type="spellStart"/>
      <w:r w:rsidRPr="007B4A9E">
        <w:rPr>
          <w:b/>
          <w:i/>
          <w:lang w:val="ru-RU"/>
        </w:rPr>
        <w:t>са</w:t>
      </w:r>
      <w:proofErr w:type="spellEnd"/>
      <w:r w:rsidRPr="007B4A9E">
        <w:rPr>
          <w:b/>
          <w:i/>
          <w:lang w:val="ru-RU"/>
        </w:rPr>
        <w:t xml:space="preserve"> </w:t>
      </w:r>
      <w:proofErr w:type="spellStart"/>
      <w:r w:rsidRPr="007B4A9E">
        <w:rPr>
          <w:b/>
          <w:i/>
          <w:lang w:val="ru-RU"/>
        </w:rPr>
        <w:t>атма</w:t>
      </w:r>
      <w:proofErr w:type="spellEnd"/>
      <w:r w:rsidRPr="007B4A9E">
        <w:rPr>
          <w:b/>
          <w:i/>
          <w:lang w:val="ru-RU"/>
        </w:rPr>
        <w:t xml:space="preserve"> </w:t>
      </w:r>
      <w:proofErr w:type="spellStart"/>
      <w:r w:rsidRPr="007B4A9E">
        <w:rPr>
          <w:b/>
          <w:i/>
          <w:lang w:val="ru-RU"/>
        </w:rPr>
        <w:t>свашрайашрайах</w:t>
      </w:r>
      <w:proofErr w:type="spellEnd"/>
    </w:p>
    <w:p w14:paraId="408D21A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1522027" w14:textId="77777777" w:rsidR="003B67ED" w:rsidRPr="00DA0238" w:rsidRDefault="00537BAC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</w:t>
      </w:r>
      <w:r w:rsidR="00E87D40" w:rsidRPr="00E87D40">
        <w:rPr>
          <w:lang w:val="ru-RU"/>
        </w:rPr>
        <w:t xml:space="preserve">Стоит исчезнуть одному из трёх — двух остальных </w:t>
      </w:r>
      <w:r w:rsidR="00E87D40">
        <w:rPr>
          <w:lang w:val="ru-RU"/>
        </w:rPr>
        <w:t>не обнаруживается.</w:t>
      </w:r>
      <w:r w:rsidR="00E87D40" w:rsidRPr="00E87D40">
        <w:rPr>
          <w:lang w:val="ru-RU"/>
        </w:rPr>
        <w:t xml:space="preserve"> </w:t>
      </w:r>
      <w:r w:rsidR="00E87D40">
        <w:rPr>
          <w:lang w:val="ru-RU"/>
        </w:rPr>
        <w:t>Но</w:t>
      </w:r>
      <w:r w:rsidR="00E87D40" w:rsidRPr="00E87D40">
        <w:rPr>
          <w:lang w:val="ru-RU"/>
        </w:rPr>
        <w:t xml:space="preserve"> Кто </w:t>
      </w:r>
      <w:r w:rsidR="00E87D40">
        <w:rPr>
          <w:lang w:val="ru-RU"/>
        </w:rPr>
        <w:t>сознаёт всех троих, есть Высший Наблюдатель</w:t>
      </w:r>
      <w:r w:rsidR="00E87D40" w:rsidRPr="00E87D40">
        <w:rPr>
          <w:lang w:val="ru-RU"/>
        </w:rPr>
        <w:t>: Он ни на что не опирается Сам и всему служит опорой</w:t>
      </w:r>
      <w:r w:rsidR="00E87D40">
        <w:rPr>
          <w:lang w:val="ru-RU"/>
        </w:rPr>
        <w:t>"</w:t>
      </w:r>
      <w:r w:rsidR="00E87D40" w:rsidRPr="00E87D40">
        <w:rPr>
          <w:lang w:val="ru-RU"/>
        </w:rPr>
        <w:t>.</w:t>
      </w:r>
      <w:r w:rsidR="00E87D40">
        <w:rPr>
          <w:lang w:val="ru-RU"/>
        </w:rPr>
        <w:t xml:space="preserve"> </w:t>
      </w:r>
      <w:r w:rsidR="00FB4EAA">
        <w:rPr>
          <w:lang w:val="ru-RU"/>
        </w:rPr>
        <w:t>(</w:t>
      </w:r>
      <w:proofErr w:type="spellStart"/>
      <w:r w:rsidR="002B41BF" w:rsidRPr="00DA0238">
        <w:rPr>
          <w:rStyle w:val="TextTranslationItalic"/>
          <w:lang w:val="ru-RU"/>
        </w:rPr>
        <w:t>Шримад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Бхагаватам</w:t>
      </w:r>
      <w:proofErr w:type="spellEnd"/>
      <w:r w:rsidR="00FB4EAA">
        <w:rPr>
          <w:lang w:val="ru-RU"/>
        </w:rPr>
        <w:t xml:space="preserve"> 2.10.9)</w:t>
      </w:r>
      <w:r w:rsidR="002B41BF" w:rsidRPr="00DA0238">
        <w:rPr>
          <w:lang w:val="ru-RU"/>
        </w:rPr>
        <w:t>.</w:t>
      </w:r>
    </w:p>
    <w:p w14:paraId="46A8290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C3A8F24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Душа, наблюдатель, который мнит себя </w:t>
      </w:r>
      <w:r w:rsidR="00F12549" w:rsidRPr="00DA0238">
        <w:rPr>
          <w:lang w:val="ru-RU"/>
        </w:rPr>
        <w:t>обладателем</w:t>
      </w:r>
      <w:r w:rsidRPr="00DA0238">
        <w:rPr>
          <w:lang w:val="ru-RU"/>
        </w:rPr>
        <w:t xml:space="preserve"> глаз, ушей и прочих чувств,</w:t>
      </w:r>
      <w:r w:rsidR="005238DB" w:rsidRPr="00DA0238">
        <w:rPr>
          <w:lang w:val="ru-RU"/>
        </w:rPr>
        <w:t xml:space="preserve"> </w:t>
      </w:r>
      <w:r w:rsidRPr="00DA0238">
        <w:rPr>
          <w:lang w:val="ru-RU"/>
        </w:rPr>
        <w:t>есть личность [</w:t>
      </w:r>
      <w:r w:rsidRPr="00DA0238">
        <w:rPr>
          <w:rStyle w:val="TextTranslationItalic"/>
          <w:lang w:val="ru-RU"/>
        </w:rPr>
        <w:t>пуруша</w:t>
      </w:r>
      <w:r w:rsidRPr="00DA0238">
        <w:rPr>
          <w:lang w:val="ru-RU"/>
        </w:rPr>
        <w:t xml:space="preserve">] </w:t>
      </w:r>
      <w:proofErr w:type="spellStart"/>
      <w:r w:rsidRPr="00DA0238">
        <w:rPr>
          <w:rStyle w:val="TextTranslationItalic"/>
          <w:lang w:val="ru-RU"/>
        </w:rPr>
        <w:t>адхьятмика</w:t>
      </w:r>
      <w:proofErr w:type="spellEnd"/>
      <w:r w:rsidRPr="00DA0238">
        <w:rPr>
          <w:lang w:val="ru-RU"/>
        </w:rPr>
        <w:t>, подверженная влиянию мыслей и чувств. Он</w:t>
      </w:r>
      <w:r w:rsidR="00F12549" w:rsidRPr="00DA0238">
        <w:rPr>
          <w:lang w:val="ru-RU"/>
        </w:rPr>
        <w:t>а</w:t>
      </w:r>
      <w:r w:rsidRPr="00DA0238">
        <w:rPr>
          <w:lang w:val="ru-RU"/>
        </w:rPr>
        <w:t xml:space="preserve"> же и личность </w:t>
      </w:r>
      <w:proofErr w:type="spellStart"/>
      <w:r w:rsidRPr="00DA0238">
        <w:rPr>
          <w:rStyle w:val="TextTranslationItalic"/>
          <w:lang w:val="ru-RU"/>
        </w:rPr>
        <w:t>адхидаивика</w:t>
      </w:r>
      <w:proofErr w:type="spellEnd"/>
      <w:r w:rsidRPr="00DA0238">
        <w:rPr>
          <w:lang w:val="ru-RU"/>
        </w:rPr>
        <w:t xml:space="preserve">, ибо </w:t>
      </w:r>
      <w:r w:rsidR="00CA5A77">
        <w:rPr>
          <w:lang w:val="ru-RU"/>
        </w:rPr>
        <w:t>еще</w:t>
      </w:r>
      <w:r w:rsidRPr="00DA0238">
        <w:rPr>
          <w:lang w:val="ru-RU"/>
        </w:rPr>
        <w:t xml:space="preserve"> подвержен</w:t>
      </w:r>
      <w:r w:rsidR="00F12549" w:rsidRPr="00DA0238">
        <w:rPr>
          <w:lang w:val="ru-RU"/>
        </w:rPr>
        <w:t>а</w:t>
      </w:r>
      <w:r w:rsidRPr="00DA0238">
        <w:rPr>
          <w:lang w:val="ru-RU"/>
        </w:rPr>
        <w:t xml:space="preserve"> влиянию солнца, ветра, воды, что управляют глазами, ушами и иными чувствами. До</w:t>
      </w:r>
      <w:r w:rsidR="00F12549" w:rsidRPr="00DA0238">
        <w:rPr>
          <w:lang w:val="ru-RU"/>
        </w:rPr>
        <w:t xml:space="preserve"> появления на свет грубого тела</w:t>
      </w:r>
      <w:r w:rsidRPr="00DA0238">
        <w:rPr>
          <w:lang w:val="ru-RU"/>
        </w:rPr>
        <w:t xml:space="preserve"> чувствам негде "проживать", потому они бездействуют. Следовательно</w:t>
      </w:r>
      <w:r w:rsidR="00F12549" w:rsidRPr="00DA0238">
        <w:rPr>
          <w:lang w:val="ru-RU"/>
        </w:rPr>
        <w:t>,</w:t>
      </w:r>
      <w:r w:rsidRPr="00DA0238">
        <w:rPr>
          <w:lang w:val="ru-RU"/>
        </w:rPr>
        <w:t xml:space="preserve"> в эту пору личности </w:t>
      </w:r>
      <w:proofErr w:type="spellStart"/>
      <w:r w:rsidR="00F12549" w:rsidRPr="00DA0238">
        <w:rPr>
          <w:rStyle w:val="TextTranslationItalic"/>
          <w:lang w:val="ru-RU"/>
        </w:rPr>
        <w:t>адхьятмика</w:t>
      </w:r>
      <w:proofErr w:type="spellEnd"/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адхидаивика</w:t>
      </w:r>
      <w:proofErr w:type="spellEnd"/>
      <w:r w:rsidRPr="00DA0238">
        <w:rPr>
          <w:lang w:val="ru-RU"/>
        </w:rPr>
        <w:t xml:space="preserve"> неразличимы: еще не возникло различ</w:t>
      </w:r>
      <w:r w:rsidR="00F12549" w:rsidRPr="00DA0238">
        <w:rPr>
          <w:lang w:val="ru-RU"/>
        </w:rPr>
        <w:t>и</w:t>
      </w:r>
      <w:r w:rsidRPr="00DA0238">
        <w:rPr>
          <w:lang w:val="ru-RU"/>
        </w:rPr>
        <w:t xml:space="preserve">е между действием души, которая мнит себя независимым делателем, и </w:t>
      </w:r>
      <w:r w:rsidR="00F12549" w:rsidRPr="00DA0238">
        <w:rPr>
          <w:lang w:val="ru-RU"/>
        </w:rPr>
        <w:t>возбудителями</w:t>
      </w:r>
      <w:r w:rsidRPr="00DA0238">
        <w:rPr>
          <w:lang w:val="ru-RU"/>
        </w:rPr>
        <w:t xml:space="preserve"> ее чувств, а также силами, что управляют этими возбудителями.</w:t>
      </w:r>
    </w:p>
    <w:p w14:paraId="2D9233B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CD6D2F0" w14:textId="77777777" w:rsidR="003B67ED" w:rsidRPr="0057408C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Эта личность [</w:t>
      </w:r>
      <w:r>
        <w:rPr>
          <w:rStyle w:val="TextTranslationItalic"/>
          <w:lang w:val="ru-RU"/>
        </w:rPr>
        <w:t>пуруша</w:t>
      </w:r>
      <w:r>
        <w:rPr>
          <w:lang w:val="ru-RU"/>
        </w:rPr>
        <w:t>], благодаря которой возникает раздвоение между грядущим обладателем чувств и силами, управ</w:t>
      </w:r>
      <w:r w:rsidRPr="0057408C">
        <w:rPr>
          <w:lang w:val="ru-RU"/>
        </w:rPr>
        <w:t xml:space="preserve">ляющими ими, именуется </w:t>
      </w:r>
      <w:proofErr w:type="spellStart"/>
      <w:r w:rsidRPr="0057408C">
        <w:rPr>
          <w:rStyle w:val="TextTranslationItalic"/>
          <w:lang w:val="ru-RU"/>
        </w:rPr>
        <w:t>адхибхаутика</w:t>
      </w:r>
      <w:proofErr w:type="spellEnd"/>
      <w:r w:rsidRPr="0057408C">
        <w:rPr>
          <w:rStyle w:val="TextTranslationItalic"/>
          <w:lang w:val="ru-RU"/>
        </w:rPr>
        <w:t xml:space="preserve">, </w:t>
      </w:r>
      <w:r w:rsidRPr="0057408C">
        <w:rPr>
          <w:lang w:val="ru-RU"/>
        </w:rPr>
        <w:t xml:space="preserve">видимое тело, состоящее из глаз, ушей и прочих орудий чувств. Это плотское </w:t>
      </w:r>
      <w:r w:rsidRPr="0057408C">
        <w:rPr>
          <w:lang w:val="ru-RU"/>
        </w:rPr>
        <w:lastRenderedPageBreak/>
        <w:t>тело названо "личностью", ибо оно навязано, "означено" [</w:t>
      </w:r>
      <w:proofErr w:type="spellStart"/>
      <w:r w:rsidRPr="0057408C">
        <w:rPr>
          <w:rStyle w:val="TextTranslationItalic"/>
          <w:lang w:val="ru-RU"/>
        </w:rPr>
        <w:t>упадхи</w:t>
      </w:r>
      <w:proofErr w:type="spellEnd"/>
      <w:r w:rsidRPr="0057408C">
        <w:rPr>
          <w:lang w:val="ru-RU"/>
        </w:rPr>
        <w:t xml:space="preserve">] настоящей личности, душе. </w:t>
      </w:r>
      <w:r w:rsidRPr="0057408C">
        <w:rPr>
          <w:rStyle w:val="TextTranslationItalic"/>
          <w:lang w:val="ru-RU"/>
        </w:rPr>
        <w:t>Шрути</w:t>
      </w:r>
      <w:r w:rsidRPr="0057408C">
        <w:rPr>
          <w:lang w:val="ru-RU"/>
        </w:rPr>
        <w:t xml:space="preserve"> гласит об этом так: "Эта [</w:t>
      </w:r>
      <w:proofErr w:type="spellStart"/>
      <w:r w:rsidRPr="0057408C">
        <w:rPr>
          <w:rStyle w:val="TextTranslationItalic"/>
          <w:lang w:val="ru-RU"/>
        </w:rPr>
        <w:t>адхибхаутика</w:t>
      </w:r>
      <w:proofErr w:type="spellEnd"/>
      <w:r w:rsidRPr="0057408C">
        <w:rPr>
          <w:lang w:val="ru-RU"/>
        </w:rPr>
        <w:t>] личность состоит из еды [</w:t>
      </w:r>
      <w:proofErr w:type="spellStart"/>
      <w:r w:rsidRPr="0057408C">
        <w:rPr>
          <w:rStyle w:val="TextTranslationItalic"/>
          <w:lang w:val="ru-RU"/>
        </w:rPr>
        <w:t>апаны</w:t>
      </w:r>
      <w:proofErr w:type="spellEnd"/>
      <w:r w:rsidRPr="0057408C">
        <w:rPr>
          <w:lang w:val="ru-RU"/>
        </w:rPr>
        <w:t>] и жизненных токов [</w:t>
      </w:r>
      <w:proofErr w:type="spellStart"/>
      <w:r w:rsidRPr="0057408C">
        <w:rPr>
          <w:rStyle w:val="TextTranslationItalic"/>
          <w:lang w:val="ru-RU"/>
        </w:rPr>
        <w:t>праны</w:t>
      </w:r>
      <w:proofErr w:type="spellEnd"/>
      <w:r w:rsidRPr="0057408C">
        <w:rPr>
          <w:lang w:val="ru-RU"/>
        </w:rPr>
        <w:t>]" (</w:t>
      </w:r>
      <w:proofErr w:type="spellStart"/>
      <w:r w:rsidRPr="0057408C">
        <w:rPr>
          <w:rStyle w:val="TextTranslationItalic"/>
          <w:lang w:val="ru-RU"/>
        </w:rPr>
        <w:t>Тайтирья</w:t>
      </w:r>
      <w:proofErr w:type="spellEnd"/>
      <w:r w:rsidRPr="0057408C">
        <w:rPr>
          <w:rStyle w:val="TextTranslationItalic"/>
          <w:lang w:val="ru-RU"/>
        </w:rPr>
        <w:t xml:space="preserve"> Упанишад</w:t>
      </w:r>
      <w:r w:rsidRPr="0057408C">
        <w:rPr>
          <w:lang w:val="ru-RU"/>
        </w:rPr>
        <w:t xml:space="preserve"> 2.1.1).</w:t>
      </w:r>
    </w:p>
    <w:p w14:paraId="38672AC3" w14:textId="77777777" w:rsidR="003B67ED" w:rsidRPr="0057408C" w:rsidRDefault="003B67ED" w:rsidP="004E41B6">
      <w:pPr>
        <w:ind w:firstLine="180"/>
        <w:rPr>
          <w:b/>
          <w:lang w:val="ru-RU"/>
        </w:rPr>
      </w:pPr>
    </w:p>
    <w:p w14:paraId="68E0520E" w14:textId="77777777" w:rsidR="003B67ED" w:rsidRPr="0057408C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57408C">
        <w:rPr>
          <w:b/>
          <w:lang w:val="ru-RU"/>
        </w:rPr>
        <w:t>60</w:t>
      </w:r>
      <w:r w:rsidR="00941FBE" w:rsidRPr="0057408C">
        <w:rPr>
          <w:b/>
          <w:lang w:val="ru-RU"/>
        </w:rPr>
        <w:t>.</w:t>
      </w:r>
    </w:p>
    <w:p w14:paraId="00B8CD6A" w14:textId="77777777" w:rsidR="003B67ED" w:rsidRPr="0057408C" w:rsidRDefault="003B67ED" w:rsidP="004E41B6">
      <w:pPr>
        <w:ind w:firstLine="180"/>
        <w:rPr>
          <w:b/>
          <w:lang w:val="ru-RU"/>
        </w:rPr>
      </w:pPr>
    </w:p>
    <w:p w14:paraId="4CAD0551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57408C">
        <w:rPr>
          <w:lang w:val="ru-RU"/>
        </w:rPr>
        <w:t xml:space="preserve">Стих </w:t>
      </w:r>
      <w:proofErr w:type="spellStart"/>
      <w:r w:rsidRPr="0057408C">
        <w:rPr>
          <w:rStyle w:val="TextTranslationItalic"/>
          <w:lang w:val="ru-RU"/>
        </w:rPr>
        <w:t>Бхагаватам</w:t>
      </w:r>
      <w:proofErr w:type="spellEnd"/>
      <w:r w:rsidRPr="0057408C">
        <w:rPr>
          <w:lang w:val="ru-RU"/>
        </w:rPr>
        <w:t xml:space="preserve"> (2.10.9), начинающийся со слов "</w:t>
      </w:r>
      <w:proofErr w:type="spellStart"/>
      <w:r w:rsidRPr="0057408C">
        <w:rPr>
          <w:rStyle w:val="TextTranslationItalic"/>
          <w:lang w:val="ru-RU"/>
        </w:rPr>
        <w:t>экам</w:t>
      </w:r>
      <w:proofErr w:type="spellEnd"/>
      <w:r w:rsidRPr="0057408C">
        <w:rPr>
          <w:lang w:val="ru-RU"/>
        </w:rPr>
        <w:t xml:space="preserve"> </w:t>
      </w:r>
      <w:proofErr w:type="spellStart"/>
      <w:r w:rsidRPr="0057408C">
        <w:rPr>
          <w:rStyle w:val="TextTranslationItalic"/>
          <w:lang w:val="ru-RU"/>
        </w:rPr>
        <w:t>экатарабхаве</w:t>
      </w:r>
      <w:proofErr w:type="spellEnd"/>
      <w:r w:rsidRPr="0057408C">
        <w:rPr>
          <w:lang w:val="ru-RU"/>
        </w:rPr>
        <w:t>", гласит, что все три личности [</w:t>
      </w:r>
      <w:r w:rsidRPr="0057408C">
        <w:rPr>
          <w:rStyle w:val="TextTranslationItalic"/>
          <w:lang w:val="ru-RU"/>
        </w:rPr>
        <w:t>пуруши</w:t>
      </w:r>
      <w:r w:rsidRPr="0057408C">
        <w:rPr>
          <w:lang w:val="ru-RU"/>
        </w:rPr>
        <w:t xml:space="preserve">] взаимозависимы, не самостоятельны: никто из них не является </w:t>
      </w:r>
      <w:proofErr w:type="spellStart"/>
      <w:r w:rsidRPr="0057408C">
        <w:rPr>
          <w:rStyle w:val="TextTranslationItalic"/>
          <w:lang w:val="ru-RU"/>
        </w:rPr>
        <w:t>ашрайа</w:t>
      </w:r>
      <w:proofErr w:type="spellEnd"/>
      <w:r w:rsidRPr="0057408C">
        <w:rPr>
          <w:lang w:val="ru-RU"/>
        </w:rPr>
        <w:t xml:space="preserve"> [убежищем для бытования]. Без наличия предмета восприятия не бывает ни орудия восприятия, ни воспринимающего — видящего. Без видящего не бывает ни солнца, ни иной силы, управляющей восприятием, ни </w:t>
      </w:r>
      <w:r w:rsidR="0057408C" w:rsidRPr="0057408C">
        <w:rPr>
          <w:lang w:val="ru-RU"/>
        </w:rPr>
        <w:t>пристанища</w:t>
      </w:r>
      <w:r w:rsidRPr="0057408C">
        <w:rPr>
          <w:lang w:val="ru-RU"/>
        </w:rPr>
        <w:t xml:space="preserve"> [</w:t>
      </w:r>
      <w:proofErr w:type="spellStart"/>
      <w:r w:rsidRPr="0057408C">
        <w:rPr>
          <w:i/>
          <w:lang w:val="ru-RU"/>
        </w:rPr>
        <w:t>ашрайи</w:t>
      </w:r>
      <w:proofErr w:type="spellEnd"/>
      <w:r w:rsidRPr="0057408C">
        <w:rPr>
          <w:lang w:val="ru-RU"/>
        </w:rPr>
        <w:t>] как таково</w:t>
      </w:r>
      <w:r w:rsidR="0057408C" w:rsidRPr="0057408C">
        <w:rPr>
          <w:lang w:val="ru-RU"/>
        </w:rPr>
        <w:t>го</w:t>
      </w:r>
      <w:r w:rsidRPr="0057408C">
        <w:rPr>
          <w:lang w:val="ru-RU"/>
        </w:rPr>
        <w:t xml:space="preserve"> для бытия.</w:t>
      </w:r>
    </w:p>
    <w:p w14:paraId="24B1DBE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64E0C4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Без наличия силы, управляющей зрением, не может быть чувства зрения, глаза. Без глаза не может быть восприятия. Таким образом, без наличия любой из этих трех личностей [</w:t>
      </w:r>
      <w:r>
        <w:rPr>
          <w:rStyle w:val="TextTranslationItalic"/>
          <w:lang w:val="ru-RU"/>
        </w:rPr>
        <w:t>пурушей</w:t>
      </w:r>
      <w:r>
        <w:rPr>
          <w:lang w:val="ru-RU"/>
        </w:rPr>
        <w:t>] не могут действовать другие две. Раз так, то Тот, Кто знает всех трех,</w:t>
      </w:r>
      <w:r w:rsidRPr="0057408C">
        <w:rPr>
          <w:lang w:val="ru-RU"/>
        </w:rPr>
        <w:t xml:space="preserve"> воспринимая их как наблюдатель, есть </w:t>
      </w:r>
      <w:proofErr w:type="spellStart"/>
      <w:r w:rsidRPr="0057408C">
        <w:rPr>
          <w:lang w:val="ru-RU"/>
        </w:rPr>
        <w:t>Сверхнаблюдатель</w:t>
      </w:r>
      <w:proofErr w:type="spellEnd"/>
      <w:r w:rsidRPr="0057408C">
        <w:rPr>
          <w:lang w:val="ru-RU"/>
        </w:rPr>
        <w:t xml:space="preserve"> (</w:t>
      </w:r>
      <w:proofErr w:type="spellStart"/>
      <w:r w:rsidRPr="0057408C">
        <w:rPr>
          <w:lang w:val="ru-RU"/>
        </w:rPr>
        <w:t>Сверхсубъект</w:t>
      </w:r>
      <w:proofErr w:type="spellEnd"/>
      <w:r w:rsidRPr="0057408C">
        <w:rPr>
          <w:lang w:val="ru-RU"/>
        </w:rPr>
        <w:t xml:space="preserve">), есть подлинный </w:t>
      </w:r>
      <w:proofErr w:type="spellStart"/>
      <w:r w:rsidRPr="0057408C">
        <w:rPr>
          <w:rStyle w:val="TextTranslationItalic"/>
          <w:lang w:val="ru-RU"/>
        </w:rPr>
        <w:t>ашрая</w:t>
      </w:r>
      <w:proofErr w:type="spellEnd"/>
      <w:r w:rsidRPr="0057408C">
        <w:rPr>
          <w:lang w:val="ru-RU"/>
        </w:rPr>
        <w:t xml:space="preserve"> [убежище]. В опровержение идеи, что три эти личности [</w:t>
      </w:r>
      <w:r w:rsidRPr="0057408C">
        <w:rPr>
          <w:rStyle w:val="TextTranslationItalic"/>
          <w:lang w:val="ru-RU"/>
        </w:rPr>
        <w:t>пуруши</w:t>
      </w:r>
      <w:r w:rsidRPr="0057408C">
        <w:rPr>
          <w:lang w:val="ru-RU"/>
        </w:rPr>
        <w:t xml:space="preserve">] являются убежищами друг для друга, </w:t>
      </w:r>
      <w:proofErr w:type="spellStart"/>
      <w:r w:rsidRPr="0057408C">
        <w:rPr>
          <w:lang w:val="ru-RU"/>
        </w:rPr>
        <w:t>Сверхнаблюдатель</w:t>
      </w:r>
      <w:proofErr w:type="spellEnd"/>
      <w:r w:rsidRPr="0057408C">
        <w:rPr>
          <w:lang w:val="ru-RU"/>
        </w:rPr>
        <w:t xml:space="preserve"> здесь намеренно обоз</w:t>
      </w:r>
      <w:r>
        <w:rPr>
          <w:lang w:val="ru-RU"/>
        </w:rPr>
        <w:t>начается словом "</w:t>
      </w:r>
      <w:proofErr w:type="spellStart"/>
      <w:r>
        <w:rPr>
          <w:rStyle w:val="TextTranslationItalic"/>
          <w:lang w:val="ru-RU"/>
        </w:rPr>
        <w:t>свашрайа</w:t>
      </w:r>
      <w:proofErr w:type="spellEnd"/>
      <w:r>
        <w:rPr>
          <w:lang w:val="ru-RU"/>
        </w:rPr>
        <w:t>" [убежище Самому Себе], что означает, что у Него нет иного убежища, кроме Себя, а Сам Он убежище всем прочим. Живое существо тоже именуется "</w:t>
      </w:r>
      <w:proofErr w:type="spellStart"/>
      <w:r>
        <w:rPr>
          <w:rStyle w:val="TextTranslationItalic"/>
          <w:lang w:val="ru-RU"/>
        </w:rPr>
        <w:t>ашрайа</w:t>
      </w:r>
      <w:proofErr w:type="spellEnd"/>
      <w:r>
        <w:rPr>
          <w:lang w:val="ru-RU"/>
        </w:rPr>
        <w:t xml:space="preserve">" лишь для того, чтобы подчеркнуть частичное </w:t>
      </w:r>
      <w:proofErr w:type="spellStart"/>
      <w:r>
        <w:rPr>
          <w:lang w:val="ru-RU"/>
        </w:rPr>
        <w:t>неотличие</w:t>
      </w:r>
      <w:proofErr w:type="spellEnd"/>
      <w:r>
        <w:rPr>
          <w:lang w:val="ru-RU"/>
        </w:rPr>
        <w:t xml:space="preserve"> между душой [</w:t>
      </w:r>
      <w:r>
        <w:rPr>
          <w:rStyle w:val="TextTranslationItalic"/>
          <w:lang w:val="ru-RU"/>
        </w:rPr>
        <w:t>дживой</w:t>
      </w:r>
      <w:r>
        <w:rPr>
          <w:lang w:val="ru-RU"/>
        </w:rPr>
        <w:t xml:space="preserve">] и </w:t>
      </w:r>
      <w:proofErr w:type="spellStart"/>
      <w:r>
        <w:rPr>
          <w:lang w:val="ru-RU"/>
        </w:rPr>
        <w:t>Сверхдушой</w:t>
      </w:r>
      <w:proofErr w:type="spellEnd"/>
      <w:r>
        <w:rPr>
          <w:lang w:val="ru-RU"/>
        </w:rPr>
        <w:t xml:space="preserve"> [</w:t>
      </w:r>
      <w:proofErr w:type="spellStart"/>
      <w:r>
        <w:rPr>
          <w:rStyle w:val="TextTranslationItalic"/>
          <w:lang w:val="ru-RU"/>
        </w:rPr>
        <w:t>махапурушей</w:t>
      </w:r>
      <w:proofErr w:type="spellEnd"/>
      <w:r>
        <w:rPr>
          <w:lang w:val="ru-RU"/>
        </w:rPr>
        <w:t>], которые соотносятся друг с другом как часть и целое соответственно.</w:t>
      </w:r>
    </w:p>
    <w:p w14:paraId="0B3AC895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92DB11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rStyle w:val="TextTranslationItalic"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(в частности в 1.7.5) чистая душа [</w:t>
      </w:r>
      <w:r>
        <w:rPr>
          <w:rStyle w:val="TextTranslationItalic"/>
          <w:lang w:val="ru-RU"/>
        </w:rPr>
        <w:t>джива</w:t>
      </w:r>
      <w:r>
        <w:rPr>
          <w:lang w:val="ru-RU"/>
        </w:rPr>
        <w:t xml:space="preserve">] определяется как наблюдатель: "Будучи вне </w:t>
      </w:r>
      <w:proofErr w:type="spellStart"/>
      <w:r>
        <w:rPr>
          <w:lang w:val="ru-RU"/>
        </w:rPr>
        <w:t>плоти</w:t>
      </w:r>
      <w:proofErr w:type="spellEnd"/>
      <w:r>
        <w:rPr>
          <w:lang w:val="ru-RU"/>
        </w:rPr>
        <w:t>, наблюдатель мнит себя плотью"; или "Бодрствование, сновидение и беспамятство суть три состояния ума, порожденные тремя свойствами природы. Сознательное существо пребудет вне таковых состояний, потому как лишь наблюдает оные" (</w:t>
      </w:r>
      <w:proofErr w:type="spellStart"/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11.13.27); или "Так </w:t>
      </w:r>
      <w:r>
        <w:rPr>
          <w:color w:val="0000FF"/>
          <w:lang w:val="ru-RU"/>
        </w:rPr>
        <w:t>наблюдатель</w:t>
      </w:r>
      <w:r>
        <w:rPr>
          <w:lang w:val="ru-RU"/>
        </w:rPr>
        <w:t xml:space="preserve"> превращается в деятеля". (</w:t>
      </w:r>
      <w:proofErr w:type="spellStart"/>
      <w:r>
        <w:rPr>
          <w:i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5.11.12). Чистый наблюдает действия нечистого деятеля — ума. Очевидно, имея указанные особенности, душа [</w:t>
      </w:r>
      <w:r>
        <w:rPr>
          <w:rStyle w:val="TextTranslationItalic"/>
          <w:lang w:val="ru-RU"/>
        </w:rPr>
        <w:t>джива</w:t>
      </w:r>
      <w:r>
        <w:rPr>
          <w:lang w:val="ru-RU"/>
        </w:rPr>
        <w:t>], даже будучи наблюдателем, не может быть убежищем [</w:t>
      </w:r>
      <w:proofErr w:type="spellStart"/>
      <w:r>
        <w:rPr>
          <w:rStyle w:val="TextTranslationItalic"/>
          <w:lang w:val="ru-RU"/>
        </w:rPr>
        <w:t>ашрайа</w:t>
      </w:r>
      <w:proofErr w:type="spellEnd"/>
      <w:r>
        <w:rPr>
          <w:lang w:val="ru-RU"/>
        </w:rPr>
        <w:t>].</w:t>
      </w:r>
    </w:p>
    <w:p w14:paraId="18F01C6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E7E226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Можно также предположить, что </w:t>
      </w:r>
      <w:proofErr w:type="spellStart"/>
      <w:r w:rsidR="00053C0B" w:rsidRPr="00DA0238">
        <w:rPr>
          <w:rStyle w:val="TextTranslationItalic"/>
          <w:lang w:val="ru-RU"/>
        </w:rPr>
        <w:t>адхьятмика</w:t>
      </w:r>
      <w:proofErr w:type="spellEnd"/>
      <w:r w:rsidR="00053C0B" w:rsidRPr="00DA0238">
        <w:rPr>
          <w:rStyle w:val="TextTranslationItalic"/>
          <w:lang w:val="ru-RU"/>
        </w:rPr>
        <w:t>-</w:t>
      </w:r>
      <w:r w:rsidRPr="00DA0238">
        <w:rPr>
          <w:lang w:val="ru-RU"/>
        </w:rPr>
        <w:t xml:space="preserve">, </w:t>
      </w:r>
      <w:proofErr w:type="spellStart"/>
      <w:r w:rsidRPr="00DA0238">
        <w:rPr>
          <w:rStyle w:val="TextTranslationItalic"/>
          <w:lang w:val="ru-RU"/>
        </w:rPr>
        <w:t>адхибхаутика</w:t>
      </w:r>
      <w:proofErr w:type="spellEnd"/>
      <w:r w:rsidR="00053C0B" w:rsidRPr="00DA0238">
        <w:rPr>
          <w:rStyle w:val="TextTranslationItalic"/>
          <w:lang w:val="ru-RU"/>
        </w:rPr>
        <w:t>-</w:t>
      </w:r>
      <w:r w:rsidRPr="00DA0238">
        <w:rPr>
          <w:lang w:val="ru-RU"/>
        </w:rPr>
        <w:t xml:space="preserve"> и </w:t>
      </w:r>
      <w:proofErr w:type="spellStart"/>
      <w:r w:rsidRPr="00DA0238">
        <w:rPr>
          <w:rStyle w:val="TextTranslationItalic"/>
          <w:lang w:val="ru-RU"/>
        </w:rPr>
        <w:t>адхидаивика</w:t>
      </w:r>
      <w:proofErr w:type="spellEnd"/>
      <w:r w:rsidR="00053C0B" w:rsidRPr="00DA0238">
        <w:rPr>
          <w:lang w:val="ru-RU"/>
        </w:rPr>
        <w:t>-субъекты</w:t>
      </w:r>
      <w:r w:rsidRPr="00DA0238">
        <w:rPr>
          <w:lang w:val="ru-RU"/>
        </w:rPr>
        <w:t xml:space="preserve"> тоже являются </w:t>
      </w:r>
      <w:proofErr w:type="spellStart"/>
      <w:r w:rsidRPr="00DA0238">
        <w:rPr>
          <w:rStyle w:val="TextTranslationItalic"/>
          <w:lang w:val="ru-RU"/>
        </w:rPr>
        <w:t>ашрайа</w:t>
      </w:r>
      <w:proofErr w:type="spellEnd"/>
      <w:r w:rsidRPr="00DA0238">
        <w:rPr>
          <w:lang w:val="ru-RU"/>
        </w:rPr>
        <w:t xml:space="preserve"> [убежищем, основой]. В этом есть своя правда, но с оговоркой: потому как все они взаимозависимы, они не могут считаться </w:t>
      </w:r>
      <w:r w:rsidR="00771433">
        <w:rPr>
          <w:lang w:val="ru-RU"/>
        </w:rPr>
        <w:t>убежищем [</w:t>
      </w:r>
      <w:proofErr w:type="spellStart"/>
      <w:r w:rsidRPr="00DA0238">
        <w:rPr>
          <w:rStyle w:val="TextTranslationItalic"/>
          <w:lang w:val="ru-RU"/>
        </w:rPr>
        <w:t>ашрайа</w:t>
      </w:r>
      <w:proofErr w:type="spellEnd"/>
      <w:r w:rsidR="00771433" w:rsidRPr="00771433">
        <w:rPr>
          <w:lang w:val="ru-RU"/>
        </w:rPr>
        <w:t xml:space="preserve">] </w:t>
      </w:r>
      <w:r w:rsidRPr="00DA0238">
        <w:rPr>
          <w:lang w:val="ru-RU"/>
        </w:rPr>
        <w:t>в полном смысле этого слова; это косвенно подтверждает стих "</w:t>
      </w:r>
      <w:proofErr w:type="spellStart"/>
      <w:r w:rsidRPr="00DA0238">
        <w:rPr>
          <w:rStyle w:val="TextTranslationItalic"/>
          <w:lang w:val="ru-RU"/>
        </w:rPr>
        <w:t>экам</w:t>
      </w:r>
      <w:proofErr w:type="spellEnd"/>
      <w:r w:rsidRPr="00DA0238">
        <w:rPr>
          <w:lang w:val="ru-RU"/>
        </w:rPr>
        <w:t>…".</w:t>
      </w:r>
    </w:p>
    <w:p w14:paraId="57FA05A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DB8DC9F" w14:textId="77777777" w:rsidR="00771433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"Пускай наблюдатель [</w:t>
      </w:r>
      <w:r w:rsidRPr="00DA0238">
        <w:rPr>
          <w:rStyle w:val="TextTranslationItalic"/>
          <w:lang w:val="ru-RU"/>
        </w:rPr>
        <w:t>джива</w:t>
      </w:r>
      <w:r w:rsidRPr="00DA0238">
        <w:rPr>
          <w:lang w:val="ru-RU"/>
        </w:rPr>
        <w:t>] будет убежищем [</w:t>
      </w:r>
      <w:proofErr w:type="spellStart"/>
      <w:r w:rsidRPr="00DA0238">
        <w:rPr>
          <w:rStyle w:val="TextTranslationItalic"/>
          <w:lang w:val="ru-RU"/>
        </w:rPr>
        <w:t>ашрайа</w:t>
      </w:r>
      <w:proofErr w:type="spellEnd"/>
      <w:r w:rsidRPr="00DA0238">
        <w:rPr>
          <w:lang w:val="ru-RU"/>
        </w:rPr>
        <w:t>]…". В ответ на это звучит стих "</w:t>
      </w:r>
      <w:proofErr w:type="spellStart"/>
      <w:r w:rsidRPr="00DA0238">
        <w:rPr>
          <w:rStyle w:val="TextTranslationItalic"/>
          <w:lang w:val="ru-RU"/>
        </w:rPr>
        <w:t>тритайам</w:t>
      </w:r>
      <w:proofErr w:type="spellEnd"/>
      <w:r w:rsidRPr="00DA0238">
        <w:rPr>
          <w:lang w:val="ru-RU"/>
        </w:rPr>
        <w:t>…": Наблюдатель [</w:t>
      </w:r>
      <w:r w:rsidRPr="00DA0238">
        <w:rPr>
          <w:rStyle w:val="TextTranslationItalic"/>
          <w:lang w:val="ru-RU"/>
        </w:rPr>
        <w:t>джива</w:t>
      </w:r>
      <w:r w:rsidRPr="00DA0238">
        <w:rPr>
          <w:lang w:val="ru-RU"/>
        </w:rPr>
        <w:t>] как таковой непременно "</w:t>
      </w:r>
      <w:proofErr w:type="spellStart"/>
      <w:r w:rsidRPr="00DA0238">
        <w:rPr>
          <w:rStyle w:val="TextTranslationItalic"/>
          <w:lang w:val="ru-RU"/>
        </w:rPr>
        <w:t>свашрайа</w:t>
      </w:r>
      <w:proofErr w:type="spellEnd"/>
      <w:r w:rsidRPr="00DA0238">
        <w:rPr>
          <w:lang w:val="ru-RU"/>
        </w:rPr>
        <w:t xml:space="preserve">" [сам себе убежище], но в действительности его </w:t>
      </w:r>
      <w:proofErr w:type="spellStart"/>
      <w:r w:rsidRPr="00DA0238">
        <w:rPr>
          <w:rStyle w:val="TextTranslationItalic"/>
          <w:lang w:val="ru-RU"/>
        </w:rPr>
        <w:t>ашрайа</w:t>
      </w:r>
      <w:proofErr w:type="spellEnd"/>
      <w:r w:rsidRPr="00771433">
        <w:rPr>
          <w:rStyle w:val="TextTranslationItalic"/>
          <w:i w:val="0"/>
          <w:lang w:val="ru-RU"/>
        </w:rPr>
        <w:t xml:space="preserve"> – </w:t>
      </w:r>
      <w:r w:rsidR="00771433" w:rsidRPr="00771433">
        <w:rPr>
          <w:rStyle w:val="TextTranslationItalic"/>
          <w:i w:val="0"/>
          <w:lang w:val="ru-RU"/>
        </w:rPr>
        <w:t xml:space="preserve">это </w:t>
      </w:r>
      <w:proofErr w:type="spellStart"/>
      <w:r w:rsidRPr="00DA0238">
        <w:rPr>
          <w:lang w:val="ru-RU"/>
        </w:rPr>
        <w:t>Сверхнаблюдатель</w:t>
      </w:r>
      <w:proofErr w:type="spellEnd"/>
      <w:r w:rsidRPr="00DA0238">
        <w:rPr>
          <w:lang w:val="ru-RU"/>
        </w:rPr>
        <w:t xml:space="preserve">, у коего нет </w:t>
      </w:r>
      <w:proofErr w:type="spellStart"/>
      <w:r w:rsidRPr="00DA0238">
        <w:rPr>
          <w:rStyle w:val="TextTranslationItalic"/>
          <w:lang w:val="ru-RU"/>
        </w:rPr>
        <w:t>ашрайи</w:t>
      </w:r>
      <w:proofErr w:type="spellEnd"/>
      <w:r w:rsidRPr="00DA0238">
        <w:rPr>
          <w:lang w:val="ru-RU"/>
        </w:rPr>
        <w:t xml:space="preserve">. В этом разница между ними. Примерно то же говорится в 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(6.4.25) в молитве "</w:t>
      </w:r>
      <w:r w:rsidRPr="00DA0238">
        <w:rPr>
          <w:rStyle w:val="TextTranslationItalic"/>
          <w:lang w:val="ru-RU"/>
        </w:rPr>
        <w:t>хамса</w:t>
      </w:r>
      <w:r w:rsidRPr="00DA0238">
        <w:rPr>
          <w:lang w:val="ru-RU"/>
        </w:rPr>
        <w:t>-</w:t>
      </w:r>
      <w:proofErr w:type="spellStart"/>
      <w:r w:rsidRPr="00DA0238">
        <w:rPr>
          <w:rStyle w:val="TextTranslationItalic"/>
          <w:lang w:val="ru-RU"/>
        </w:rPr>
        <w:t>гухья</w:t>
      </w:r>
      <w:proofErr w:type="spellEnd"/>
      <w:r w:rsidR="00974C61" w:rsidRPr="00DA0238">
        <w:rPr>
          <w:lang w:val="ru-RU"/>
        </w:rPr>
        <w:t xml:space="preserve">": </w:t>
      </w:r>
    </w:p>
    <w:p w14:paraId="27F495A2" w14:textId="77777777" w:rsidR="002F74F6" w:rsidRPr="008E0C69" w:rsidRDefault="002F74F6" w:rsidP="004E41B6">
      <w:pPr>
        <w:pStyle w:val="TextTranslation"/>
        <w:ind w:firstLine="180"/>
        <w:rPr>
          <w:lang w:val="ru-RU"/>
        </w:rPr>
      </w:pPr>
    </w:p>
    <w:p w14:paraId="6D1D2178" w14:textId="77777777" w:rsidR="002F74F6" w:rsidRPr="008E0C69" w:rsidRDefault="002F74F6" w:rsidP="002F74F6">
      <w:pPr>
        <w:pStyle w:val="TextTranslation"/>
        <w:ind w:firstLine="180"/>
        <w:rPr>
          <w:i/>
          <w:lang w:val="ru-RU"/>
        </w:rPr>
      </w:pPr>
      <w:proofErr w:type="spellStart"/>
      <w:r w:rsidRPr="008E0C69">
        <w:rPr>
          <w:i/>
          <w:lang w:val="ru-RU"/>
        </w:rPr>
        <w:t>дехо</w:t>
      </w:r>
      <w:proofErr w:type="spellEnd"/>
      <w:r w:rsidRPr="008E0C69">
        <w:rPr>
          <w:i/>
          <w:lang w:val="ru-RU"/>
        </w:rPr>
        <w:t xml:space="preserve"> ’</w:t>
      </w:r>
      <w:proofErr w:type="spellStart"/>
      <w:r w:rsidRPr="008E0C69">
        <w:rPr>
          <w:i/>
          <w:lang w:val="ru-RU"/>
        </w:rPr>
        <w:t>саво</w:t>
      </w:r>
      <w:proofErr w:type="spellEnd"/>
      <w:r w:rsidRPr="008E0C69">
        <w:rPr>
          <w:i/>
          <w:lang w:val="ru-RU"/>
        </w:rPr>
        <w:t xml:space="preserve"> ’</w:t>
      </w:r>
      <w:proofErr w:type="spellStart"/>
      <w:r w:rsidRPr="008E0C69">
        <w:rPr>
          <w:i/>
          <w:lang w:val="ru-RU"/>
        </w:rPr>
        <w:t>кша</w:t>
      </w:r>
      <w:proofErr w:type="spellEnd"/>
      <w:r w:rsidRPr="008E0C69">
        <w:rPr>
          <w:i/>
          <w:lang w:val="ru-RU"/>
        </w:rPr>
        <w:t xml:space="preserve"> </w:t>
      </w:r>
      <w:proofErr w:type="spellStart"/>
      <w:r w:rsidRPr="008E0C69">
        <w:rPr>
          <w:i/>
          <w:lang w:val="ru-RU"/>
        </w:rPr>
        <w:t>манаво</w:t>
      </w:r>
      <w:proofErr w:type="spellEnd"/>
      <w:r w:rsidRPr="008E0C69">
        <w:rPr>
          <w:i/>
          <w:lang w:val="ru-RU"/>
        </w:rPr>
        <w:t xml:space="preserve"> бхута-</w:t>
      </w:r>
      <w:proofErr w:type="spellStart"/>
      <w:r w:rsidRPr="008E0C69">
        <w:rPr>
          <w:i/>
          <w:lang w:val="ru-RU"/>
        </w:rPr>
        <w:t>матрам</w:t>
      </w:r>
      <w:proofErr w:type="spellEnd"/>
    </w:p>
    <w:p w14:paraId="1199EC96" w14:textId="77777777" w:rsidR="002F74F6" w:rsidRPr="008E0C69" w:rsidRDefault="002F74F6" w:rsidP="002F74F6">
      <w:pPr>
        <w:pStyle w:val="TextTranslation"/>
        <w:ind w:firstLine="180"/>
        <w:rPr>
          <w:i/>
          <w:lang w:val="ru-RU"/>
        </w:rPr>
      </w:pPr>
      <w:proofErr w:type="spellStart"/>
      <w:r w:rsidRPr="008E0C69">
        <w:rPr>
          <w:i/>
          <w:lang w:val="ru-RU"/>
        </w:rPr>
        <w:t>атманам</w:t>
      </w:r>
      <w:proofErr w:type="spellEnd"/>
      <w:r w:rsidRPr="008E0C69">
        <w:rPr>
          <w:i/>
          <w:lang w:val="ru-RU"/>
        </w:rPr>
        <w:t xml:space="preserve"> </w:t>
      </w:r>
      <w:proofErr w:type="spellStart"/>
      <w:r w:rsidRPr="008E0C69">
        <w:rPr>
          <w:i/>
          <w:lang w:val="ru-RU"/>
        </w:rPr>
        <w:t>анйам</w:t>
      </w:r>
      <w:proofErr w:type="spellEnd"/>
      <w:r w:rsidRPr="008E0C69">
        <w:rPr>
          <w:i/>
          <w:lang w:val="ru-RU"/>
        </w:rPr>
        <w:t xml:space="preserve"> </w:t>
      </w:r>
      <w:proofErr w:type="spellStart"/>
      <w:r w:rsidRPr="008E0C69">
        <w:rPr>
          <w:i/>
          <w:lang w:val="ru-RU"/>
        </w:rPr>
        <w:t>ча</w:t>
      </w:r>
      <w:proofErr w:type="spellEnd"/>
      <w:r w:rsidRPr="008E0C69">
        <w:rPr>
          <w:i/>
          <w:lang w:val="ru-RU"/>
        </w:rPr>
        <w:t xml:space="preserve"> </w:t>
      </w:r>
      <w:proofErr w:type="spellStart"/>
      <w:r w:rsidRPr="008E0C69">
        <w:rPr>
          <w:i/>
          <w:lang w:val="ru-RU"/>
        </w:rPr>
        <w:t>видух</w:t>
      </w:r>
      <w:proofErr w:type="spellEnd"/>
      <w:r w:rsidRPr="008E0C69">
        <w:rPr>
          <w:i/>
          <w:lang w:val="ru-RU"/>
        </w:rPr>
        <w:t xml:space="preserve"> парам </w:t>
      </w:r>
      <w:proofErr w:type="spellStart"/>
      <w:r w:rsidRPr="008E0C69">
        <w:rPr>
          <w:i/>
          <w:lang w:val="ru-RU"/>
        </w:rPr>
        <w:t>йат</w:t>
      </w:r>
      <w:proofErr w:type="spellEnd"/>
    </w:p>
    <w:p w14:paraId="5915F0DC" w14:textId="77777777" w:rsidR="002F74F6" w:rsidRPr="008E0C69" w:rsidRDefault="002F74F6" w:rsidP="002F74F6">
      <w:pPr>
        <w:pStyle w:val="TextTranslation"/>
        <w:ind w:firstLine="180"/>
        <w:rPr>
          <w:i/>
          <w:lang w:val="ru-RU"/>
        </w:rPr>
      </w:pPr>
      <w:proofErr w:type="spellStart"/>
      <w:r w:rsidRPr="008E0C69">
        <w:rPr>
          <w:i/>
          <w:lang w:val="ru-RU"/>
        </w:rPr>
        <w:t>сарвам</w:t>
      </w:r>
      <w:proofErr w:type="spellEnd"/>
      <w:r w:rsidRPr="008E0C69">
        <w:rPr>
          <w:i/>
          <w:lang w:val="ru-RU"/>
        </w:rPr>
        <w:t xml:space="preserve"> </w:t>
      </w:r>
      <w:proofErr w:type="spellStart"/>
      <w:r w:rsidRPr="008E0C69">
        <w:rPr>
          <w:i/>
          <w:lang w:val="ru-RU"/>
        </w:rPr>
        <w:t>пуман</w:t>
      </w:r>
      <w:proofErr w:type="spellEnd"/>
      <w:r w:rsidRPr="008E0C69">
        <w:rPr>
          <w:i/>
          <w:lang w:val="ru-RU"/>
        </w:rPr>
        <w:t xml:space="preserve"> веда </w:t>
      </w:r>
      <w:proofErr w:type="spellStart"/>
      <w:r w:rsidRPr="008E0C69">
        <w:rPr>
          <w:i/>
          <w:lang w:val="ru-RU"/>
        </w:rPr>
        <w:t>гунамш</w:t>
      </w:r>
      <w:proofErr w:type="spellEnd"/>
      <w:r w:rsidRPr="008E0C69">
        <w:rPr>
          <w:i/>
          <w:lang w:val="ru-RU"/>
        </w:rPr>
        <w:t xml:space="preserve"> </w:t>
      </w:r>
      <w:proofErr w:type="spellStart"/>
      <w:r w:rsidRPr="008E0C69">
        <w:rPr>
          <w:i/>
          <w:lang w:val="ru-RU"/>
        </w:rPr>
        <w:t>ча</w:t>
      </w:r>
      <w:proofErr w:type="spellEnd"/>
      <w:r w:rsidRPr="008E0C69">
        <w:rPr>
          <w:i/>
          <w:lang w:val="ru-RU"/>
        </w:rPr>
        <w:t xml:space="preserve"> тадж-</w:t>
      </w:r>
      <w:proofErr w:type="spellStart"/>
      <w:r w:rsidRPr="008E0C69">
        <w:rPr>
          <w:i/>
          <w:lang w:val="ru-RU"/>
        </w:rPr>
        <w:t>джно</w:t>
      </w:r>
      <w:proofErr w:type="spellEnd"/>
    </w:p>
    <w:p w14:paraId="39C614DE" w14:textId="77777777" w:rsidR="002F74F6" w:rsidRPr="008E0C69" w:rsidRDefault="002F74F6" w:rsidP="002F74F6">
      <w:pPr>
        <w:pStyle w:val="TextTranslation"/>
        <w:ind w:firstLine="180"/>
        <w:rPr>
          <w:i/>
          <w:lang w:val="ru-RU"/>
        </w:rPr>
      </w:pPr>
      <w:r w:rsidRPr="008E0C69">
        <w:rPr>
          <w:i/>
          <w:lang w:val="ru-RU"/>
        </w:rPr>
        <w:t xml:space="preserve">на веда </w:t>
      </w:r>
      <w:proofErr w:type="spellStart"/>
      <w:r w:rsidRPr="008E0C69">
        <w:rPr>
          <w:i/>
          <w:lang w:val="ru-RU"/>
        </w:rPr>
        <w:t>сарва-джнам</w:t>
      </w:r>
      <w:proofErr w:type="spellEnd"/>
      <w:r w:rsidRPr="008E0C69">
        <w:rPr>
          <w:i/>
          <w:lang w:val="ru-RU"/>
        </w:rPr>
        <w:t xml:space="preserve"> </w:t>
      </w:r>
      <w:proofErr w:type="spellStart"/>
      <w:r w:rsidRPr="008E0C69">
        <w:rPr>
          <w:i/>
          <w:lang w:val="ru-RU"/>
        </w:rPr>
        <w:t>анантам</w:t>
      </w:r>
      <w:proofErr w:type="spellEnd"/>
      <w:r w:rsidRPr="008E0C69">
        <w:rPr>
          <w:i/>
          <w:lang w:val="ru-RU"/>
        </w:rPr>
        <w:t xml:space="preserve"> </w:t>
      </w:r>
      <w:proofErr w:type="spellStart"/>
      <w:r w:rsidRPr="008E0C69">
        <w:rPr>
          <w:i/>
          <w:lang w:val="ru-RU"/>
        </w:rPr>
        <w:t>иде</w:t>
      </w:r>
      <w:proofErr w:type="spellEnd"/>
    </w:p>
    <w:p w14:paraId="7F1B6688" w14:textId="77777777" w:rsidR="00771433" w:rsidRDefault="00771433" w:rsidP="004E41B6">
      <w:pPr>
        <w:pStyle w:val="TextTranslation"/>
        <w:ind w:firstLine="180"/>
        <w:rPr>
          <w:lang w:val="ru-RU"/>
        </w:rPr>
      </w:pPr>
    </w:p>
    <w:p w14:paraId="59396019" w14:textId="77777777" w:rsidR="00771433" w:rsidRDefault="00974C61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"…</w:t>
      </w:r>
      <w:r w:rsidR="002B41BF" w:rsidRPr="00DA0238">
        <w:rPr>
          <w:lang w:val="ru-RU"/>
        </w:rPr>
        <w:t xml:space="preserve">Я сознаю свое бытие, бытие своих мыслей и предметов окружающего мира. Я, сознание, есть мера всех вещей, но мне не дано постичь </w:t>
      </w:r>
      <w:proofErr w:type="spellStart"/>
      <w:r w:rsidR="002B41BF" w:rsidRPr="00DA0238">
        <w:rPr>
          <w:lang w:val="ru-RU"/>
        </w:rPr>
        <w:t>Сверхсущество</w:t>
      </w:r>
      <w:proofErr w:type="spellEnd"/>
      <w:r w:rsidR="002B41BF" w:rsidRPr="00DA0238">
        <w:rPr>
          <w:lang w:val="ru-RU"/>
        </w:rPr>
        <w:t>, вездесущего</w:t>
      </w:r>
      <w:r w:rsidRPr="00DA0238">
        <w:rPr>
          <w:lang w:val="ru-RU"/>
        </w:rPr>
        <w:t>,</w:t>
      </w:r>
      <w:r w:rsidR="002B41BF" w:rsidRPr="00DA0238">
        <w:rPr>
          <w:lang w:val="ru-RU"/>
        </w:rPr>
        <w:t xml:space="preserve"> всеведущего Наблюдателя, что находится за гранью моего бытия и ощущения. Я склоняюсь пред Ним". </w:t>
      </w:r>
    </w:p>
    <w:p w14:paraId="0928801E" w14:textId="77777777" w:rsidR="00771433" w:rsidRDefault="00771433" w:rsidP="004E41B6">
      <w:pPr>
        <w:pStyle w:val="TextTranslation"/>
        <w:ind w:firstLine="180"/>
        <w:rPr>
          <w:lang w:val="ru-RU"/>
        </w:rPr>
      </w:pPr>
    </w:p>
    <w:p w14:paraId="71C7BAF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Таким образом, именно </w:t>
      </w:r>
      <w:proofErr w:type="spellStart"/>
      <w:r w:rsidRPr="00DA0238">
        <w:rPr>
          <w:lang w:val="ru-RU"/>
        </w:rPr>
        <w:t>Сверхсубъект</w:t>
      </w:r>
      <w:proofErr w:type="spellEnd"/>
      <w:r w:rsidRPr="00DA0238">
        <w:rPr>
          <w:lang w:val="ru-RU"/>
        </w:rPr>
        <w:t xml:space="preserve">, описанный в </w:t>
      </w:r>
      <w:proofErr w:type="spellStart"/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 </w:t>
      </w:r>
      <w:r w:rsidR="002E0C62">
        <w:rPr>
          <w:lang w:val="ru-RU"/>
        </w:rPr>
        <w:t>(2.10.7)</w:t>
      </w:r>
      <w:r w:rsidRPr="00DA0238">
        <w:rPr>
          <w:lang w:val="ru-RU"/>
        </w:rPr>
        <w:t xml:space="preserve"> в стихе "</w:t>
      </w:r>
      <w:proofErr w:type="spellStart"/>
      <w:r w:rsidRPr="00DA0238">
        <w:rPr>
          <w:rStyle w:val="TextTranslationItalic"/>
          <w:lang w:val="ru-RU"/>
        </w:rPr>
        <w:t>абхасас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ча</w:t>
      </w:r>
      <w:proofErr w:type="spellEnd"/>
      <w:r w:rsidRPr="00DA0238">
        <w:rPr>
          <w:lang w:val="ru-RU"/>
        </w:rPr>
        <w:t xml:space="preserve">…", является подлинным </w:t>
      </w:r>
      <w:proofErr w:type="spellStart"/>
      <w:r w:rsidRPr="00DA0238">
        <w:rPr>
          <w:rStyle w:val="TextTranslationItalic"/>
          <w:lang w:val="ru-RU"/>
        </w:rPr>
        <w:t>ашрайей</w:t>
      </w:r>
      <w:proofErr w:type="spellEnd"/>
      <w:r w:rsidRPr="00DA0238">
        <w:rPr>
          <w:lang w:val="ru-RU"/>
        </w:rPr>
        <w:t xml:space="preserve"> [убежищем]</w:t>
      </w:r>
      <w:r w:rsidR="00974C61" w:rsidRPr="00DA0238">
        <w:rPr>
          <w:rStyle w:val="TextTranslationItalic"/>
          <w:lang w:val="ru-RU"/>
        </w:rPr>
        <w:t>.</w:t>
      </w:r>
    </w:p>
    <w:p w14:paraId="165D6FA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9920BC1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Этим мы завер</w:t>
      </w:r>
      <w:r w:rsidR="002E0C62">
        <w:rPr>
          <w:lang w:val="ru-RU"/>
        </w:rPr>
        <w:t>шаем рассмотрение стиха (2.10.9)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lang w:val="ru-RU"/>
        </w:rPr>
        <w:t xml:space="preserve">, изреченного Шри </w:t>
      </w:r>
      <w:proofErr w:type="spellStart"/>
      <w:r w:rsidRPr="00DA0238">
        <w:rPr>
          <w:lang w:val="ru-RU"/>
        </w:rPr>
        <w:t>Шукою</w:t>
      </w:r>
      <w:proofErr w:type="spellEnd"/>
      <w:r w:rsidRPr="00DA0238">
        <w:rPr>
          <w:lang w:val="ru-RU"/>
        </w:rPr>
        <w:t>.</w:t>
      </w:r>
    </w:p>
    <w:p w14:paraId="12D99EA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1A8B866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61</w:t>
      </w:r>
      <w:r w:rsidR="00941FBE">
        <w:rPr>
          <w:b/>
          <w:lang w:val="ru-RU"/>
        </w:rPr>
        <w:t>.</w:t>
      </w:r>
    </w:p>
    <w:p w14:paraId="00B6F65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6149CC2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8E0C69">
        <w:rPr>
          <w:lang w:val="ru-RU"/>
        </w:rPr>
        <w:t xml:space="preserve">В Двенадцатой Книге Шри </w:t>
      </w:r>
      <w:proofErr w:type="spellStart"/>
      <w:r w:rsidRPr="008E0C69">
        <w:rPr>
          <w:lang w:val="ru-RU"/>
        </w:rPr>
        <w:t>Сута</w:t>
      </w:r>
      <w:proofErr w:type="spellEnd"/>
      <w:r w:rsidRPr="008E0C69">
        <w:rPr>
          <w:lang w:val="ru-RU"/>
        </w:rPr>
        <w:t xml:space="preserve"> описывает </w:t>
      </w:r>
      <w:proofErr w:type="spellStart"/>
      <w:r w:rsidRPr="008E0C69">
        <w:rPr>
          <w:rStyle w:val="TextTranslationItalic"/>
          <w:lang w:val="ru-RU"/>
        </w:rPr>
        <w:t>Шримад-Бхагаватам</w:t>
      </w:r>
      <w:proofErr w:type="spellEnd"/>
      <w:r w:rsidRPr="008E0C69">
        <w:rPr>
          <w:lang w:val="ru-RU"/>
        </w:rPr>
        <w:t xml:space="preserve"> иным способом, и</w:t>
      </w:r>
      <w:r>
        <w:rPr>
          <w:lang w:val="ru-RU"/>
        </w:rPr>
        <w:t xml:space="preserve">менуя ее </w:t>
      </w:r>
      <w:r>
        <w:rPr>
          <w:rStyle w:val="TextTranslationItalic"/>
          <w:lang w:val="ru-RU"/>
        </w:rPr>
        <w:t>Маха</w:t>
      </w:r>
      <w:r>
        <w:rPr>
          <w:lang w:val="ru-RU"/>
        </w:rPr>
        <w:t xml:space="preserve"> </w:t>
      </w:r>
      <w:proofErr w:type="spellStart"/>
      <w:r>
        <w:rPr>
          <w:rStyle w:val="TextTranslationItalic"/>
          <w:lang w:val="ru-RU"/>
        </w:rPr>
        <w:t>Пураной</w:t>
      </w:r>
      <w:proofErr w:type="spellEnd"/>
      <w:r>
        <w:rPr>
          <w:lang w:val="ru-RU"/>
        </w:rPr>
        <w:t xml:space="preserve">, тем самым заявляя, что лишь главный Наблюдатель является подлинным </w:t>
      </w:r>
      <w:proofErr w:type="spellStart"/>
      <w:r>
        <w:rPr>
          <w:rStyle w:val="TextTranslationItalic"/>
          <w:lang w:val="ru-RU"/>
        </w:rPr>
        <w:t>ашрайей</w:t>
      </w:r>
      <w:proofErr w:type="spellEnd"/>
      <w:r>
        <w:rPr>
          <w:lang w:val="ru-RU"/>
        </w:rPr>
        <w:t xml:space="preserve"> [убежищем]:</w:t>
      </w:r>
    </w:p>
    <w:p w14:paraId="5FCE6058" w14:textId="77777777" w:rsidR="00451522" w:rsidRPr="00DA0238" w:rsidRDefault="00451522" w:rsidP="004E41B6">
      <w:pPr>
        <w:pStyle w:val="TextTranslation"/>
        <w:ind w:firstLine="180"/>
        <w:rPr>
          <w:lang w:val="ru-RU"/>
        </w:rPr>
      </w:pPr>
    </w:p>
    <w:p w14:paraId="0B52F936" w14:textId="77777777" w:rsidR="00451522" w:rsidRPr="00451522" w:rsidRDefault="00451522" w:rsidP="00451522">
      <w:pPr>
        <w:ind w:firstLine="180"/>
        <w:rPr>
          <w:b/>
          <w:i/>
          <w:lang w:val="ru-RU"/>
        </w:rPr>
      </w:pPr>
      <w:r w:rsidRPr="00451522">
        <w:rPr>
          <w:b/>
          <w:i/>
          <w:lang w:val="ru-RU"/>
        </w:rPr>
        <w:t>сарго ’</w:t>
      </w:r>
      <w:proofErr w:type="spellStart"/>
      <w:r w:rsidRPr="00451522">
        <w:rPr>
          <w:b/>
          <w:i/>
          <w:lang w:val="ru-RU"/>
        </w:rPr>
        <w:t>сйатха</w:t>
      </w:r>
      <w:proofErr w:type="spellEnd"/>
      <w:r w:rsidRPr="00451522">
        <w:rPr>
          <w:b/>
          <w:i/>
          <w:lang w:val="ru-RU"/>
        </w:rPr>
        <w:t xml:space="preserve"> </w:t>
      </w:r>
      <w:proofErr w:type="spellStart"/>
      <w:r w:rsidRPr="00451522">
        <w:rPr>
          <w:b/>
          <w:i/>
          <w:lang w:val="ru-RU"/>
        </w:rPr>
        <w:t>висаргаш</w:t>
      </w:r>
      <w:proofErr w:type="spellEnd"/>
      <w:r w:rsidRPr="00451522">
        <w:rPr>
          <w:b/>
          <w:i/>
          <w:lang w:val="ru-RU"/>
        </w:rPr>
        <w:t xml:space="preserve"> </w:t>
      </w:r>
      <w:proofErr w:type="spellStart"/>
      <w:r w:rsidRPr="00451522">
        <w:rPr>
          <w:b/>
          <w:i/>
          <w:lang w:val="ru-RU"/>
        </w:rPr>
        <w:t>ча</w:t>
      </w:r>
      <w:proofErr w:type="spellEnd"/>
    </w:p>
    <w:p w14:paraId="092F3156" w14:textId="77777777" w:rsidR="00451522" w:rsidRPr="00451522" w:rsidRDefault="00451522" w:rsidP="00451522">
      <w:pPr>
        <w:ind w:firstLine="180"/>
        <w:rPr>
          <w:b/>
          <w:i/>
          <w:lang w:val="ru-RU"/>
        </w:rPr>
      </w:pPr>
      <w:proofErr w:type="spellStart"/>
      <w:r w:rsidRPr="00451522">
        <w:rPr>
          <w:b/>
          <w:i/>
          <w:lang w:val="ru-RU"/>
        </w:rPr>
        <w:t>вритти-ракшантарани</w:t>
      </w:r>
      <w:proofErr w:type="spellEnd"/>
      <w:r w:rsidRPr="00451522">
        <w:rPr>
          <w:b/>
          <w:i/>
          <w:lang w:val="ru-RU"/>
        </w:rPr>
        <w:t xml:space="preserve"> </w:t>
      </w:r>
      <w:proofErr w:type="spellStart"/>
      <w:r w:rsidRPr="00451522">
        <w:rPr>
          <w:b/>
          <w:i/>
          <w:lang w:val="ru-RU"/>
        </w:rPr>
        <w:t>ча</w:t>
      </w:r>
      <w:proofErr w:type="spellEnd"/>
    </w:p>
    <w:p w14:paraId="728463DD" w14:textId="77777777" w:rsidR="00451522" w:rsidRPr="00451522" w:rsidRDefault="00451522" w:rsidP="00451522">
      <w:pPr>
        <w:ind w:firstLine="180"/>
        <w:rPr>
          <w:b/>
          <w:i/>
          <w:lang w:val="ru-RU"/>
        </w:rPr>
      </w:pPr>
      <w:proofErr w:type="spellStart"/>
      <w:r w:rsidRPr="00451522">
        <w:rPr>
          <w:b/>
          <w:i/>
          <w:lang w:val="ru-RU"/>
        </w:rPr>
        <w:t>вамшо</w:t>
      </w:r>
      <w:proofErr w:type="spellEnd"/>
      <w:r w:rsidRPr="00451522">
        <w:rPr>
          <w:b/>
          <w:i/>
          <w:lang w:val="ru-RU"/>
        </w:rPr>
        <w:t xml:space="preserve"> </w:t>
      </w:r>
      <w:proofErr w:type="spellStart"/>
      <w:r w:rsidRPr="00451522">
        <w:rPr>
          <w:b/>
          <w:i/>
          <w:lang w:val="ru-RU"/>
        </w:rPr>
        <w:t>вамшанучаритам</w:t>
      </w:r>
      <w:proofErr w:type="spellEnd"/>
    </w:p>
    <w:p w14:paraId="5BF81B41" w14:textId="77777777" w:rsidR="003D6AC0" w:rsidRDefault="00451522" w:rsidP="00451522">
      <w:pPr>
        <w:ind w:firstLine="180"/>
        <w:rPr>
          <w:b/>
          <w:i/>
          <w:lang w:val="ru-RU"/>
        </w:rPr>
      </w:pPr>
      <w:proofErr w:type="spellStart"/>
      <w:r w:rsidRPr="00451522">
        <w:rPr>
          <w:b/>
          <w:i/>
          <w:lang w:val="ru-RU"/>
        </w:rPr>
        <w:t>самстха</w:t>
      </w:r>
      <w:proofErr w:type="spellEnd"/>
      <w:r w:rsidRPr="00451522">
        <w:rPr>
          <w:b/>
          <w:i/>
          <w:lang w:val="ru-RU"/>
        </w:rPr>
        <w:t xml:space="preserve"> </w:t>
      </w:r>
      <w:proofErr w:type="spellStart"/>
      <w:r w:rsidRPr="00451522">
        <w:rPr>
          <w:b/>
          <w:i/>
          <w:lang w:val="ru-RU"/>
        </w:rPr>
        <w:t>хетур</w:t>
      </w:r>
      <w:proofErr w:type="spellEnd"/>
      <w:r w:rsidRPr="00451522">
        <w:rPr>
          <w:b/>
          <w:i/>
          <w:lang w:val="ru-RU"/>
        </w:rPr>
        <w:t xml:space="preserve"> </w:t>
      </w:r>
      <w:proofErr w:type="spellStart"/>
      <w:r w:rsidRPr="00451522">
        <w:rPr>
          <w:b/>
          <w:i/>
          <w:lang w:val="ru-RU"/>
        </w:rPr>
        <w:t>апашрайах</w:t>
      </w:r>
      <w:proofErr w:type="spellEnd"/>
    </w:p>
    <w:p w14:paraId="583A841F" w14:textId="77777777" w:rsidR="003D6AC0" w:rsidRDefault="003D6AC0" w:rsidP="00451522">
      <w:pPr>
        <w:ind w:firstLine="180"/>
        <w:rPr>
          <w:b/>
          <w:i/>
          <w:lang w:val="ru-RU"/>
        </w:rPr>
      </w:pPr>
    </w:p>
    <w:p w14:paraId="57EB8E99" w14:textId="77777777" w:rsidR="003D6AC0" w:rsidRPr="003D6AC0" w:rsidRDefault="00451522" w:rsidP="00451522">
      <w:pPr>
        <w:ind w:firstLine="180"/>
        <w:rPr>
          <w:b/>
          <w:i/>
          <w:lang w:val="ru-RU"/>
        </w:rPr>
      </w:pPr>
      <w:proofErr w:type="spellStart"/>
      <w:r w:rsidRPr="003D6AC0">
        <w:rPr>
          <w:b/>
          <w:i/>
          <w:lang w:val="ru-RU"/>
        </w:rPr>
        <w:t>дашабхир</w:t>
      </w:r>
      <w:proofErr w:type="spellEnd"/>
      <w:r w:rsidRPr="003D6AC0">
        <w:rPr>
          <w:b/>
          <w:i/>
          <w:lang w:val="ru-RU"/>
        </w:rPr>
        <w:t xml:space="preserve"> </w:t>
      </w:r>
      <w:proofErr w:type="spellStart"/>
      <w:r w:rsidRPr="003D6AC0">
        <w:rPr>
          <w:b/>
          <w:i/>
          <w:lang w:val="ru-RU"/>
        </w:rPr>
        <w:t>лакшанаир</w:t>
      </w:r>
      <w:proofErr w:type="spellEnd"/>
      <w:r w:rsidRPr="003D6AC0">
        <w:rPr>
          <w:b/>
          <w:i/>
          <w:lang w:val="ru-RU"/>
        </w:rPr>
        <w:t xml:space="preserve"> </w:t>
      </w:r>
      <w:proofErr w:type="spellStart"/>
      <w:r w:rsidRPr="003D6AC0">
        <w:rPr>
          <w:b/>
          <w:i/>
          <w:lang w:val="ru-RU"/>
        </w:rPr>
        <w:t>йуктам</w:t>
      </w:r>
      <w:proofErr w:type="spellEnd"/>
    </w:p>
    <w:p w14:paraId="02CA6EA9" w14:textId="77777777" w:rsidR="003D6AC0" w:rsidRPr="003D6AC0" w:rsidRDefault="00451522" w:rsidP="00451522">
      <w:pPr>
        <w:ind w:firstLine="180"/>
        <w:rPr>
          <w:b/>
          <w:i/>
          <w:lang w:val="ru-RU"/>
        </w:rPr>
      </w:pPr>
      <w:proofErr w:type="spellStart"/>
      <w:r w:rsidRPr="003D6AC0">
        <w:rPr>
          <w:b/>
          <w:i/>
          <w:lang w:val="ru-RU"/>
        </w:rPr>
        <w:t>пуранам</w:t>
      </w:r>
      <w:proofErr w:type="spellEnd"/>
      <w:r w:rsidRPr="003D6AC0">
        <w:rPr>
          <w:b/>
          <w:i/>
          <w:lang w:val="ru-RU"/>
        </w:rPr>
        <w:t xml:space="preserve"> </w:t>
      </w:r>
      <w:proofErr w:type="spellStart"/>
      <w:r w:rsidRPr="003D6AC0">
        <w:rPr>
          <w:b/>
          <w:i/>
          <w:lang w:val="ru-RU"/>
        </w:rPr>
        <w:t>тад-видо</w:t>
      </w:r>
      <w:proofErr w:type="spellEnd"/>
      <w:r w:rsidRPr="003D6AC0">
        <w:rPr>
          <w:b/>
          <w:i/>
          <w:lang w:val="ru-RU"/>
        </w:rPr>
        <w:t xml:space="preserve"> </w:t>
      </w:r>
      <w:proofErr w:type="spellStart"/>
      <w:r w:rsidRPr="003D6AC0">
        <w:rPr>
          <w:b/>
          <w:i/>
          <w:lang w:val="ru-RU"/>
        </w:rPr>
        <w:t>видух</w:t>
      </w:r>
      <w:proofErr w:type="spellEnd"/>
    </w:p>
    <w:p w14:paraId="2B03EC2A" w14:textId="77777777" w:rsidR="003D6AC0" w:rsidRPr="003D6AC0" w:rsidRDefault="00451522" w:rsidP="00451522">
      <w:pPr>
        <w:ind w:firstLine="180"/>
        <w:rPr>
          <w:b/>
          <w:i/>
          <w:lang w:val="ru-RU"/>
        </w:rPr>
      </w:pPr>
      <w:proofErr w:type="spellStart"/>
      <w:r w:rsidRPr="003D6AC0">
        <w:rPr>
          <w:b/>
          <w:i/>
          <w:lang w:val="ru-RU"/>
        </w:rPr>
        <w:t>кечит</w:t>
      </w:r>
      <w:proofErr w:type="spellEnd"/>
      <w:r w:rsidRPr="003D6AC0">
        <w:rPr>
          <w:b/>
          <w:i/>
          <w:lang w:val="ru-RU"/>
        </w:rPr>
        <w:t xml:space="preserve"> </w:t>
      </w:r>
      <w:proofErr w:type="spellStart"/>
      <w:r w:rsidRPr="003D6AC0">
        <w:rPr>
          <w:b/>
          <w:i/>
          <w:lang w:val="ru-RU"/>
        </w:rPr>
        <w:t>паньча-видхам</w:t>
      </w:r>
      <w:proofErr w:type="spellEnd"/>
      <w:r w:rsidRPr="003D6AC0">
        <w:rPr>
          <w:b/>
          <w:i/>
          <w:lang w:val="ru-RU"/>
        </w:rPr>
        <w:t xml:space="preserve"> брахман</w:t>
      </w:r>
    </w:p>
    <w:p w14:paraId="5087C586" w14:textId="77777777" w:rsidR="003D6AC0" w:rsidRDefault="00451522" w:rsidP="004E41B6">
      <w:pPr>
        <w:ind w:firstLine="180"/>
        <w:rPr>
          <w:b/>
          <w:i/>
          <w:lang w:val="ru-RU"/>
        </w:rPr>
      </w:pPr>
      <w:proofErr w:type="spellStart"/>
      <w:r w:rsidRPr="003D6AC0">
        <w:rPr>
          <w:b/>
          <w:i/>
          <w:lang w:val="ru-RU"/>
        </w:rPr>
        <w:t>махад-алпа-вйавастхайа</w:t>
      </w:r>
      <w:proofErr w:type="spellEnd"/>
    </w:p>
    <w:p w14:paraId="03B1945A" w14:textId="77777777" w:rsidR="003D6AC0" w:rsidRDefault="003D6AC0" w:rsidP="004E41B6">
      <w:pPr>
        <w:ind w:firstLine="180"/>
        <w:rPr>
          <w:b/>
          <w:i/>
          <w:lang w:val="ru-RU"/>
        </w:rPr>
      </w:pPr>
    </w:p>
    <w:p w14:paraId="4E94FF09" w14:textId="77777777" w:rsidR="003B67ED" w:rsidRPr="008E0C69" w:rsidRDefault="002B41BF" w:rsidP="004E41B6">
      <w:pPr>
        <w:pStyle w:val="TextTranslation"/>
        <w:ind w:firstLine="180"/>
        <w:rPr>
          <w:lang w:val="ru-RU"/>
        </w:rPr>
      </w:pPr>
      <w:r w:rsidRPr="008E0C69">
        <w:rPr>
          <w:lang w:val="ru-RU"/>
        </w:rPr>
        <w:t>"Согласно моим учителям, всякое былинное предание [</w:t>
      </w:r>
      <w:proofErr w:type="spellStart"/>
      <w:r w:rsidRPr="008E0C69">
        <w:rPr>
          <w:rStyle w:val="TextTranslationItalic"/>
          <w:lang w:val="ru-RU"/>
        </w:rPr>
        <w:t>пурана</w:t>
      </w:r>
      <w:proofErr w:type="spellEnd"/>
      <w:r w:rsidRPr="008E0C69">
        <w:rPr>
          <w:lang w:val="ru-RU"/>
        </w:rPr>
        <w:t>] описывает десять предметов: творение вселенной [</w:t>
      </w:r>
      <w:proofErr w:type="spellStart"/>
      <w:r w:rsidRPr="008E0C69">
        <w:rPr>
          <w:rStyle w:val="TextTranslationItalic"/>
          <w:lang w:val="ru-RU"/>
        </w:rPr>
        <w:t>сарга</w:t>
      </w:r>
      <w:proofErr w:type="spellEnd"/>
      <w:r w:rsidRPr="008E0C69">
        <w:rPr>
          <w:lang w:val="ru-RU"/>
        </w:rPr>
        <w:t>]; творение миров и живых существ [</w:t>
      </w:r>
      <w:proofErr w:type="spellStart"/>
      <w:r w:rsidRPr="008E0C69">
        <w:rPr>
          <w:rStyle w:val="TextTranslationItalic"/>
          <w:lang w:val="ru-RU"/>
        </w:rPr>
        <w:t>висарга</w:t>
      </w:r>
      <w:proofErr w:type="spellEnd"/>
      <w:r w:rsidRPr="008E0C69">
        <w:rPr>
          <w:lang w:val="ru-RU"/>
        </w:rPr>
        <w:t>]; поддержание жизни в тварях [</w:t>
      </w:r>
      <w:proofErr w:type="spellStart"/>
      <w:r w:rsidRPr="008E0C69">
        <w:rPr>
          <w:rStyle w:val="TextTranslationItalic"/>
          <w:lang w:val="ru-RU"/>
        </w:rPr>
        <w:t>вритти</w:t>
      </w:r>
      <w:proofErr w:type="spellEnd"/>
      <w:r w:rsidRPr="008E0C69">
        <w:rPr>
          <w:lang w:val="ru-RU"/>
        </w:rPr>
        <w:t>]; их защиту [</w:t>
      </w:r>
      <w:r w:rsidRPr="008E0C69">
        <w:rPr>
          <w:rStyle w:val="TextTranslationItalic"/>
          <w:lang w:val="ru-RU"/>
        </w:rPr>
        <w:t>ракша</w:t>
      </w:r>
      <w:r w:rsidRPr="008E0C69">
        <w:rPr>
          <w:lang w:val="ru-RU"/>
        </w:rPr>
        <w:t>]; царствования Ману [</w:t>
      </w:r>
      <w:proofErr w:type="spellStart"/>
      <w:r w:rsidRPr="008E0C69">
        <w:rPr>
          <w:rStyle w:val="TextTranslationItalic"/>
          <w:lang w:val="ru-RU"/>
        </w:rPr>
        <w:t>антарани</w:t>
      </w:r>
      <w:proofErr w:type="spellEnd"/>
      <w:r w:rsidRPr="008E0C69">
        <w:rPr>
          <w:lang w:val="ru-RU"/>
        </w:rPr>
        <w:t>]; родословные царей [</w:t>
      </w:r>
      <w:proofErr w:type="spellStart"/>
      <w:r w:rsidRPr="008E0C69">
        <w:rPr>
          <w:rStyle w:val="TextTranslationItalic"/>
          <w:lang w:val="ru-RU"/>
        </w:rPr>
        <w:t>вамши</w:t>
      </w:r>
      <w:proofErr w:type="spellEnd"/>
      <w:r w:rsidRPr="008E0C69">
        <w:rPr>
          <w:lang w:val="ru-RU"/>
        </w:rPr>
        <w:t>]; деяния царей [</w:t>
      </w:r>
      <w:proofErr w:type="spellStart"/>
      <w:r w:rsidRPr="008E0C69">
        <w:rPr>
          <w:rStyle w:val="TextTranslationItalic"/>
          <w:lang w:val="ru-RU"/>
        </w:rPr>
        <w:t>вамша</w:t>
      </w:r>
      <w:proofErr w:type="spellEnd"/>
      <w:r w:rsidRPr="008E0C69">
        <w:rPr>
          <w:lang w:val="ru-RU"/>
        </w:rPr>
        <w:t>—</w:t>
      </w:r>
      <w:proofErr w:type="spellStart"/>
      <w:r w:rsidRPr="008E0C69">
        <w:rPr>
          <w:rStyle w:val="TextTranslationItalic"/>
          <w:lang w:val="ru-RU"/>
        </w:rPr>
        <w:t>анучаритам</w:t>
      </w:r>
      <w:proofErr w:type="spellEnd"/>
      <w:r w:rsidRPr="008E0C69">
        <w:rPr>
          <w:lang w:val="ru-RU"/>
        </w:rPr>
        <w:t>]; кончину вселенной [</w:t>
      </w:r>
      <w:proofErr w:type="spellStart"/>
      <w:r w:rsidRPr="008E0C69">
        <w:rPr>
          <w:rStyle w:val="TextTranslationItalic"/>
          <w:lang w:val="ru-RU"/>
        </w:rPr>
        <w:t>самстха</w:t>
      </w:r>
      <w:proofErr w:type="spellEnd"/>
      <w:r w:rsidRPr="008E0C69">
        <w:rPr>
          <w:lang w:val="ru-RU"/>
        </w:rPr>
        <w:t>]; причины, побуждающие двигаться мир [</w:t>
      </w:r>
      <w:proofErr w:type="spellStart"/>
      <w:r w:rsidRPr="008E0C69">
        <w:rPr>
          <w:rStyle w:val="TextTranslationItalic"/>
          <w:lang w:val="ru-RU"/>
        </w:rPr>
        <w:t>хетух</w:t>
      </w:r>
      <w:proofErr w:type="spellEnd"/>
      <w:r w:rsidRPr="008E0C69">
        <w:rPr>
          <w:lang w:val="ru-RU"/>
        </w:rPr>
        <w:t>]; и высшее Убежище [</w:t>
      </w:r>
      <w:proofErr w:type="spellStart"/>
      <w:r w:rsidRPr="008E0C69">
        <w:rPr>
          <w:rStyle w:val="TextTranslationItalic"/>
          <w:lang w:val="ru-RU"/>
        </w:rPr>
        <w:t>апашрайах</w:t>
      </w:r>
      <w:proofErr w:type="spellEnd"/>
      <w:r w:rsidRPr="008E0C69">
        <w:rPr>
          <w:lang w:val="ru-RU"/>
        </w:rPr>
        <w:t xml:space="preserve">]. Некоторые ученые мужи утверждают, что большие </w:t>
      </w:r>
      <w:proofErr w:type="spellStart"/>
      <w:r w:rsidRPr="008E0C69">
        <w:rPr>
          <w:rStyle w:val="TextTranslationItalic"/>
          <w:lang w:val="ru-RU"/>
        </w:rPr>
        <w:t>пураны</w:t>
      </w:r>
      <w:proofErr w:type="spellEnd"/>
      <w:r w:rsidRPr="008E0C69">
        <w:rPr>
          <w:lang w:val="ru-RU"/>
        </w:rPr>
        <w:t xml:space="preserve"> непременно содержат десять предметов описания, малым достаточно пяти". (</w:t>
      </w:r>
      <w:proofErr w:type="spellStart"/>
      <w:r w:rsidRPr="008E0C69">
        <w:rPr>
          <w:i/>
          <w:lang w:val="ru-RU"/>
        </w:rPr>
        <w:t>Шримад</w:t>
      </w:r>
      <w:r w:rsidRPr="008E0C69">
        <w:rPr>
          <w:lang w:val="ru-RU"/>
        </w:rPr>
        <w:t>-</w:t>
      </w:r>
      <w:r w:rsidRPr="008E0C69">
        <w:rPr>
          <w:rStyle w:val="TextTranslationItalic"/>
          <w:lang w:val="ru-RU"/>
        </w:rPr>
        <w:t>Бхагаватам</w:t>
      </w:r>
      <w:proofErr w:type="spellEnd"/>
      <w:r w:rsidRPr="008E0C69">
        <w:rPr>
          <w:lang w:val="ru-RU"/>
        </w:rPr>
        <w:t xml:space="preserve"> 12.7.9-10).</w:t>
      </w:r>
    </w:p>
    <w:p w14:paraId="4508DAE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FC2B990" w14:textId="77777777" w:rsidR="003B67ED" w:rsidRPr="008E0C69" w:rsidRDefault="002B41BF" w:rsidP="004E41B6">
      <w:pPr>
        <w:pStyle w:val="TextTranslation"/>
        <w:ind w:firstLine="180"/>
        <w:rPr>
          <w:lang w:val="ru-RU"/>
        </w:rPr>
      </w:pPr>
      <w:r w:rsidRPr="008E0C69">
        <w:rPr>
          <w:lang w:val="ru-RU"/>
        </w:rPr>
        <w:t>Слово "</w:t>
      </w:r>
      <w:proofErr w:type="spellStart"/>
      <w:r w:rsidRPr="008E0C69">
        <w:rPr>
          <w:rStyle w:val="TextTranslationItalic"/>
          <w:lang w:val="ru-RU"/>
        </w:rPr>
        <w:t>антарани</w:t>
      </w:r>
      <w:proofErr w:type="spellEnd"/>
      <w:r w:rsidRPr="008E0C69">
        <w:rPr>
          <w:lang w:val="ru-RU"/>
        </w:rPr>
        <w:t>" здесь указывает на временные отрезки правления различных Ману.</w:t>
      </w:r>
    </w:p>
    <w:p w14:paraId="6C55CDD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2C75733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По мнению некоторых мыслителей</w:t>
      </w:r>
      <w:r w:rsidR="00974C61" w:rsidRPr="00DA0238">
        <w:rPr>
          <w:lang w:val="ru-RU"/>
        </w:rPr>
        <w:t>,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должна иметь пять признаков:</w:t>
      </w:r>
    </w:p>
    <w:p w14:paraId="2469171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EA8C0B3" w14:textId="77777777" w:rsidR="00ED093A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rStyle w:val="TextTranslationItalic"/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считается таковой</w:t>
      </w:r>
      <w:r w:rsidR="00974C61" w:rsidRPr="00DA0238">
        <w:rPr>
          <w:lang w:val="ru-RU"/>
        </w:rPr>
        <w:t>,</w:t>
      </w:r>
      <w:r w:rsidRPr="00DA0238">
        <w:rPr>
          <w:lang w:val="ru-RU"/>
        </w:rPr>
        <w:t xml:space="preserve"> если в ней рассматривается пять предметов: </w:t>
      </w:r>
      <w:proofErr w:type="spellStart"/>
      <w:r w:rsidRPr="00DA0238">
        <w:rPr>
          <w:rStyle w:val="TextTranslationItalic"/>
          <w:lang w:val="ru-RU"/>
        </w:rPr>
        <w:t>сарга</w:t>
      </w:r>
      <w:proofErr w:type="spellEnd"/>
      <w:r w:rsidRPr="00DA0238">
        <w:rPr>
          <w:lang w:val="ru-RU"/>
        </w:rPr>
        <w:t xml:space="preserve"> [творение]; </w:t>
      </w:r>
      <w:proofErr w:type="spellStart"/>
      <w:r w:rsidRPr="00DA0238">
        <w:rPr>
          <w:rStyle w:val="TextTranslationItalic"/>
          <w:lang w:val="ru-RU"/>
        </w:rPr>
        <w:t>пратисарга</w:t>
      </w:r>
      <w:proofErr w:type="spellEnd"/>
      <w:r w:rsidRPr="00DA0238">
        <w:rPr>
          <w:lang w:val="ru-RU"/>
        </w:rPr>
        <w:t xml:space="preserve"> [растворение]; </w:t>
      </w:r>
      <w:proofErr w:type="spellStart"/>
      <w:r w:rsidRPr="00DA0238">
        <w:rPr>
          <w:rStyle w:val="TextTranslationItalic"/>
          <w:lang w:val="ru-RU"/>
        </w:rPr>
        <w:t>вамша</w:t>
      </w:r>
      <w:proofErr w:type="spellEnd"/>
      <w:r w:rsidRPr="00DA0238">
        <w:rPr>
          <w:lang w:val="ru-RU"/>
        </w:rPr>
        <w:t xml:space="preserve"> [родословная]; </w:t>
      </w:r>
      <w:proofErr w:type="spellStart"/>
      <w:r w:rsidRPr="00DA0238">
        <w:rPr>
          <w:i/>
          <w:lang w:val="ru-RU"/>
        </w:rPr>
        <w:t>манвантара</w:t>
      </w:r>
      <w:proofErr w:type="spellEnd"/>
      <w:r w:rsidR="00ED093A">
        <w:rPr>
          <w:lang w:val="ru-RU"/>
        </w:rPr>
        <w:t xml:space="preserve"> [царстви</w:t>
      </w:r>
      <w:r w:rsidR="002F74F6">
        <w:rPr>
          <w:lang w:val="ru-RU"/>
        </w:rPr>
        <w:t>е</w:t>
      </w:r>
      <w:r w:rsidRPr="00DA0238">
        <w:rPr>
          <w:lang w:val="ru-RU"/>
        </w:rPr>
        <w:t xml:space="preserve"> </w:t>
      </w:r>
      <w:r w:rsidRPr="00DA0238">
        <w:rPr>
          <w:rStyle w:val="TextTranslationItalic"/>
          <w:lang w:val="ru-RU"/>
        </w:rPr>
        <w:t>ману</w:t>
      </w:r>
      <w:r w:rsidRPr="00DA0238">
        <w:rPr>
          <w:lang w:val="ru-RU"/>
        </w:rPr>
        <w:t xml:space="preserve">]; и </w:t>
      </w:r>
      <w:proofErr w:type="spellStart"/>
      <w:r w:rsidRPr="00DA0238">
        <w:rPr>
          <w:rStyle w:val="TextTranslationItalic"/>
          <w:lang w:val="ru-RU"/>
        </w:rPr>
        <w:t>ванинасучаритам</w:t>
      </w:r>
      <w:proofErr w:type="spellEnd"/>
      <w:r w:rsidRPr="00DA0238">
        <w:rPr>
          <w:lang w:val="ru-RU"/>
        </w:rPr>
        <w:t xml:space="preserve"> [деяния бл</w:t>
      </w:r>
      <w:r w:rsidR="00B50058" w:rsidRPr="00DA0238">
        <w:rPr>
          <w:lang w:val="ru-RU"/>
        </w:rPr>
        <w:t>агородных царей и житие святых]"</w:t>
      </w:r>
      <w:r w:rsidR="00ED093A">
        <w:rPr>
          <w:lang w:val="ru-RU"/>
        </w:rPr>
        <w:t>.</w:t>
      </w:r>
      <w:r w:rsidRPr="00DA0238">
        <w:rPr>
          <w:lang w:val="ru-RU"/>
        </w:rPr>
        <w:t xml:space="preserve"> (</w:t>
      </w:r>
      <w:proofErr w:type="spellStart"/>
      <w:r w:rsidRPr="00DA0238">
        <w:rPr>
          <w:rStyle w:val="TextTranslationItalic"/>
          <w:lang w:val="ru-RU"/>
        </w:rPr>
        <w:t>Матсья</w:t>
      </w:r>
      <w:proofErr w:type="spellEnd"/>
      <w:r w:rsidRPr="00DA0238">
        <w:rPr>
          <w:rStyle w:val="TextTranslationItalic"/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Pr="00DA0238">
        <w:rPr>
          <w:lang w:val="ru-RU"/>
        </w:rPr>
        <w:t xml:space="preserve"> 53.65). </w:t>
      </w:r>
    </w:p>
    <w:p w14:paraId="5AF574F5" w14:textId="77777777" w:rsidR="00ED093A" w:rsidRDefault="00ED093A" w:rsidP="004E41B6">
      <w:pPr>
        <w:pStyle w:val="TextTranslation"/>
        <w:ind w:firstLine="180"/>
        <w:rPr>
          <w:lang w:val="ru-RU"/>
        </w:rPr>
      </w:pPr>
    </w:p>
    <w:p w14:paraId="1594C46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Различие во мнениях происходит из-за различия в признаках более или менее значимых </w:t>
      </w:r>
      <w:proofErr w:type="spellStart"/>
      <w:r w:rsidRPr="00DA0238">
        <w:rPr>
          <w:rStyle w:val="TextTranslationItalic"/>
          <w:lang w:val="ru-RU"/>
        </w:rPr>
        <w:t>Пуран</w:t>
      </w:r>
      <w:proofErr w:type="spellEnd"/>
      <w:r w:rsidRPr="00DA0238">
        <w:rPr>
          <w:rStyle w:val="TextTranslationItalic"/>
          <w:lang w:val="ru-RU"/>
        </w:rPr>
        <w:t>.</w:t>
      </w:r>
      <w:r w:rsidRPr="00DA0238">
        <w:rPr>
          <w:lang w:val="ru-RU"/>
        </w:rPr>
        <w:t xml:space="preserve"> Такие </w:t>
      </w:r>
      <w:proofErr w:type="spellStart"/>
      <w:r w:rsidRPr="00DA0238">
        <w:rPr>
          <w:rStyle w:val="TextTranslationItalic"/>
          <w:lang w:val="ru-RU"/>
        </w:rPr>
        <w:t>Пураны</w:t>
      </w:r>
      <w:proofErr w:type="spellEnd"/>
      <w:r w:rsidR="00974C61" w:rsidRPr="00DA0238">
        <w:rPr>
          <w:lang w:val="ru-RU"/>
        </w:rPr>
        <w:t xml:space="preserve">, </w:t>
      </w:r>
      <w:r w:rsidRPr="00DA0238">
        <w:rPr>
          <w:lang w:val="ru-RU"/>
        </w:rPr>
        <w:t xml:space="preserve">как </w:t>
      </w:r>
      <w:r w:rsidRPr="00DA0238">
        <w:rPr>
          <w:rStyle w:val="TextTranslationItalic"/>
          <w:lang w:val="ru-RU"/>
        </w:rPr>
        <w:t>Вишну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Пурана</w:t>
      </w:r>
      <w:proofErr w:type="spellEnd"/>
      <w:r w:rsidR="00974C61" w:rsidRPr="00DA0238">
        <w:rPr>
          <w:rStyle w:val="TextTranslationItalic"/>
          <w:i w:val="0"/>
          <w:lang w:val="ru-RU"/>
        </w:rPr>
        <w:t>,</w:t>
      </w:r>
      <w:r w:rsidRPr="00DA0238">
        <w:rPr>
          <w:lang w:val="ru-RU"/>
        </w:rPr>
        <w:t xml:space="preserve"> хотя и рассматривают все десять категорийных предметов, они все равно считаются менее значительными, </w:t>
      </w:r>
      <w:r w:rsidR="00604312">
        <w:rPr>
          <w:lang w:val="ru-RU"/>
        </w:rPr>
        <w:t xml:space="preserve">потому как </w:t>
      </w:r>
      <w:r w:rsidR="00A9681F" w:rsidRPr="00A9681F">
        <w:rPr>
          <w:lang w:val="ru-RU"/>
        </w:rPr>
        <w:t xml:space="preserve">пять тем </w:t>
      </w:r>
      <w:r w:rsidR="00604312">
        <w:rPr>
          <w:lang w:val="ru-RU"/>
        </w:rPr>
        <w:t xml:space="preserve">в них </w:t>
      </w:r>
      <w:r w:rsidR="00A9681F" w:rsidRPr="00A9681F">
        <w:rPr>
          <w:lang w:val="ru-RU"/>
        </w:rPr>
        <w:t>из десяти рассматриваются особенно подробно</w:t>
      </w:r>
      <w:r w:rsidR="00604312">
        <w:rPr>
          <w:lang w:val="ru-RU"/>
        </w:rPr>
        <w:t>.</w:t>
      </w:r>
    </w:p>
    <w:p w14:paraId="0740793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F780BBA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proofErr w:type="spellStart"/>
      <w:r>
        <w:rPr>
          <w:rStyle w:val="TextTranslationItalic"/>
          <w:lang w:val="ru-RU"/>
        </w:rPr>
        <w:lastRenderedPageBreak/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не ставит своей задачей разбирать десять предметов последовательно, по одному в каждой из </w:t>
      </w:r>
      <w:proofErr w:type="spellStart"/>
      <w:r>
        <w:rPr>
          <w:lang w:val="ru-RU"/>
        </w:rPr>
        <w:t>двеннадцати</w:t>
      </w:r>
      <w:proofErr w:type="spellEnd"/>
      <w:r>
        <w:rPr>
          <w:lang w:val="ru-RU"/>
        </w:rPr>
        <w:t xml:space="preserve"> ее книг. Также неверно полагать: поскольку десять предметов перечислены во Второй Книге, то рассмотрены они будут в десяти последующих с Третьей по Двенадцатую, а поскольку </w:t>
      </w:r>
      <w:proofErr w:type="spellStart"/>
      <w:r>
        <w:rPr>
          <w:rStyle w:val="TextTranslationItalic"/>
          <w:lang w:val="ru-RU"/>
        </w:rPr>
        <w:t>ниродха</w:t>
      </w:r>
      <w:proofErr w:type="spellEnd"/>
      <w:r>
        <w:rPr>
          <w:lang w:val="ru-RU"/>
        </w:rPr>
        <w:t xml:space="preserve"> [уничтожение]</w:t>
      </w:r>
      <w:r>
        <w:rPr>
          <w:rStyle w:val="TextTranslationItalic"/>
          <w:lang w:val="ru-RU"/>
        </w:rPr>
        <w:t xml:space="preserve">, мукти </w:t>
      </w:r>
      <w:r>
        <w:rPr>
          <w:lang w:val="ru-RU"/>
        </w:rPr>
        <w:t xml:space="preserve">[освобождение] и </w:t>
      </w:r>
      <w:proofErr w:type="spellStart"/>
      <w:r>
        <w:rPr>
          <w:rStyle w:val="TextTranslationItalic"/>
          <w:lang w:val="ru-RU"/>
        </w:rPr>
        <w:t>ашрайа</w:t>
      </w:r>
      <w:proofErr w:type="spellEnd"/>
      <w:r>
        <w:rPr>
          <w:lang w:val="ru-RU"/>
        </w:rPr>
        <w:t xml:space="preserve"> [убежище] рассматриваются в Десятой, Одиннадцатой и Двенадцатой Книгах, остальные семь у</w:t>
      </w:r>
      <w:r w:rsidRPr="008E0C69">
        <w:rPr>
          <w:lang w:val="ru-RU"/>
        </w:rPr>
        <w:t>же рассмотрены прежде, в Третьей Книге и так далее до Девятой. В действительности же остальные предметы также нельзя распределить по книгам в с</w:t>
      </w:r>
      <w:r>
        <w:rPr>
          <w:lang w:val="ru-RU"/>
        </w:rPr>
        <w:t>трогой последовательности; особый случай — Восьмая Книга.</w:t>
      </w:r>
    </w:p>
    <w:p w14:paraId="4B66ADF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D2DD7CB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На несоответствие списка обсуждаемых предметов и нумерации Книг </w:t>
      </w:r>
      <w:r w:rsidR="00974C61" w:rsidRPr="00DA0238">
        <w:rPr>
          <w:lang w:val="ru-RU"/>
        </w:rPr>
        <w:t>указывает</w:t>
      </w:r>
      <w:r w:rsidRPr="00DA0238">
        <w:rPr>
          <w:lang w:val="ru-RU"/>
        </w:rPr>
        <w:t xml:space="preserve"> и Шрила </w:t>
      </w:r>
      <w:proofErr w:type="spellStart"/>
      <w:r w:rsidRPr="00DA0238">
        <w:rPr>
          <w:lang w:val="ru-RU"/>
        </w:rPr>
        <w:t>Шридхара</w:t>
      </w:r>
      <w:proofErr w:type="spellEnd"/>
      <w:r w:rsidRPr="00DA0238">
        <w:rPr>
          <w:lang w:val="ru-RU"/>
        </w:rPr>
        <w:t xml:space="preserve"> Свами:</w:t>
      </w:r>
    </w:p>
    <w:p w14:paraId="22BC5D84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F5C5178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"Дабы разнести по миру славу Кришны, Десятая Книга вещает о том, как неправедные правители потерпели уничтожение [</w:t>
      </w:r>
      <w:proofErr w:type="spellStart"/>
      <w:r w:rsidRPr="00DA0238">
        <w:rPr>
          <w:rStyle w:val="TextTranslationItalic"/>
          <w:lang w:val="ru-RU"/>
        </w:rPr>
        <w:t>ниродху</w:t>
      </w:r>
      <w:proofErr w:type="spellEnd"/>
      <w:r w:rsidRPr="00DA0238">
        <w:rPr>
          <w:lang w:val="ru-RU"/>
        </w:rPr>
        <w:t>], ибо отступили со стези праведности".</w:t>
      </w:r>
    </w:p>
    <w:p w14:paraId="03AE2B22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BB97637" w14:textId="77777777" w:rsidR="003B67ED" w:rsidRPr="008E0C69" w:rsidRDefault="002B41BF" w:rsidP="004E41B6">
      <w:pPr>
        <w:pStyle w:val="TextTranslation"/>
        <w:ind w:firstLine="180"/>
        <w:rPr>
          <w:lang w:val="ru-RU"/>
        </w:rPr>
      </w:pPr>
      <w:r w:rsidRPr="008E0C69">
        <w:rPr>
          <w:lang w:val="ru-RU"/>
        </w:rPr>
        <w:t xml:space="preserve">Поскольку четыре вида уничтожения вещественного бытия обсуждаются в </w:t>
      </w:r>
      <w:r w:rsidRPr="008E0C69">
        <w:rPr>
          <w:rStyle w:val="TextTranslationItalic"/>
          <w:lang w:val="ru-RU"/>
        </w:rPr>
        <w:t>Шри</w:t>
      </w:r>
      <w:r w:rsidRPr="008E0C69">
        <w:rPr>
          <w:lang w:val="ru-RU"/>
        </w:rPr>
        <w:t xml:space="preserve"> </w:t>
      </w:r>
      <w:proofErr w:type="spellStart"/>
      <w:r w:rsidRPr="008E0C69">
        <w:rPr>
          <w:rStyle w:val="TextTranslationItalic"/>
          <w:lang w:val="ru-RU"/>
        </w:rPr>
        <w:t>Бхагавате</w:t>
      </w:r>
      <w:proofErr w:type="spellEnd"/>
      <w:r w:rsidRPr="008E0C69">
        <w:rPr>
          <w:lang w:val="ru-RU"/>
        </w:rPr>
        <w:t xml:space="preserve"> ранее, </w:t>
      </w:r>
      <w:proofErr w:type="spellStart"/>
      <w:r w:rsidRPr="008E0C69">
        <w:rPr>
          <w:lang w:val="ru-RU"/>
        </w:rPr>
        <w:t>Шридхара</w:t>
      </w:r>
      <w:proofErr w:type="spellEnd"/>
      <w:r w:rsidRPr="008E0C69">
        <w:rPr>
          <w:lang w:val="ru-RU"/>
        </w:rPr>
        <w:t xml:space="preserve"> Свами говорит, что Десятая Книга посвящена главным образом </w:t>
      </w:r>
      <w:proofErr w:type="spellStart"/>
      <w:r w:rsidRPr="008E0C69">
        <w:rPr>
          <w:rStyle w:val="TextTranslationItalic"/>
          <w:lang w:val="ru-RU"/>
        </w:rPr>
        <w:t>ашрайе</w:t>
      </w:r>
      <w:proofErr w:type="spellEnd"/>
      <w:r w:rsidRPr="008E0C69">
        <w:rPr>
          <w:lang w:val="ru-RU"/>
        </w:rPr>
        <w:t xml:space="preserve"> [фигуре Шри Кришны]. Как сам он утверждает: "Предмет Десятой Книги – десятый предмет в списке, а именно, Всевышний Владыка, убежище преданных Ему душ". Подобные определения он дает всем Книгам </w:t>
      </w:r>
      <w:r w:rsidRPr="008E0C69">
        <w:rPr>
          <w:rStyle w:val="TextTranslationItalic"/>
          <w:lang w:val="ru-RU"/>
        </w:rPr>
        <w:t>Шри</w:t>
      </w:r>
      <w:r w:rsidRPr="008E0C69">
        <w:rPr>
          <w:lang w:val="ru-RU"/>
        </w:rPr>
        <w:t xml:space="preserve"> </w:t>
      </w:r>
      <w:proofErr w:type="spellStart"/>
      <w:r w:rsidRPr="008E0C69">
        <w:rPr>
          <w:rStyle w:val="TextTranslationItalic"/>
          <w:lang w:val="ru-RU"/>
        </w:rPr>
        <w:t>Бхагаваты</w:t>
      </w:r>
      <w:proofErr w:type="spellEnd"/>
      <w:r w:rsidRPr="008E0C69">
        <w:rPr>
          <w:lang w:val="ru-RU"/>
        </w:rPr>
        <w:t>.</w:t>
      </w:r>
    </w:p>
    <w:p w14:paraId="24F90508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042D0B6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В своих комментариях к </w:t>
      </w:r>
      <w:r w:rsidRPr="00DA0238">
        <w:rPr>
          <w:rStyle w:val="TextTranslationItalic"/>
          <w:lang w:val="ru-RU"/>
        </w:rPr>
        <w:t xml:space="preserve">Шри </w:t>
      </w:r>
      <w:proofErr w:type="spellStart"/>
      <w:r w:rsidRPr="00DA0238">
        <w:rPr>
          <w:rStyle w:val="TextTranslationItalic"/>
          <w:lang w:val="ru-RU"/>
        </w:rPr>
        <w:t>Бхагавате</w:t>
      </w:r>
      <w:proofErr w:type="spellEnd"/>
      <w:r w:rsidRPr="00DA0238">
        <w:rPr>
          <w:lang w:val="ru-RU"/>
        </w:rPr>
        <w:t xml:space="preserve"> </w:t>
      </w:r>
      <w:proofErr w:type="spellStart"/>
      <w:r w:rsidRPr="00DA0238">
        <w:rPr>
          <w:lang w:val="ru-RU"/>
        </w:rPr>
        <w:t>Шридхара</w:t>
      </w:r>
      <w:proofErr w:type="spellEnd"/>
      <w:r w:rsidRPr="00DA0238">
        <w:rPr>
          <w:lang w:val="ru-RU"/>
        </w:rPr>
        <w:t xml:space="preserve"> Свами высказывается в том смысле, что буквально каждая Книга Повести прямо или косвенно касается всех десяти означенных предметов. Исходя из этого</w:t>
      </w:r>
      <w:r w:rsidR="006F15F2" w:rsidRPr="00DA0238">
        <w:rPr>
          <w:lang w:val="ru-RU"/>
        </w:rPr>
        <w:t>,</w:t>
      </w:r>
      <w:r w:rsidRPr="00DA0238">
        <w:rPr>
          <w:lang w:val="ru-RU"/>
        </w:rPr>
        <w:t xml:space="preserve"> приобрет</w:t>
      </w:r>
      <w:r w:rsidR="00831AA1">
        <w:rPr>
          <w:lang w:val="ru-RU"/>
        </w:rPr>
        <w:t>ает новое звучание стих (2.10.2)</w:t>
      </w:r>
      <w:r w:rsidRPr="00DA0238">
        <w:rPr>
          <w:lang w:val="ru-RU"/>
        </w:rPr>
        <w:t>:</w:t>
      </w:r>
      <w:r w:rsidR="00831AA1">
        <w:rPr>
          <w:lang w:val="ru-RU"/>
        </w:rPr>
        <w:t xml:space="preserve"> </w:t>
      </w:r>
      <w:r w:rsidRPr="00DA0238">
        <w:rPr>
          <w:lang w:val="ru-RU"/>
        </w:rPr>
        <w:t xml:space="preserve">"…добыто </w:t>
      </w:r>
      <w:r w:rsidR="0032043C" w:rsidRPr="0032043C">
        <w:rPr>
          <w:lang w:val="ru-RU"/>
        </w:rPr>
        <w:t>непосредственно и через подразумеваемый смысл</w:t>
      </w:r>
      <w:r w:rsidRPr="00DA0238">
        <w:rPr>
          <w:lang w:val="ru-RU"/>
        </w:rPr>
        <w:t>".</w:t>
      </w:r>
      <w:r w:rsidR="0032043C">
        <w:rPr>
          <w:lang w:val="ru-RU"/>
        </w:rPr>
        <w:t xml:space="preserve"> </w:t>
      </w:r>
      <w:r w:rsidRPr="00DA0238">
        <w:rPr>
          <w:lang w:val="ru-RU"/>
        </w:rPr>
        <w:t>"</w:t>
      </w:r>
      <w:r w:rsidR="0032043C">
        <w:rPr>
          <w:lang w:val="ru-RU"/>
        </w:rPr>
        <w:t>Н</w:t>
      </w:r>
      <w:r w:rsidR="0032043C" w:rsidRPr="0032043C">
        <w:rPr>
          <w:lang w:val="ru-RU"/>
        </w:rPr>
        <w:t>епосредственно и через подразумеваемый смысл</w:t>
      </w:r>
      <w:r w:rsidR="0032043C">
        <w:rPr>
          <w:lang w:val="ru-RU"/>
        </w:rPr>
        <w:t>"</w:t>
      </w:r>
      <w:r w:rsidR="0032043C" w:rsidRPr="0032043C">
        <w:rPr>
          <w:lang w:val="ru-RU"/>
        </w:rPr>
        <w:t xml:space="preserve"> </w:t>
      </w:r>
      <w:r w:rsidRPr="00DA0238">
        <w:rPr>
          <w:lang w:val="ru-RU"/>
        </w:rPr>
        <w:t xml:space="preserve">как раз означает "либо прямо, либо косвенно". Действительно, все предметы из списка прямо или косвенно рассматриваются во всей </w:t>
      </w:r>
      <w:proofErr w:type="spellStart"/>
      <w:r w:rsidRPr="00DA0238">
        <w:rPr>
          <w:rStyle w:val="TextTranslationItalic"/>
          <w:lang w:val="ru-RU"/>
        </w:rPr>
        <w:t>Бхагавате</w:t>
      </w:r>
      <w:proofErr w:type="spellEnd"/>
      <w:r w:rsidRPr="00DA0238">
        <w:rPr>
          <w:rStyle w:val="TextTranslationItalic"/>
          <w:lang w:val="ru-RU"/>
        </w:rPr>
        <w:t>.</w:t>
      </w:r>
      <w:r w:rsidRPr="00DA0238">
        <w:rPr>
          <w:lang w:val="ru-RU"/>
        </w:rPr>
        <w:t xml:space="preserve"> По этой же причине следует признать, что Первая и Вторая Книги также принадлежат к </w:t>
      </w:r>
      <w:r w:rsidRPr="00DA0238">
        <w:rPr>
          <w:rStyle w:val="TextTranslationItalic"/>
          <w:lang w:val="ru-RU"/>
        </w:rPr>
        <w:t>Маха</w:t>
      </w:r>
      <w:r w:rsidRPr="00DA0238">
        <w:rPr>
          <w:lang w:val="ru-RU"/>
        </w:rPr>
        <w:t xml:space="preserve"> </w:t>
      </w:r>
      <w:proofErr w:type="spellStart"/>
      <w:r w:rsidRPr="00DA0238">
        <w:rPr>
          <w:rStyle w:val="TextTranslationItalic"/>
          <w:lang w:val="ru-RU"/>
        </w:rPr>
        <w:t>Пуране</w:t>
      </w:r>
      <w:proofErr w:type="spellEnd"/>
      <w:r w:rsidRPr="00DA0238">
        <w:rPr>
          <w:lang w:val="ru-RU"/>
        </w:rPr>
        <w:t>. Итак, мы не признаем то, что десять предметов обсуждаются здесь в строгой последовательности.</w:t>
      </w:r>
    </w:p>
    <w:p w14:paraId="1E4D909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0AFB1DE" w14:textId="77777777" w:rsidR="003B67ED" w:rsidRPr="00DA0238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62</w:t>
      </w:r>
      <w:r w:rsidR="00941FBE">
        <w:rPr>
          <w:b/>
          <w:lang w:val="ru-RU"/>
        </w:rPr>
        <w:t>.</w:t>
      </w:r>
    </w:p>
    <w:p w14:paraId="0F47537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E58B599" w14:textId="77777777" w:rsidR="003B67ED" w:rsidRDefault="002B41BF" w:rsidP="004E41B6">
      <w:pPr>
        <w:pStyle w:val="TextTranslation"/>
        <w:ind w:firstLine="180"/>
        <w:rPr>
          <w:lang w:val="ru-RU"/>
        </w:rPr>
      </w:pP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описывает признаки десяти обсуждаемых предметов, первым из которых названо творение:</w:t>
      </w:r>
    </w:p>
    <w:p w14:paraId="6C3B741D" w14:textId="77777777" w:rsidR="003D6AC0" w:rsidRDefault="003D6AC0" w:rsidP="004E41B6">
      <w:pPr>
        <w:pStyle w:val="TextTranslation"/>
        <w:ind w:firstLine="180"/>
        <w:rPr>
          <w:lang w:val="ru-RU"/>
        </w:rPr>
      </w:pPr>
    </w:p>
    <w:p w14:paraId="3FE26BF4" w14:textId="77777777" w:rsidR="0024053D" w:rsidRPr="0024053D" w:rsidRDefault="003D6AC0" w:rsidP="003D6AC0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авйакрита</w:t>
      </w:r>
      <w:proofErr w:type="spellEnd"/>
      <w:r w:rsidRPr="0024053D">
        <w:rPr>
          <w:b/>
          <w:i/>
          <w:lang w:val="ru-RU"/>
        </w:rPr>
        <w:t>-гуна-</w:t>
      </w:r>
      <w:proofErr w:type="spellStart"/>
      <w:r w:rsidRPr="0024053D">
        <w:rPr>
          <w:b/>
          <w:i/>
          <w:lang w:val="ru-RU"/>
        </w:rPr>
        <w:t>кшобхан</w:t>
      </w:r>
      <w:proofErr w:type="spellEnd"/>
    </w:p>
    <w:p w14:paraId="6C544D60" w14:textId="77777777" w:rsidR="0024053D" w:rsidRPr="0024053D" w:rsidRDefault="003D6AC0" w:rsidP="003D6AC0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махатас</w:t>
      </w:r>
      <w:proofErr w:type="spellEnd"/>
      <w:r w:rsidRPr="0024053D">
        <w:rPr>
          <w:b/>
          <w:i/>
          <w:lang w:val="ru-RU"/>
        </w:rPr>
        <w:t xml:space="preserve"> три-</w:t>
      </w:r>
      <w:proofErr w:type="spellStart"/>
      <w:r w:rsidRPr="0024053D">
        <w:rPr>
          <w:b/>
          <w:i/>
          <w:lang w:val="ru-RU"/>
        </w:rPr>
        <w:t>врито</w:t>
      </w:r>
      <w:proofErr w:type="spellEnd"/>
      <w:r w:rsidRPr="0024053D">
        <w:rPr>
          <w:b/>
          <w:i/>
          <w:lang w:val="ru-RU"/>
        </w:rPr>
        <w:t xml:space="preserve"> ’хамах</w:t>
      </w:r>
    </w:p>
    <w:p w14:paraId="79293EA1" w14:textId="77777777" w:rsidR="0024053D" w:rsidRPr="0024053D" w:rsidRDefault="003D6AC0" w:rsidP="003D6AC0">
      <w:pPr>
        <w:ind w:firstLine="180"/>
        <w:rPr>
          <w:b/>
          <w:i/>
          <w:lang w:val="ru-RU"/>
        </w:rPr>
      </w:pPr>
      <w:r w:rsidRPr="0024053D">
        <w:rPr>
          <w:b/>
          <w:i/>
          <w:lang w:val="ru-RU"/>
        </w:rPr>
        <w:t>бхута-</w:t>
      </w:r>
      <w:proofErr w:type="spellStart"/>
      <w:r w:rsidRPr="0024053D">
        <w:rPr>
          <w:b/>
          <w:i/>
          <w:lang w:val="ru-RU"/>
        </w:rPr>
        <w:t>сукшмендрийартханам</w:t>
      </w:r>
      <w:proofErr w:type="spellEnd"/>
    </w:p>
    <w:p w14:paraId="3E548FC3" w14:textId="77777777" w:rsidR="0024053D" w:rsidRDefault="003D6AC0" w:rsidP="004E41B6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самбхавах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сарга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учйате</w:t>
      </w:r>
      <w:proofErr w:type="spellEnd"/>
    </w:p>
    <w:p w14:paraId="4D1C0D9F" w14:textId="77777777" w:rsidR="0024053D" w:rsidRDefault="0024053D" w:rsidP="004E41B6">
      <w:pPr>
        <w:ind w:firstLine="180"/>
        <w:rPr>
          <w:b/>
          <w:i/>
          <w:lang w:val="ru-RU"/>
        </w:rPr>
      </w:pPr>
    </w:p>
    <w:p w14:paraId="4843682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"От возбуждения первых состояний непроявленной природы возникает первичное вещество. Из этого вещества появляется самость, что делится на три подвида. Тройственная самость далее проявляется как стихии, чувства и силы, управляющие чувствами. Все это в совокупности есть первичное творение [</w:t>
      </w:r>
      <w:proofErr w:type="spellStart"/>
      <w:r w:rsidRPr="00DA0238">
        <w:rPr>
          <w:rStyle w:val="TextTranslationItalic"/>
          <w:lang w:val="ru-RU"/>
        </w:rPr>
        <w:t>сарга</w:t>
      </w:r>
      <w:proofErr w:type="spellEnd"/>
      <w:r w:rsidR="006F15F2" w:rsidRPr="00DA0238">
        <w:rPr>
          <w:lang w:val="ru-RU"/>
        </w:rPr>
        <w:t xml:space="preserve">]" </w:t>
      </w:r>
      <w:r w:rsidR="00E97E50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Шримад-Бхагаватам</w:t>
      </w:r>
      <w:proofErr w:type="spellEnd"/>
      <w:r w:rsidR="00E97E50">
        <w:rPr>
          <w:lang w:val="ru-RU"/>
        </w:rPr>
        <w:t xml:space="preserve"> 12.7.11)</w:t>
      </w:r>
      <w:r w:rsidRPr="00DA0238">
        <w:rPr>
          <w:lang w:val="ru-RU"/>
        </w:rPr>
        <w:t>.</w:t>
      </w:r>
    </w:p>
    <w:p w14:paraId="5D0050E6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02C7D7D" w14:textId="77777777" w:rsidR="003B67ED" w:rsidRPr="00DA0238" w:rsidRDefault="00831AA1" w:rsidP="004E41B6">
      <w:pPr>
        <w:pStyle w:val="TextTranslation"/>
        <w:ind w:firstLine="180"/>
        <w:rPr>
          <w:lang w:val="ru-RU"/>
        </w:rPr>
      </w:pPr>
      <w:r w:rsidRPr="00831AA1">
        <w:rPr>
          <w:rStyle w:val="TextTranslationItalic"/>
          <w:i w:val="0"/>
          <w:lang w:val="ru-RU"/>
        </w:rPr>
        <w:t>Первичное вещество [</w:t>
      </w:r>
      <w:proofErr w:type="spellStart"/>
      <w:r>
        <w:rPr>
          <w:rStyle w:val="TextTranslationItalic"/>
          <w:lang w:val="ru-RU"/>
        </w:rPr>
        <w:t>м</w:t>
      </w:r>
      <w:r w:rsidR="002B41BF" w:rsidRPr="00DA0238">
        <w:rPr>
          <w:rStyle w:val="TextTranslationItalic"/>
          <w:lang w:val="ru-RU"/>
        </w:rPr>
        <w:t>ахат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таттва</w:t>
      </w:r>
      <w:proofErr w:type="spellEnd"/>
      <w:r w:rsidRPr="00831AA1">
        <w:rPr>
          <w:rStyle w:val="TextTranslationItalic"/>
          <w:i w:val="0"/>
          <w:lang w:val="ru-RU"/>
        </w:rPr>
        <w:t>]</w:t>
      </w:r>
      <w:r w:rsidR="002B41BF" w:rsidRPr="00DA0238">
        <w:rPr>
          <w:lang w:val="ru-RU"/>
        </w:rPr>
        <w:t xml:space="preserve"> появляется на свет, когда приходит в возбуждение первичная спящая природа </w:t>
      </w:r>
      <w:r w:rsidR="00C01709" w:rsidRPr="00C01709">
        <w:rPr>
          <w:lang w:val="ru-RU"/>
        </w:rPr>
        <w:t>(</w:t>
      </w:r>
      <w:proofErr w:type="spellStart"/>
      <w:r w:rsidR="00C01709" w:rsidRPr="00C01709">
        <w:rPr>
          <w:lang w:val="ru-RU"/>
        </w:rPr>
        <w:t>первостояние</w:t>
      </w:r>
      <w:proofErr w:type="spellEnd"/>
      <w:r w:rsidR="00C01709" w:rsidRPr="00C01709">
        <w:rPr>
          <w:lang w:val="ru-RU"/>
        </w:rPr>
        <w:t>)</w:t>
      </w:r>
      <w:r w:rsidR="00C01709">
        <w:rPr>
          <w:lang w:val="ru-RU"/>
        </w:rPr>
        <w:t xml:space="preserve"> </w:t>
      </w:r>
      <w:r w:rsidR="002B41BF" w:rsidRPr="00DA0238">
        <w:rPr>
          <w:lang w:val="ru-RU"/>
        </w:rPr>
        <w:t>[</w:t>
      </w:r>
      <w:proofErr w:type="spellStart"/>
      <w:r w:rsidR="002B41BF" w:rsidRPr="00DA0238">
        <w:rPr>
          <w:rStyle w:val="TextTranslationItalic"/>
          <w:lang w:val="ru-RU"/>
        </w:rPr>
        <w:t>прадхана</w:t>
      </w:r>
      <w:proofErr w:type="spellEnd"/>
      <w:r w:rsidR="002B41BF" w:rsidRPr="00DA0238">
        <w:rPr>
          <w:lang w:val="ru-RU"/>
        </w:rPr>
        <w:t xml:space="preserve">], а из </w:t>
      </w:r>
      <w:proofErr w:type="spellStart"/>
      <w:r w:rsidR="002B41BF" w:rsidRPr="00DA0238">
        <w:rPr>
          <w:rStyle w:val="TextTranslationItalic"/>
          <w:lang w:val="ru-RU"/>
        </w:rPr>
        <w:t>махат</w:t>
      </w:r>
      <w:r w:rsidR="002B41BF" w:rsidRPr="00DA0238">
        <w:rPr>
          <w:lang w:val="ru-RU"/>
        </w:rPr>
        <w:t>-</w:t>
      </w:r>
      <w:r w:rsidR="002B41BF" w:rsidRPr="00DA0238">
        <w:rPr>
          <w:rStyle w:val="TextTranslationItalic"/>
          <w:lang w:val="ru-RU"/>
        </w:rPr>
        <w:t>таттвы</w:t>
      </w:r>
      <w:proofErr w:type="spellEnd"/>
      <w:r w:rsidR="002B41BF" w:rsidRPr="00DA0238">
        <w:rPr>
          <w:lang w:val="ru-RU"/>
        </w:rPr>
        <w:t xml:space="preserve"> появляется самость в трех возможных состояниях. Из этой троичной </w:t>
      </w:r>
      <w:r w:rsidR="002B41BF" w:rsidRPr="00DA0238">
        <w:rPr>
          <w:lang w:val="ru-RU"/>
        </w:rPr>
        <w:lastRenderedPageBreak/>
        <w:t>самости происходят три тонки</w:t>
      </w:r>
      <w:r w:rsidR="006F15F2" w:rsidRPr="00DA0238">
        <w:rPr>
          <w:lang w:val="ru-RU"/>
        </w:rPr>
        <w:t>е</w:t>
      </w:r>
      <w:r w:rsidR="002B41BF" w:rsidRPr="00DA0238">
        <w:rPr>
          <w:lang w:val="ru-RU"/>
        </w:rPr>
        <w:t xml:space="preserve"> стихии, чувства и осязаемые стихии. Появление стихий предполагает также наличие сил, что ими управляют. Все это в совокупности представляет собой "</w:t>
      </w:r>
      <w:proofErr w:type="spellStart"/>
      <w:r w:rsidR="002B41BF" w:rsidRPr="00DA0238">
        <w:rPr>
          <w:rStyle w:val="TextTranslationItalic"/>
          <w:lang w:val="ru-RU"/>
        </w:rPr>
        <w:t>саргу</w:t>
      </w:r>
      <w:proofErr w:type="spellEnd"/>
      <w:r w:rsidR="002B41BF" w:rsidRPr="00DA0238">
        <w:rPr>
          <w:lang w:val="ru-RU"/>
        </w:rPr>
        <w:t>" – скрытую причину творения</w:t>
      </w:r>
      <w:r w:rsidR="00C01709">
        <w:rPr>
          <w:lang w:val="ru-RU"/>
        </w:rPr>
        <w:t>, или первичное творение</w:t>
      </w:r>
      <w:r w:rsidR="002B41BF" w:rsidRPr="00DA0238">
        <w:rPr>
          <w:lang w:val="ru-RU"/>
        </w:rPr>
        <w:t>.</w:t>
      </w:r>
    </w:p>
    <w:p w14:paraId="75D720D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914B33F" w14:textId="77777777" w:rsidR="003B67ED" w:rsidRDefault="002B41BF" w:rsidP="004E41B6">
      <w:pPr>
        <w:pStyle w:val="TextTranslation"/>
        <w:ind w:firstLine="180"/>
        <w:outlineLvl w:val="0"/>
        <w:rPr>
          <w:lang w:val="ru-RU"/>
        </w:rPr>
      </w:pP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продолжает:</w:t>
      </w:r>
    </w:p>
    <w:p w14:paraId="0A2D668F" w14:textId="77777777" w:rsidR="0024053D" w:rsidRPr="00DA0238" w:rsidRDefault="0024053D" w:rsidP="004E41B6">
      <w:pPr>
        <w:pStyle w:val="TextTranslation"/>
        <w:ind w:firstLine="180"/>
        <w:outlineLvl w:val="0"/>
        <w:rPr>
          <w:lang w:val="ru-RU"/>
        </w:rPr>
      </w:pPr>
    </w:p>
    <w:p w14:paraId="0AC43A4B" w14:textId="77777777" w:rsidR="0024053D" w:rsidRDefault="0024053D" w:rsidP="0024053D">
      <w:pPr>
        <w:ind w:firstLine="180"/>
        <w:rPr>
          <w:b/>
          <w:i/>
          <w:lang w:val="ru-RU"/>
        </w:rPr>
      </w:pPr>
      <w:proofErr w:type="spellStart"/>
      <w:r>
        <w:rPr>
          <w:b/>
          <w:i/>
          <w:lang w:val="ru-RU"/>
        </w:rPr>
        <w:t>п</w:t>
      </w:r>
      <w:r w:rsidRPr="0024053D">
        <w:rPr>
          <w:b/>
          <w:i/>
          <w:lang w:val="ru-RU"/>
        </w:rPr>
        <w:t>урушанугрихитанам</w:t>
      </w:r>
      <w:proofErr w:type="spellEnd"/>
    </w:p>
    <w:p w14:paraId="24FD0785" w14:textId="77777777" w:rsidR="0024053D" w:rsidRDefault="0024053D" w:rsidP="0024053D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этешам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васана-майах</w:t>
      </w:r>
      <w:proofErr w:type="spellEnd"/>
    </w:p>
    <w:p w14:paraId="1A163C9B" w14:textId="77777777" w:rsidR="0024053D" w:rsidRDefault="0024053D" w:rsidP="0024053D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висарго</w:t>
      </w:r>
      <w:proofErr w:type="spellEnd"/>
      <w:r w:rsidRPr="0024053D">
        <w:rPr>
          <w:b/>
          <w:i/>
          <w:lang w:val="ru-RU"/>
        </w:rPr>
        <w:t xml:space="preserve"> ’</w:t>
      </w:r>
      <w:proofErr w:type="spellStart"/>
      <w:r w:rsidRPr="0024053D">
        <w:rPr>
          <w:b/>
          <w:i/>
          <w:lang w:val="ru-RU"/>
        </w:rPr>
        <w:t>йам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самахаро</w:t>
      </w:r>
      <w:proofErr w:type="spellEnd"/>
    </w:p>
    <w:p w14:paraId="621FBE21" w14:textId="77777777" w:rsidR="0024053D" w:rsidRDefault="0024053D" w:rsidP="004E41B6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биджад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биджам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чарачарам</w:t>
      </w:r>
      <w:proofErr w:type="spellEnd"/>
    </w:p>
    <w:p w14:paraId="76CDDE30" w14:textId="77777777" w:rsidR="0050230D" w:rsidRDefault="0050230D" w:rsidP="004E41B6">
      <w:pPr>
        <w:ind w:firstLine="180"/>
        <w:rPr>
          <w:b/>
          <w:i/>
          <w:lang w:val="ru-RU"/>
        </w:rPr>
      </w:pPr>
    </w:p>
    <w:p w14:paraId="52D1CE59" w14:textId="77777777" w:rsidR="003B67ED" w:rsidRPr="008E0C69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"За первичным творением [</w:t>
      </w:r>
      <w:proofErr w:type="spellStart"/>
      <w:r>
        <w:rPr>
          <w:rStyle w:val="TextTranslationItalic"/>
          <w:lang w:val="ru-RU"/>
        </w:rPr>
        <w:t>саргой</w:t>
      </w:r>
      <w:proofErr w:type="spellEnd"/>
      <w:r>
        <w:rPr>
          <w:lang w:val="ru-RU"/>
        </w:rPr>
        <w:t>] следует милостью Божьей вторичное [</w:t>
      </w:r>
      <w:proofErr w:type="spellStart"/>
      <w:r w:rsidRPr="008E0C69">
        <w:rPr>
          <w:rStyle w:val="TextTranslationItalic"/>
          <w:lang w:val="ru-RU"/>
        </w:rPr>
        <w:t>висарга</w:t>
      </w:r>
      <w:proofErr w:type="spellEnd"/>
      <w:r w:rsidRPr="008E0C69">
        <w:rPr>
          <w:lang w:val="ru-RU"/>
        </w:rPr>
        <w:t>], когда проявляются в совокупности прежние желания отдельных наблюдателей — когда в их сознании образуются предметы восприятия. При этом возникает понятие греха и благодеяния и запускается колесо жизни и смерти, когда из семени рождается тело, производящее новые семена". (</w:t>
      </w:r>
      <w:proofErr w:type="spellStart"/>
      <w:r w:rsidRPr="008E0C69">
        <w:rPr>
          <w:i/>
          <w:lang w:val="ru-RU"/>
        </w:rPr>
        <w:t>Шримад-Бхагаватам</w:t>
      </w:r>
      <w:proofErr w:type="spellEnd"/>
      <w:r w:rsidRPr="008E0C69">
        <w:rPr>
          <w:lang w:val="ru-RU"/>
        </w:rPr>
        <w:t xml:space="preserve"> 12.7.12).</w:t>
      </w:r>
    </w:p>
    <w:p w14:paraId="55E6105C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760E8611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Здесь "</w:t>
      </w:r>
      <w:r w:rsidRPr="00DA0238">
        <w:rPr>
          <w:rStyle w:val="TextTranslationItalic"/>
          <w:lang w:val="ru-RU"/>
        </w:rPr>
        <w:t>пуруша</w:t>
      </w:r>
      <w:r w:rsidRPr="00DA0238">
        <w:rPr>
          <w:lang w:val="ru-RU"/>
        </w:rPr>
        <w:t>" [существо] означает Высшее Существо, а "</w:t>
      </w:r>
      <w:proofErr w:type="spellStart"/>
      <w:r w:rsidRPr="00DA0238">
        <w:rPr>
          <w:rStyle w:val="TextTranslationItalic"/>
          <w:lang w:val="ru-RU"/>
        </w:rPr>
        <w:t>этешам</w:t>
      </w:r>
      <w:proofErr w:type="spellEnd"/>
      <w:r w:rsidRPr="00DA0238">
        <w:rPr>
          <w:lang w:val="ru-RU"/>
        </w:rPr>
        <w:t xml:space="preserve">" [эти] означает стихии, </w:t>
      </w:r>
      <w:r w:rsidR="006F15F2" w:rsidRPr="00DA0238">
        <w:rPr>
          <w:lang w:val="ru-RU"/>
        </w:rPr>
        <w:t>начинающиеся</w:t>
      </w:r>
      <w:r w:rsidRPr="00DA0238">
        <w:rPr>
          <w:lang w:val="ru-RU"/>
        </w:rPr>
        <w:t xml:space="preserve"> с </w:t>
      </w:r>
      <w:r w:rsidR="00C01709">
        <w:rPr>
          <w:lang w:val="ru-RU"/>
        </w:rPr>
        <w:t>первичного вещества [</w:t>
      </w:r>
      <w:proofErr w:type="spellStart"/>
      <w:r w:rsidRPr="00DA0238">
        <w:rPr>
          <w:rStyle w:val="TextTranslationItalic"/>
          <w:lang w:val="ru-RU"/>
        </w:rPr>
        <w:t>махат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таттвы</w:t>
      </w:r>
      <w:proofErr w:type="spellEnd"/>
      <w:r w:rsidR="00C01709" w:rsidRPr="00C01709">
        <w:rPr>
          <w:rStyle w:val="TextTranslationItalic"/>
          <w:i w:val="0"/>
          <w:lang w:val="ru-RU"/>
        </w:rPr>
        <w:t>]</w:t>
      </w:r>
      <w:r w:rsidRPr="00DA0238">
        <w:rPr>
          <w:rStyle w:val="TextTranslationItalic"/>
          <w:lang w:val="ru-RU"/>
        </w:rPr>
        <w:t>.</w:t>
      </w:r>
      <w:r w:rsidRPr="00DA0238">
        <w:rPr>
          <w:lang w:val="ru-RU"/>
        </w:rPr>
        <w:t xml:space="preserve"> Первая причина, по которой стихии начинают взаимодействовать</w:t>
      </w:r>
      <w:r w:rsidR="006F15F2" w:rsidRPr="00DA0238">
        <w:rPr>
          <w:lang w:val="ru-RU"/>
        </w:rPr>
        <w:t>,</w:t>
      </w:r>
      <w:r w:rsidRPr="00DA0238">
        <w:rPr>
          <w:lang w:val="ru-RU"/>
        </w:rPr>
        <w:t xml:space="preserve"> – это </w:t>
      </w:r>
      <w:r w:rsidRPr="00DA0238">
        <w:rPr>
          <w:rStyle w:val="TextTranslationItalic"/>
          <w:lang w:val="ru-RU"/>
        </w:rPr>
        <w:t>карма</w:t>
      </w:r>
      <w:r w:rsidRPr="00DA0238">
        <w:rPr>
          <w:lang w:val="ru-RU"/>
        </w:rPr>
        <w:t xml:space="preserve"> [следствия деяний] многочисленных душ [</w:t>
      </w:r>
      <w:r w:rsidRPr="00DA0238">
        <w:rPr>
          <w:rStyle w:val="TextTranslationItalic"/>
          <w:lang w:val="ru-RU"/>
        </w:rPr>
        <w:t>джив</w:t>
      </w:r>
      <w:r w:rsidRPr="00DA0238">
        <w:rPr>
          <w:lang w:val="ru-RU"/>
        </w:rPr>
        <w:t>], котор</w:t>
      </w:r>
      <w:r w:rsidR="006F15F2" w:rsidRPr="00DA0238">
        <w:rPr>
          <w:lang w:val="ru-RU"/>
        </w:rPr>
        <w:t>ую</w:t>
      </w:r>
      <w:r w:rsidRPr="00DA0238">
        <w:rPr>
          <w:lang w:val="ru-RU"/>
        </w:rPr>
        <w:t xml:space="preserve"> они накопили в прошлых жизнях. Так подвижные и недвиж</w:t>
      </w:r>
      <w:r w:rsidR="00C01709">
        <w:rPr>
          <w:lang w:val="ru-RU"/>
        </w:rPr>
        <w:t>им</w:t>
      </w:r>
      <w:r w:rsidRPr="00DA0238">
        <w:rPr>
          <w:lang w:val="ru-RU"/>
        </w:rPr>
        <w:t>ые существа вращаются в бесконечном колесе перерождений, производя из тела семя, из которого происходит новое тело. Этот непрерывный поток именуется "</w:t>
      </w:r>
      <w:proofErr w:type="spellStart"/>
      <w:r w:rsidRPr="00DA0238">
        <w:rPr>
          <w:rStyle w:val="TextTranslationItalic"/>
          <w:lang w:val="ru-RU"/>
        </w:rPr>
        <w:t>висаргой</w:t>
      </w:r>
      <w:proofErr w:type="spellEnd"/>
      <w:r w:rsidRPr="00DA0238">
        <w:rPr>
          <w:lang w:val="ru-RU"/>
        </w:rPr>
        <w:t xml:space="preserve">", </w:t>
      </w:r>
      <w:r w:rsidR="006F15F2" w:rsidRPr="00DA0238">
        <w:rPr>
          <w:lang w:val="ru-RU"/>
        </w:rPr>
        <w:t>вторичным</w:t>
      </w:r>
      <w:r w:rsidRPr="00DA0238">
        <w:rPr>
          <w:lang w:val="ru-RU"/>
        </w:rPr>
        <w:t xml:space="preserve"> творением. Иначе говоря, "</w:t>
      </w:r>
      <w:proofErr w:type="spellStart"/>
      <w:r w:rsidRPr="00DA0238">
        <w:rPr>
          <w:rStyle w:val="TextTranslationItalic"/>
          <w:lang w:val="ru-RU"/>
        </w:rPr>
        <w:t>висарга</w:t>
      </w:r>
      <w:proofErr w:type="spellEnd"/>
      <w:r w:rsidR="006F15F2" w:rsidRPr="00DA0238">
        <w:rPr>
          <w:lang w:val="ru-RU"/>
        </w:rPr>
        <w:t>"</w:t>
      </w:r>
      <w:r w:rsidRPr="00DA0238">
        <w:rPr>
          <w:lang w:val="ru-RU"/>
        </w:rPr>
        <w:t xml:space="preserve"> есть производство отдельных тел. Таким образом, при обсуждении предмета </w:t>
      </w:r>
      <w:proofErr w:type="spellStart"/>
      <w:r w:rsidRPr="00DA0238">
        <w:rPr>
          <w:rStyle w:val="TextTranslationItalic"/>
          <w:lang w:val="ru-RU"/>
        </w:rPr>
        <w:t>висарги</w:t>
      </w:r>
      <w:proofErr w:type="spellEnd"/>
      <w:r w:rsidRPr="00DA0238">
        <w:rPr>
          <w:lang w:val="ru-RU"/>
        </w:rPr>
        <w:t xml:space="preserve"> мы выходим на такое явление, как </w:t>
      </w:r>
      <w:r w:rsidR="00C01709">
        <w:rPr>
          <w:lang w:val="ru-RU"/>
        </w:rPr>
        <w:t>побуждение к деятельности</w:t>
      </w:r>
      <w:r w:rsidRPr="00DA0238">
        <w:rPr>
          <w:lang w:val="ru-RU"/>
        </w:rPr>
        <w:t>.</w:t>
      </w:r>
    </w:p>
    <w:p w14:paraId="263A228E" w14:textId="77777777" w:rsidR="0024053D" w:rsidRPr="00DA0238" w:rsidRDefault="0024053D" w:rsidP="004E41B6">
      <w:pPr>
        <w:pStyle w:val="TextTranslation"/>
        <w:ind w:firstLine="180"/>
        <w:rPr>
          <w:lang w:val="ru-RU"/>
        </w:rPr>
      </w:pPr>
    </w:p>
    <w:p w14:paraId="1F4C561D" w14:textId="77777777" w:rsidR="0024053D" w:rsidRDefault="0024053D" w:rsidP="004E41B6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вриттир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бхутани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бхутанам</w:t>
      </w:r>
      <w:proofErr w:type="spellEnd"/>
    </w:p>
    <w:p w14:paraId="4E9056AC" w14:textId="77777777" w:rsidR="0024053D" w:rsidRDefault="0024053D" w:rsidP="004E41B6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чаранам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ачарани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ча</w:t>
      </w:r>
      <w:proofErr w:type="spellEnd"/>
    </w:p>
    <w:p w14:paraId="1259F0E9" w14:textId="77777777" w:rsidR="0024053D" w:rsidRDefault="0024053D" w:rsidP="004E41B6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крита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свена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нринам</w:t>
      </w:r>
      <w:proofErr w:type="spellEnd"/>
      <w:r w:rsidRPr="0024053D">
        <w:rPr>
          <w:b/>
          <w:i/>
          <w:lang w:val="ru-RU"/>
        </w:rPr>
        <w:t xml:space="preserve"> татра</w:t>
      </w:r>
    </w:p>
    <w:p w14:paraId="1F7BC7C1" w14:textId="77777777" w:rsidR="0024053D" w:rsidRDefault="0024053D" w:rsidP="004E41B6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камач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чоданайапи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ва</w:t>
      </w:r>
      <w:proofErr w:type="spellEnd"/>
    </w:p>
    <w:p w14:paraId="6AAAF7ED" w14:textId="77777777" w:rsidR="0024053D" w:rsidRDefault="0024053D" w:rsidP="004E41B6">
      <w:pPr>
        <w:ind w:firstLine="180"/>
        <w:rPr>
          <w:b/>
          <w:i/>
          <w:lang w:val="ru-RU"/>
        </w:rPr>
      </w:pPr>
    </w:p>
    <w:p w14:paraId="3BF61D82" w14:textId="77777777" w:rsidR="003B67ED" w:rsidRPr="008E0C69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"Подвижные существа поддерживают себя [</w:t>
      </w:r>
      <w:proofErr w:type="spellStart"/>
      <w:r w:rsidRPr="00DA0238">
        <w:rPr>
          <w:rStyle w:val="TextTranslationItalic"/>
          <w:lang w:val="ru-RU"/>
        </w:rPr>
        <w:t>вритти</w:t>
      </w:r>
      <w:proofErr w:type="spellEnd"/>
      <w:r w:rsidRPr="00DA0238">
        <w:rPr>
          <w:lang w:val="ru-RU"/>
        </w:rPr>
        <w:t>] за счет недвижимых. Более свободный живет тем, что потребляет менее свободного. Людям положено поддерживать себя исполнением долга</w:t>
      </w:r>
      <w:r w:rsidR="006F15F2" w:rsidRPr="00DA0238">
        <w:rPr>
          <w:lang w:val="ru-RU"/>
        </w:rPr>
        <w:t>, предписанного высшим законом"</w:t>
      </w:r>
      <w:r w:rsidR="00EE2DA0">
        <w:rPr>
          <w:lang w:val="ru-RU"/>
        </w:rPr>
        <w:t>.</w:t>
      </w:r>
      <w:r w:rsidRPr="00DA0238">
        <w:rPr>
          <w:lang w:val="ru-RU"/>
        </w:rPr>
        <w:t xml:space="preserve"> </w:t>
      </w:r>
      <w:r w:rsidR="00322214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Шримад-Б</w:t>
      </w:r>
      <w:r w:rsidRPr="008E0C69">
        <w:rPr>
          <w:rStyle w:val="TextTranslationItalic"/>
          <w:lang w:val="ru-RU"/>
        </w:rPr>
        <w:t>хагаватам</w:t>
      </w:r>
      <w:proofErr w:type="spellEnd"/>
      <w:r w:rsidR="00322214" w:rsidRPr="008E0C69">
        <w:rPr>
          <w:lang w:val="ru-RU"/>
        </w:rPr>
        <w:t xml:space="preserve"> 12.7.13)</w:t>
      </w:r>
      <w:r w:rsidRPr="008E0C69">
        <w:rPr>
          <w:lang w:val="ru-RU"/>
        </w:rPr>
        <w:t>.</w:t>
      </w:r>
    </w:p>
    <w:p w14:paraId="6BD6D8F8" w14:textId="77777777" w:rsidR="003B67ED" w:rsidRPr="008E0C69" w:rsidRDefault="003B67ED" w:rsidP="004E41B6">
      <w:pPr>
        <w:ind w:firstLine="180"/>
        <w:rPr>
          <w:b/>
          <w:lang w:val="ru-RU"/>
        </w:rPr>
      </w:pPr>
    </w:p>
    <w:p w14:paraId="2C4E8CA5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8E0C69">
        <w:rPr>
          <w:lang w:val="ru-RU"/>
        </w:rPr>
        <w:t>Подвижные живые существа, как правило, живут за счет неподвижных. Предлог "</w:t>
      </w:r>
      <w:proofErr w:type="spellStart"/>
      <w:r w:rsidRPr="008E0C69">
        <w:rPr>
          <w:rStyle w:val="TextTranslationItalic"/>
          <w:lang w:val="ru-RU"/>
        </w:rPr>
        <w:t>ча</w:t>
      </w:r>
      <w:proofErr w:type="spellEnd"/>
      <w:r w:rsidRPr="008E0C69">
        <w:rPr>
          <w:lang w:val="ru-RU"/>
        </w:rPr>
        <w:t>" [и] здесь указывает на то, что при необходимости подвижные твари могут п</w:t>
      </w:r>
      <w:r>
        <w:rPr>
          <w:lang w:val="ru-RU"/>
        </w:rPr>
        <w:t>окушаться на жизнь себе подобных, подвижных. Людям же предписывается при выборе средства самоподдержания [</w:t>
      </w:r>
      <w:proofErr w:type="spellStart"/>
      <w:r>
        <w:rPr>
          <w:rStyle w:val="TextTranslationItalic"/>
          <w:lang w:val="ru-RU"/>
        </w:rPr>
        <w:t>вритти</w:t>
      </w:r>
      <w:proofErr w:type="spellEnd"/>
      <w:r>
        <w:rPr>
          <w:lang w:val="ru-RU"/>
        </w:rPr>
        <w:t>] руководствоваться своей природой, учитывая и свои наклонности, и заветы Писаний.</w:t>
      </w:r>
    </w:p>
    <w:p w14:paraId="5C7654A8" w14:textId="77777777" w:rsidR="0024053D" w:rsidRDefault="0024053D" w:rsidP="004E41B6">
      <w:pPr>
        <w:pStyle w:val="TextTranslation"/>
        <w:ind w:firstLine="180"/>
        <w:rPr>
          <w:lang w:val="ru-RU"/>
        </w:rPr>
      </w:pPr>
    </w:p>
    <w:p w14:paraId="429A8C25" w14:textId="77777777" w:rsidR="002F5DC3" w:rsidRDefault="002F5DC3" w:rsidP="0024053D">
      <w:pPr>
        <w:ind w:firstLine="180"/>
        <w:rPr>
          <w:b/>
          <w:i/>
          <w:lang w:val="ru-RU"/>
        </w:rPr>
      </w:pPr>
      <w:proofErr w:type="spellStart"/>
      <w:r>
        <w:rPr>
          <w:b/>
          <w:i/>
          <w:lang w:val="ru-RU"/>
        </w:rPr>
        <w:t>р</w:t>
      </w:r>
      <w:r w:rsidR="0024053D" w:rsidRPr="0024053D">
        <w:rPr>
          <w:b/>
          <w:i/>
          <w:lang w:val="ru-RU"/>
        </w:rPr>
        <w:t>акшачйутаватареха</w:t>
      </w:r>
      <w:proofErr w:type="spellEnd"/>
    </w:p>
    <w:p w14:paraId="3DFF3C7C" w14:textId="77777777" w:rsidR="002F5DC3" w:rsidRDefault="0024053D" w:rsidP="0024053D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вишвасйану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йуге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йуге</w:t>
      </w:r>
      <w:proofErr w:type="spellEnd"/>
    </w:p>
    <w:p w14:paraId="03C0411C" w14:textId="77777777" w:rsidR="002F5DC3" w:rsidRDefault="0024053D" w:rsidP="0024053D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тирйан-мартйарши-девешу</w:t>
      </w:r>
      <w:proofErr w:type="spellEnd"/>
    </w:p>
    <w:p w14:paraId="018E7D68" w14:textId="77777777" w:rsidR="0024053D" w:rsidRDefault="0024053D" w:rsidP="0024053D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ханйанте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йаис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трайи-двишах</w:t>
      </w:r>
      <w:proofErr w:type="spellEnd"/>
    </w:p>
    <w:p w14:paraId="526DB507" w14:textId="77777777" w:rsidR="002F5DC3" w:rsidRDefault="002F5DC3" w:rsidP="0024053D">
      <w:pPr>
        <w:ind w:firstLine="180"/>
        <w:rPr>
          <w:b/>
          <w:i/>
          <w:lang w:val="ru-RU"/>
        </w:rPr>
      </w:pPr>
    </w:p>
    <w:p w14:paraId="55C6BAD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"Всевышний оберегает [</w:t>
      </w:r>
      <w:r w:rsidRPr="00DA0238">
        <w:rPr>
          <w:rStyle w:val="TextTranslationItalic"/>
          <w:lang w:val="ru-RU"/>
        </w:rPr>
        <w:t>ракша</w:t>
      </w:r>
      <w:r w:rsidRPr="00DA0238">
        <w:rPr>
          <w:lang w:val="ru-RU"/>
        </w:rPr>
        <w:t xml:space="preserve">] мир, нисходя в его пределы в обличии живых тварей — зверей, людей, мудрецов и богов. Сострадательный к чадам Своим, Он </w:t>
      </w:r>
      <w:r w:rsidRPr="00DA0238">
        <w:rPr>
          <w:lang w:val="ru-RU"/>
        </w:rPr>
        <w:lastRenderedPageBreak/>
        <w:t xml:space="preserve">карает злодеев, уклонившихся </w:t>
      </w:r>
      <w:r w:rsidR="006F15F2" w:rsidRPr="00DA0238">
        <w:rPr>
          <w:lang w:val="ru-RU"/>
        </w:rPr>
        <w:t>от</w:t>
      </w:r>
      <w:r w:rsidRPr="00DA0238">
        <w:rPr>
          <w:lang w:val="ru-RU"/>
        </w:rPr>
        <w:t xml:space="preserve"> праведного пути, и покровительствует честным праведникам"</w:t>
      </w:r>
      <w:r w:rsidR="00EE2DA0">
        <w:rPr>
          <w:lang w:val="ru-RU"/>
        </w:rPr>
        <w:t>.</w:t>
      </w:r>
      <w:r w:rsidR="006F15F2" w:rsidRPr="00DA0238">
        <w:rPr>
          <w:lang w:val="ru-RU"/>
        </w:rPr>
        <w:t xml:space="preserve"> </w:t>
      </w:r>
      <w:r w:rsidR="00941FBE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Шримад-Бхагаватам</w:t>
      </w:r>
      <w:proofErr w:type="spellEnd"/>
      <w:r w:rsidRPr="00DA0238">
        <w:rPr>
          <w:rStyle w:val="TextTranslationItalic"/>
          <w:lang w:val="ru-RU"/>
        </w:rPr>
        <w:t xml:space="preserve"> </w:t>
      </w:r>
      <w:r w:rsidR="00941FBE">
        <w:rPr>
          <w:lang w:val="ru-RU"/>
        </w:rPr>
        <w:t>12.7.14)</w:t>
      </w:r>
      <w:r w:rsidRPr="00DA0238">
        <w:rPr>
          <w:lang w:val="ru-RU"/>
        </w:rPr>
        <w:t>.</w:t>
      </w:r>
    </w:p>
    <w:p w14:paraId="43FB961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5BAAA9B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Местоимение "</w:t>
      </w:r>
      <w:proofErr w:type="spellStart"/>
      <w:r w:rsidRPr="00DA0238">
        <w:rPr>
          <w:rStyle w:val="TextTranslationItalic"/>
          <w:lang w:val="ru-RU"/>
        </w:rPr>
        <w:t>йаих</w:t>
      </w:r>
      <w:proofErr w:type="spellEnd"/>
      <w:r w:rsidRPr="00DA0238">
        <w:rPr>
          <w:lang w:val="ru-RU"/>
        </w:rPr>
        <w:t>" [ими] здесь указывает на "воплощения". Понятие "</w:t>
      </w:r>
      <w:r w:rsidRPr="00DA0238">
        <w:rPr>
          <w:rStyle w:val="TextTranslationItalic"/>
          <w:lang w:val="ru-RU"/>
        </w:rPr>
        <w:t>ракша</w:t>
      </w:r>
      <w:r w:rsidRPr="00DA0238">
        <w:rPr>
          <w:lang w:val="ru-RU"/>
        </w:rPr>
        <w:t xml:space="preserve">" [покровительство] рассматривается в трех из десяти вышеназванных тем </w:t>
      </w:r>
      <w:proofErr w:type="spellStart"/>
      <w:r w:rsidRPr="00DA0238">
        <w:rPr>
          <w:rStyle w:val="TextTranslationItalic"/>
          <w:lang w:val="ru-RU"/>
        </w:rPr>
        <w:t>Бхагаваты</w:t>
      </w:r>
      <w:proofErr w:type="spellEnd"/>
      <w:r w:rsidR="006F15F2" w:rsidRPr="00DA0238">
        <w:rPr>
          <w:rStyle w:val="TextTranslationItalic"/>
          <w:i w:val="0"/>
          <w:lang w:val="ru-RU"/>
        </w:rPr>
        <w:t>:</w:t>
      </w:r>
      <w:r w:rsidRPr="00DA0238">
        <w:rPr>
          <w:lang w:val="ru-RU"/>
        </w:rPr>
        <w:t xml:space="preserve"> "</w:t>
      </w:r>
      <w:proofErr w:type="spellStart"/>
      <w:r w:rsidRPr="00DA0238">
        <w:rPr>
          <w:rStyle w:val="TextTranslationItalic"/>
          <w:lang w:val="ru-RU"/>
        </w:rPr>
        <w:t>иша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катха</w:t>
      </w:r>
      <w:proofErr w:type="spellEnd"/>
      <w:r w:rsidRPr="00DA0238">
        <w:rPr>
          <w:lang w:val="ru-RU"/>
        </w:rPr>
        <w:t>" [сказания о Высшем Владыке], "</w:t>
      </w:r>
      <w:proofErr w:type="spellStart"/>
      <w:r w:rsidRPr="00DA0238">
        <w:rPr>
          <w:rStyle w:val="TextTranslationItalic"/>
          <w:lang w:val="ru-RU"/>
        </w:rPr>
        <w:t>стхана</w:t>
      </w:r>
      <w:proofErr w:type="spellEnd"/>
      <w:r w:rsidRPr="00DA0238">
        <w:rPr>
          <w:lang w:val="ru-RU"/>
        </w:rPr>
        <w:t>"</w:t>
      </w:r>
      <w:r w:rsidRPr="00DA0238">
        <w:rPr>
          <w:rStyle w:val="TextTranslationItalic"/>
          <w:lang w:val="ru-RU"/>
        </w:rPr>
        <w:t xml:space="preserve"> </w:t>
      </w:r>
      <w:r w:rsidRPr="00DA0238">
        <w:rPr>
          <w:lang w:val="ru-RU"/>
        </w:rPr>
        <w:t>[</w:t>
      </w:r>
      <w:r w:rsidR="006F15F2" w:rsidRPr="00DA0238">
        <w:rPr>
          <w:lang w:val="ru-RU"/>
        </w:rPr>
        <w:t>поддержание]</w:t>
      </w:r>
      <w:r w:rsidRPr="00DA0238">
        <w:rPr>
          <w:lang w:val="ru-RU"/>
        </w:rPr>
        <w:t xml:space="preserve"> и "</w:t>
      </w:r>
      <w:proofErr w:type="spellStart"/>
      <w:r w:rsidRPr="00DA0238">
        <w:rPr>
          <w:rStyle w:val="TextTranslationItalic"/>
          <w:lang w:val="ru-RU"/>
        </w:rPr>
        <w:t>пошана</w:t>
      </w:r>
      <w:proofErr w:type="spellEnd"/>
      <w:r w:rsidRPr="00DA0238">
        <w:rPr>
          <w:lang w:val="ru-RU"/>
        </w:rPr>
        <w:t>" [насыщение].</w:t>
      </w:r>
    </w:p>
    <w:p w14:paraId="052FCE82" w14:textId="77777777" w:rsidR="002F5DC3" w:rsidRDefault="002F5DC3" w:rsidP="004E41B6">
      <w:pPr>
        <w:pStyle w:val="TextTranslation"/>
        <w:ind w:firstLine="180"/>
        <w:rPr>
          <w:lang w:val="ru-RU"/>
        </w:rPr>
      </w:pPr>
    </w:p>
    <w:p w14:paraId="16120EAC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манвантарам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манур</w:t>
      </w:r>
      <w:proofErr w:type="spellEnd"/>
      <w:r w:rsidRPr="0024053D">
        <w:rPr>
          <w:b/>
          <w:i/>
          <w:lang w:val="ru-RU"/>
        </w:rPr>
        <w:t xml:space="preserve"> дева</w:t>
      </w:r>
    </w:p>
    <w:p w14:paraId="4DC98DDD" w14:textId="77777777" w:rsidR="002F5DC3" w:rsidRDefault="002F5DC3" w:rsidP="002F5DC3">
      <w:pPr>
        <w:ind w:firstLine="180"/>
        <w:rPr>
          <w:b/>
          <w:i/>
          <w:lang w:val="ru-RU"/>
        </w:rPr>
      </w:pPr>
      <w:r w:rsidRPr="0024053D">
        <w:rPr>
          <w:b/>
          <w:i/>
          <w:lang w:val="ru-RU"/>
        </w:rPr>
        <w:t>ману-</w:t>
      </w:r>
      <w:proofErr w:type="spellStart"/>
      <w:r w:rsidRPr="0024053D">
        <w:rPr>
          <w:b/>
          <w:i/>
          <w:lang w:val="ru-RU"/>
        </w:rPr>
        <w:t>путрах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сурешварах</w:t>
      </w:r>
      <w:proofErr w:type="spellEnd"/>
    </w:p>
    <w:p w14:paraId="485425A9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ришайо</w:t>
      </w:r>
      <w:proofErr w:type="spellEnd"/>
      <w:r w:rsidRPr="0024053D">
        <w:rPr>
          <w:b/>
          <w:i/>
          <w:lang w:val="ru-RU"/>
        </w:rPr>
        <w:t xml:space="preserve"> ’</w:t>
      </w:r>
      <w:proofErr w:type="spellStart"/>
      <w:r w:rsidRPr="0024053D">
        <w:rPr>
          <w:b/>
          <w:i/>
          <w:lang w:val="ru-RU"/>
        </w:rPr>
        <w:t>мшаватараш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ча</w:t>
      </w:r>
      <w:proofErr w:type="spellEnd"/>
    </w:p>
    <w:p w14:paraId="5F359E15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харех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шад-видхам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учйате</w:t>
      </w:r>
      <w:proofErr w:type="spellEnd"/>
    </w:p>
    <w:p w14:paraId="26FE75B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AF74235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"Царствие Ману [</w:t>
      </w:r>
      <w:proofErr w:type="spellStart"/>
      <w:r w:rsidRPr="00DA0238">
        <w:rPr>
          <w:rStyle w:val="TextTranslationItalic"/>
          <w:lang w:val="ru-RU"/>
        </w:rPr>
        <w:t>манвантара</w:t>
      </w:r>
      <w:proofErr w:type="spellEnd"/>
      <w:r w:rsidRPr="00DA0238">
        <w:rPr>
          <w:lang w:val="ru-RU"/>
        </w:rPr>
        <w:t>] осуществляется одновременно шестью владыками: самим Ману, богами, сынами Ману, небесным царем Индрою, небесными мудрецам</w:t>
      </w:r>
      <w:r w:rsidR="006F15F2" w:rsidRPr="00DA0238">
        <w:rPr>
          <w:lang w:val="ru-RU"/>
        </w:rPr>
        <w:t>и и одним из Божьих Воплощений"</w:t>
      </w:r>
      <w:r w:rsidR="00EE2DA0">
        <w:rPr>
          <w:lang w:val="ru-RU"/>
        </w:rPr>
        <w:t>.</w:t>
      </w:r>
      <w:r w:rsidRPr="00DA0238">
        <w:rPr>
          <w:lang w:val="ru-RU"/>
        </w:rPr>
        <w:t xml:space="preserve"> </w:t>
      </w:r>
      <w:r w:rsidR="00941FBE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="00941FBE">
        <w:rPr>
          <w:lang w:val="ru-RU"/>
        </w:rPr>
        <w:t xml:space="preserve"> 12.7.15)</w:t>
      </w:r>
      <w:r w:rsidRPr="00DA0238">
        <w:rPr>
          <w:lang w:val="ru-RU"/>
        </w:rPr>
        <w:t>.</w:t>
      </w:r>
    </w:p>
    <w:p w14:paraId="4AB3925E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602F2F1" w14:textId="77777777" w:rsidR="003B67ED" w:rsidRDefault="002B41BF" w:rsidP="004E41B6">
      <w:pPr>
        <w:pStyle w:val="TextTranslation"/>
        <w:ind w:firstLine="180"/>
        <w:rPr>
          <w:rStyle w:val="TextTranslationItalic"/>
          <w:lang w:val="ru-RU"/>
        </w:rPr>
      </w:pPr>
      <w:r w:rsidRPr="00DA0238">
        <w:rPr>
          <w:lang w:val="ru-RU"/>
        </w:rPr>
        <w:t>Из упоминания Ману и его приближенных следует, что данный стих рассматривает предмет "</w:t>
      </w:r>
      <w:r w:rsidRPr="00DA0238">
        <w:rPr>
          <w:rStyle w:val="TextTranslationItalic"/>
          <w:lang w:val="ru-RU"/>
        </w:rPr>
        <w:t>сад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дхармы</w:t>
      </w:r>
      <w:r w:rsidRPr="00DA0238">
        <w:rPr>
          <w:lang w:val="ru-RU"/>
        </w:rPr>
        <w:t>" [истинный долг души]. Таким образом</w:t>
      </w:r>
      <w:r w:rsidR="006F15F2" w:rsidRPr="00DA0238">
        <w:rPr>
          <w:lang w:val="ru-RU"/>
        </w:rPr>
        <w:t>,</w:t>
      </w:r>
      <w:r w:rsidRPr="00DA0238">
        <w:rPr>
          <w:lang w:val="ru-RU"/>
        </w:rPr>
        <w:t xml:space="preserve"> здешний список десяти предметов соответствует тому, что приводится выше из 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2F5DC3">
        <w:rPr>
          <w:rStyle w:val="TextTranslationItalic"/>
          <w:i w:val="0"/>
          <w:lang w:val="ru-RU"/>
        </w:rPr>
        <w:t>.</w:t>
      </w:r>
    </w:p>
    <w:p w14:paraId="1A2EFCBE" w14:textId="77777777" w:rsidR="002F5DC3" w:rsidRDefault="002F5DC3" w:rsidP="004E41B6">
      <w:pPr>
        <w:pStyle w:val="TextTranslation"/>
        <w:ind w:firstLine="180"/>
        <w:rPr>
          <w:lang w:val="ru-RU"/>
        </w:rPr>
      </w:pPr>
    </w:p>
    <w:p w14:paraId="17A2BBCC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раджнам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брахма-прасутанам</w:t>
      </w:r>
      <w:proofErr w:type="spellEnd"/>
    </w:p>
    <w:p w14:paraId="590B527B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вамшас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траи-калико</w:t>
      </w:r>
      <w:proofErr w:type="spellEnd"/>
      <w:r w:rsidRPr="0024053D">
        <w:rPr>
          <w:b/>
          <w:i/>
          <w:lang w:val="ru-RU"/>
        </w:rPr>
        <w:t xml:space="preserve"> ’</w:t>
      </w:r>
      <w:proofErr w:type="spellStart"/>
      <w:r w:rsidRPr="0024053D">
        <w:rPr>
          <w:b/>
          <w:i/>
          <w:lang w:val="ru-RU"/>
        </w:rPr>
        <w:t>нвайах</w:t>
      </w:r>
      <w:proofErr w:type="spellEnd"/>
    </w:p>
    <w:p w14:paraId="22681C91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вамшанучаритам</w:t>
      </w:r>
      <w:proofErr w:type="spellEnd"/>
      <w:r w:rsidRPr="0024053D">
        <w:rPr>
          <w:b/>
          <w:i/>
          <w:lang w:val="ru-RU"/>
        </w:rPr>
        <w:t xml:space="preserve"> тешам</w:t>
      </w:r>
    </w:p>
    <w:p w14:paraId="0F1C9F06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вриттам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вамша-дхараш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ча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йе</w:t>
      </w:r>
      <w:proofErr w:type="spellEnd"/>
    </w:p>
    <w:p w14:paraId="580D736F" w14:textId="77777777" w:rsidR="002F5DC3" w:rsidRDefault="002F5DC3" w:rsidP="002F5DC3">
      <w:pPr>
        <w:ind w:firstLine="180"/>
        <w:rPr>
          <w:b/>
          <w:i/>
          <w:lang w:val="ru-RU"/>
        </w:rPr>
      </w:pPr>
    </w:p>
    <w:p w14:paraId="17124364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"Царственные роды [</w:t>
      </w:r>
      <w:proofErr w:type="spellStart"/>
      <w:r w:rsidRPr="00DA0238">
        <w:rPr>
          <w:rStyle w:val="TextTranslationItalic"/>
          <w:lang w:val="ru-RU"/>
        </w:rPr>
        <w:t>вамши</w:t>
      </w:r>
      <w:proofErr w:type="spellEnd"/>
      <w:r w:rsidRPr="00DA0238">
        <w:rPr>
          <w:lang w:val="ru-RU"/>
        </w:rPr>
        <w:t xml:space="preserve">] происходят от творца Брахмы, они не прерываются ни в прошлом, ни в настоящем, ни в будущем. В </w:t>
      </w:r>
      <w:proofErr w:type="spellStart"/>
      <w:r w:rsidRPr="00DA0238">
        <w:rPr>
          <w:rStyle w:val="TextTranslationItalic"/>
          <w:lang w:val="ru-RU"/>
        </w:rPr>
        <w:t>Пуранах</w:t>
      </w:r>
      <w:proofErr w:type="spellEnd"/>
      <w:r w:rsidRPr="00DA0238">
        <w:rPr>
          <w:lang w:val="ru-RU"/>
        </w:rPr>
        <w:t xml:space="preserve"> живописуются житие и деяния их выдающихся сынов [</w:t>
      </w:r>
      <w:proofErr w:type="spellStart"/>
      <w:r w:rsidRPr="00DA0238">
        <w:rPr>
          <w:rStyle w:val="TextTranslationItalic"/>
          <w:lang w:val="ru-RU"/>
        </w:rPr>
        <w:t>вамша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анучаритам</w:t>
      </w:r>
      <w:proofErr w:type="spellEnd"/>
      <w:r w:rsidR="006F15F2" w:rsidRPr="00DA0238">
        <w:rPr>
          <w:lang w:val="ru-RU"/>
        </w:rPr>
        <w:t>]"</w:t>
      </w:r>
      <w:r w:rsidR="00EE2DA0">
        <w:rPr>
          <w:lang w:val="ru-RU"/>
        </w:rPr>
        <w:t>.</w:t>
      </w:r>
      <w:r w:rsidRPr="00DA0238">
        <w:rPr>
          <w:lang w:val="ru-RU"/>
        </w:rPr>
        <w:t xml:space="preserve"> </w:t>
      </w:r>
      <w:r w:rsidR="00941FBE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Шримад-Бхагаватам</w:t>
      </w:r>
      <w:proofErr w:type="spellEnd"/>
      <w:r w:rsidR="00941FBE">
        <w:rPr>
          <w:lang w:val="ru-RU"/>
        </w:rPr>
        <w:t xml:space="preserve"> 12.7.16)</w:t>
      </w:r>
      <w:r w:rsidRPr="00DA0238">
        <w:rPr>
          <w:lang w:val="ru-RU"/>
        </w:rPr>
        <w:t>.</w:t>
      </w:r>
    </w:p>
    <w:p w14:paraId="32B0138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7EA8886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Деяния "</w:t>
      </w:r>
      <w:proofErr w:type="spellStart"/>
      <w:r w:rsidRPr="00DA0238">
        <w:rPr>
          <w:rStyle w:val="TextTranslationItalic"/>
          <w:lang w:val="ru-RU"/>
        </w:rPr>
        <w:t>вамша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дхарах</w:t>
      </w:r>
      <w:proofErr w:type="spellEnd"/>
      <w:r w:rsidRPr="00DA0238">
        <w:rPr>
          <w:lang w:val="ru-RU"/>
        </w:rPr>
        <w:t>" [значимых представителей тех знатных родов] составляют раздел "</w:t>
      </w:r>
      <w:proofErr w:type="spellStart"/>
      <w:r w:rsidRPr="00DA0238">
        <w:rPr>
          <w:rStyle w:val="TextTranslationItalic"/>
          <w:lang w:val="ru-RU"/>
        </w:rPr>
        <w:t>вамшаанучаритам</w:t>
      </w:r>
      <w:proofErr w:type="spellEnd"/>
      <w:r w:rsidRPr="00DA0238">
        <w:rPr>
          <w:lang w:val="ru-RU"/>
        </w:rPr>
        <w:t>" [родовой истории] в священных писаниях</w:t>
      </w:r>
      <w:r w:rsidR="00EE2DA0">
        <w:rPr>
          <w:lang w:val="ru-RU"/>
        </w:rPr>
        <w:t xml:space="preserve"> и </w:t>
      </w:r>
      <w:proofErr w:type="spellStart"/>
      <w:r w:rsidR="00EE2DA0" w:rsidRPr="00EE2DA0">
        <w:rPr>
          <w:i/>
          <w:lang w:val="ru-RU"/>
        </w:rPr>
        <w:t>Шримад</w:t>
      </w:r>
      <w:r w:rsidR="00EE2DA0">
        <w:rPr>
          <w:lang w:val="ru-RU"/>
        </w:rPr>
        <w:t>-</w:t>
      </w:r>
      <w:r w:rsidR="00EE2DA0" w:rsidRPr="00EE2DA0">
        <w:rPr>
          <w:i/>
          <w:lang w:val="ru-RU"/>
        </w:rPr>
        <w:t>Бхагаватам</w:t>
      </w:r>
      <w:proofErr w:type="spellEnd"/>
      <w:r w:rsidR="00EE2DA0">
        <w:rPr>
          <w:lang w:val="ru-RU"/>
        </w:rPr>
        <w:t xml:space="preserve"> в том числе</w:t>
      </w:r>
      <w:r w:rsidRPr="00DA0238">
        <w:rPr>
          <w:lang w:val="ru-RU"/>
        </w:rPr>
        <w:t>.</w:t>
      </w:r>
    </w:p>
    <w:p w14:paraId="6B844C07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4D659018" w14:textId="77777777" w:rsidR="003B67ED" w:rsidRDefault="002B41BF" w:rsidP="004E41B6">
      <w:pPr>
        <w:pStyle w:val="TextNumber"/>
        <w:ind w:firstLine="180"/>
        <w:outlineLvl w:val="0"/>
        <w:rPr>
          <w:b/>
          <w:lang w:val="ru-RU"/>
        </w:rPr>
      </w:pPr>
      <w:r w:rsidRPr="00DA0238">
        <w:rPr>
          <w:b/>
          <w:lang w:val="ru-RU"/>
        </w:rPr>
        <w:t>63</w:t>
      </w:r>
      <w:r w:rsidR="00941FBE">
        <w:rPr>
          <w:b/>
          <w:lang w:val="ru-RU"/>
        </w:rPr>
        <w:t>.</w:t>
      </w:r>
    </w:p>
    <w:p w14:paraId="4C55C39B" w14:textId="77777777" w:rsidR="002F5DC3" w:rsidRDefault="002F5DC3" w:rsidP="004E41B6">
      <w:pPr>
        <w:pStyle w:val="TextNumber"/>
        <w:ind w:firstLine="180"/>
        <w:outlineLvl w:val="0"/>
        <w:rPr>
          <w:b/>
          <w:lang w:val="ru-RU"/>
        </w:rPr>
      </w:pPr>
    </w:p>
    <w:p w14:paraId="113DF7D0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наимиттиках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пракритико</w:t>
      </w:r>
      <w:proofErr w:type="spellEnd"/>
    </w:p>
    <w:p w14:paraId="1158ACA0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нитйа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атйантико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лайах</w:t>
      </w:r>
      <w:proofErr w:type="spellEnd"/>
    </w:p>
    <w:p w14:paraId="11E3233C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самстхети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кавибхих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прокташ</w:t>
      </w:r>
      <w:proofErr w:type="spellEnd"/>
    </w:p>
    <w:p w14:paraId="51CB759C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чатурдхасйа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свабхаватах</w:t>
      </w:r>
      <w:proofErr w:type="spellEnd"/>
    </w:p>
    <w:p w14:paraId="056BC016" w14:textId="77777777" w:rsidR="002F5DC3" w:rsidRDefault="002F5DC3" w:rsidP="002F5DC3">
      <w:pPr>
        <w:ind w:firstLine="180"/>
        <w:rPr>
          <w:b/>
          <w:i/>
          <w:lang w:val="ru-RU"/>
        </w:rPr>
      </w:pPr>
    </w:p>
    <w:p w14:paraId="11B4BA60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"Происходят четыре кончины мира: промежуточное, стихийное, непрерывное и окончательное. Все они осуществляются внутреннею силою Высшего Владыки. Мудрые именуют эти события растворением [</w:t>
      </w:r>
      <w:proofErr w:type="spellStart"/>
      <w:r w:rsidRPr="00DA0238">
        <w:rPr>
          <w:rStyle w:val="TextTranslationItalic"/>
          <w:lang w:val="ru-RU"/>
        </w:rPr>
        <w:t>самстха</w:t>
      </w:r>
      <w:proofErr w:type="spellEnd"/>
      <w:r w:rsidRPr="00DA0238">
        <w:rPr>
          <w:lang w:val="ru-RU"/>
        </w:rPr>
        <w:t>]"</w:t>
      </w:r>
      <w:r w:rsidR="00545C76">
        <w:rPr>
          <w:lang w:val="ru-RU"/>
        </w:rPr>
        <w:t>.</w:t>
      </w:r>
      <w:r w:rsidRPr="00DA0238">
        <w:rPr>
          <w:rStyle w:val="TextTranslationItalic"/>
          <w:lang w:val="ru-RU"/>
        </w:rPr>
        <w:t xml:space="preserve"> </w:t>
      </w:r>
      <w:r w:rsidR="00E97E50" w:rsidRPr="00E97E50">
        <w:rPr>
          <w:rStyle w:val="TextTranslationItalic"/>
          <w:i w:val="0"/>
          <w:lang w:val="ru-RU"/>
        </w:rPr>
        <w:t>(</w:t>
      </w:r>
      <w:proofErr w:type="spellStart"/>
      <w:r w:rsidR="00E97E50">
        <w:rPr>
          <w:rStyle w:val="TextTranslationItalic"/>
          <w:lang w:val="ru-RU"/>
        </w:rPr>
        <w:t>Шримад-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rStyle w:val="TextTranslationItalic"/>
          <w:lang w:val="ru-RU"/>
        </w:rPr>
        <w:t xml:space="preserve"> </w:t>
      </w:r>
      <w:r w:rsidR="00E97E50">
        <w:rPr>
          <w:lang w:val="ru-RU"/>
        </w:rPr>
        <w:t>12.7.17)</w:t>
      </w:r>
      <w:r w:rsidRPr="00DA0238">
        <w:rPr>
          <w:lang w:val="ru-RU"/>
        </w:rPr>
        <w:t>.</w:t>
      </w:r>
    </w:p>
    <w:p w14:paraId="5D5EB90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5EE5988" w14:textId="77777777" w:rsidR="003B67ED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Местоимение "</w:t>
      </w:r>
      <w:proofErr w:type="spellStart"/>
      <w:r>
        <w:rPr>
          <w:rStyle w:val="TextTranslationItalic"/>
          <w:lang w:val="ru-RU"/>
        </w:rPr>
        <w:t>асйа</w:t>
      </w:r>
      <w:proofErr w:type="spellEnd"/>
      <w:r>
        <w:rPr>
          <w:lang w:val="ru-RU"/>
        </w:rPr>
        <w:t>" [Его] здесь указывает на Высшего Владыку [</w:t>
      </w:r>
      <w:proofErr w:type="spellStart"/>
      <w:r>
        <w:rPr>
          <w:lang w:val="ru-RU"/>
        </w:rPr>
        <w:t>Парамешвару</w:t>
      </w:r>
      <w:proofErr w:type="spellEnd"/>
      <w:r>
        <w:rPr>
          <w:lang w:val="ru-RU"/>
        </w:rPr>
        <w:t>]. Термин "</w:t>
      </w:r>
      <w:proofErr w:type="spellStart"/>
      <w:r w:rsidRPr="008E0C69">
        <w:rPr>
          <w:rStyle w:val="TextTranslationItalic"/>
          <w:lang w:val="ru-RU"/>
        </w:rPr>
        <w:t>свабхаватах</w:t>
      </w:r>
      <w:proofErr w:type="spellEnd"/>
      <w:r>
        <w:rPr>
          <w:lang w:val="ru-RU"/>
        </w:rPr>
        <w:t>" [природою] означает "(Его) силою". Понятие "</w:t>
      </w:r>
      <w:proofErr w:type="spellStart"/>
      <w:r>
        <w:rPr>
          <w:rStyle w:val="TextTranslationItalic"/>
          <w:lang w:val="ru-RU"/>
        </w:rPr>
        <w:t>атйантиках</w:t>
      </w:r>
      <w:proofErr w:type="spellEnd"/>
      <w:r>
        <w:rPr>
          <w:lang w:val="ru-RU"/>
        </w:rPr>
        <w:t>" [конечное] подразумевает, что тема окончательного растворения включает в себя освобождение.</w:t>
      </w:r>
    </w:p>
    <w:p w14:paraId="73ED6B27" w14:textId="77777777" w:rsidR="002F5DC3" w:rsidRDefault="002F5DC3" w:rsidP="004E41B6">
      <w:pPr>
        <w:pStyle w:val="TextTranslation"/>
        <w:ind w:firstLine="180"/>
        <w:rPr>
          <w:lang w:val="ru-RU"/>
        </w:rPr>
      </w:pPr>
    </w:p>
    <w:p w14:paraId="7634B292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lastRenderedPageBreak/>
        <w:t>хетур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дживо</w:t>
      </w:r>
      <w:proofErr w:type="spellEnd"/>
      <w:r w:rsidRPr="0024053D">
        <w:rPr>
          <w:b/>
          <w:i/>
          <w:lang w:val="ru-RU"/>
        </w:rPr>
        <w:t xml:space="preserve"> ’</w:t>
      </w:r>
      <w:proofErr w:type="spellStart"/>
      <w:r w:rsidRPr="0024053D">
        <w:rPr>
          <w:b/>
          <w:i/>
          <w:lang w:val="ru-RU"/>
        </w:rPr>
        <w:t>сйа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саргадер</w:t>
      </w:r>
      <w:proofErr w:type="spellEnd"/>
    </w:p>
    <w:p w14:paraId="5EB39189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авидйа</w:t>
      </w:r>
      <w:proofErr w:type="spellEnd"/>
      <w:r w:rsidRPr="0024053D">
        <w:rPr>
          <w:b/>
          <w:i/>
          <w:lang w:val="ru-RU"/>
        </w:rPr>
        <w:t>-карма-караках</w:t>
      </w:r>
    </w:p>
    <w:p w14:paraId="29E31069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йам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чанушайинам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прахур</w:t>
      </w:r>
      <w:proofErr w:type="spellEnd"/>
    </w:p>
    <w:p w14:paraId="06F9453E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авйакритам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утапаре</w:t>
      </w:r>
      <w:proofErr w:type="spellEnd"/>
    </w:p>
    <w:p w14:paraId="23E21EBC" w14:textId="77777777" w:rsidR="002F5DC3" w:rsidRDefault="002F5DC3" w:rsidP="002F5DC3">
      <w:pPr>
        <w:ind w:firstLine="180"/>
        <w:rPr>
          <w:b/>
          <w:i/>
          <w:lang w:val="ru-RU"/>
        </w:rPr>
      </w:pPr>
    </w:p>
    <w:p w14:paraId="34C1E984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"От невежества сознание мнит себя делателем. В этом смысле оно становится причиной [</w:t>
      </w:r>
      <w:proofErr w:type="spellStart"/>
      <w:r w:rsidRPr="00DA0238">
        <w:rPr>
          <w:rStyle w:val="TextTranslationItalic"/>
          <w:lang w:val="ru-RU"/>
        </w:rPr>
        <w:t>хету</w:t>
      </w:r>
      <w:proofErr w:type="spellEnd"/>
      <w:r w:rsidRPr="00DA0238">
        <w:rPr>
          <w:lang w:val="ru-RU"/>
        </w:rPr>
        <w:t xml:space="preserve">] творения, </w:t>
      </w:r>
      <w:r w:rsidR="006F15F2" w:rsidRPr="00DA0238">
        <w:rPr>
          <w:lang w:val="ru-RU"/>
        </w:rPr>
        <w:t>поддержания</w:t>
      </w:r>
      <w:r w:rsidRPr="00DA0238">
        <w:rPr>
          <w:lang w:val="ru-RU"/>
        </w:rPr>
        <w:t xml:space="preserve"> и растворения вселенной. Некоторые мудрецы именуют душу [</w:t>
      </w:r>
      <w:proofErr w:type="spellStart"/>
      <w:r w:rsidRPr="00DA0238">
        <w:rPr>
          <w:rStyle w:val="TextTranslationItalic"/>
          <w:lang w:val="ru-RU"/>
        </w:rPr>
        <w:t>атму</w:t>
      </w:r>
      <w:proofErr w:type="spellEnd"/>
      <w:r w:rsidRPr="00DA0238">
        <w:rPr>
          <w:lang w:val="ru-RU"/>
        </w:rPr>
        <w:t>] основой мироздания, иные в</w:t>
      </w:r>
      <w:r w:rsidR="006F15F2" w:rsidRPr="00DA0238">
        <w:rPr>
          <w:lang w:val="ru-RU"/>
        </w:rPr>
        <w:t>еличают душу непроявленным «я»"</w:t>
      </w:r>
      <w:r w:rsidR="00545C76">
        <w:rPr>
          <w:lang w:val="ru-RU"/>
        </w:rPr>
        <w:t>.</w:t>
      </w:r>
      <w:r w:rsidRPr="00DA0238">
        <w:rPr>
          <w:lang w:val="ru-RU"/>
        </w:rPr>
        <w:t xml:space="preserve"> </w:t>
      </w:r>
      <w:r w:rsidR="00322214">
        <w:rPr>
          <w:lang w:val="ru-RU"/>
        </w:rPr>
        <w:t>(</w:t>
      </w:r>
      <w:proofErr w:type="spellStart"/>
      <w:r w:rsidR="007E2CF3" w:rsidRPr="007E2CF3">
        <w:rPr>
          <w:i/>
          <w:lang w:val="ru-RU"/>
        </w:rPr>
        <w:t>Шримад</w:t>
      </w:r>
      <w:r w:rsidR="007E2CF3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Pr="00DA0238">
        <w:rPr>
          <w:rStyle w:val="TextTranslationItalic"/>
          <w:lang w:val="ru-RU"/>
        </w:rPr>
        <w:t xml:space="preserve"> </w:t>
      </w:r>
      <w:r w:rsidR="00322214">
        <w:rPr>
          <w:lang w:val="ru-RU"/>
        </w:rPr>
        <w:t>12.7.18)</w:t>
      </w:r>
      <w:r w:rsidRPr="00DA0238">
        <w:rPr>
          <w:lang w:val="ru-RU"/>
        </w:rPr>
        <w:t>.</w:t>
      </w:r>
    </w:p>
    <w:p w14:paraId="0E2830EB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36E9512F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Под "</w:t>
      </w:r>
      <w:proofErr w:type="spellStart"/>
      <w:r w:rsidRPr="00DA0238">
        <w:rPr>
          <w:rStyle w:val="TextTranslationItalic"/>
          <w:lang w:val="ru-RU"/>
        </w:rPr>
        <w:t>хету</w:t>
      </w:r>
      <w:proofErr w:type="spellEnd"/>
      <w:r w:rsidRPr="00DA0238">
        <w:rPr>
          <w:lang w:val="ru-RU"/>
        </w:rPr>
        <w:t>" [</w:t>
      </w:r>
      <w:r w:rsidRPr="00DA0238">
        <w:rPr>
          <w:rStyle w:val="TextTranslationItalic"/>
          <w:lang w:val="ru-RU"/>
        </w:rPr>
        <w:t>причиной</w:t>
      </w:r>
      <w:r w:rsidRPr="00DA0238">
        <w:rPr>
          <w:lang w:val="ru-RU"/>
        </w:rPr>
        <w:t>] здесь понимается действенная причина [</w:t>
      </w:r>
      <w:proofErr w:type="spellStart"/>
      <w:r w:rsidRPr="00DA0238">
        <w:rPr>
          <w:rStyle w:val="TextTranslationItalic"/>
          <w:lang w:val="ru-RU"/>
        </w:rPr>
        <w:t>нимитта</w:t>
      </w:r>
      <w:proofErr w:type="spellEnd"/>
      <w:r w:rsidRPr="00DA0238">
        <w:rPr>
          <w:lang w:val="ru-RU"/>
        </w:rPr>
        <w:t>]. Предлог "</w:t>
      </w:r>
      <w:proofErr w:type="spellStart"/>
      <w:r w:rsidRPr="00DA0238">
        <w:rPr>
          <w:rStyle w:val="TextTranslationItalic"/>
          <w:lang w:val="ru-RU"/>
        </w:rPr>
        <w:t>асйа</w:t>
      </w:r>
      <w:proofErr w:type="spellEnd"/>
      <w:r w:rsidRPr="00DA0238">
        <w:rPr>
          <w:lang w:val="ru-RU"/>
        </w:rPr>
        <w:t xml:space="preserve">" [ее] относится к данной вселенной, основа существования которой – </w:t>
      </w:r>
      <w:r w:rsidRPr="00DA0238">
        <w:rPr>
          <w:rStyle w:val="TextTranslationItalic"/>
          <w:lang w:val="ru-RU"/>
        </w:rPr>
        <w:t xml:space="preserve">дживы </w:t>
      </w:r>
      <w:r w:rsidRPr="00DA0238">
        <w:rPr>
          <w:lang w:val="ru-RU"/>
        </w:rPr>
        <w:t>[сознательные сущности], действующие в невежестве.</w:t>
      </w:r>
    </w:p>
    <w:p w14:paraId="2FDC393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2E8ABA5C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 xml:space="preserve">Кто-то </w:t>
      </w:r>
      <w:r w:rsidR="00564ED0" w:rsidRPr="00DA0238">
        <w:rPr>
          <w:lang w:val="ru-RU"/>
        </w:rPr>
        <w:t>называет</w:t>
      </w:r>
      <w:r w:rsidRPr="00DA0238">
        <w:rPr>
          <w:lang w:val="ru-RU"/>
        </w:rPr>
        <w:t xml:space="preserve"> эту причину "</w:t>
      </w:r>
      <w:proofErr w:type="spellStart"/>
      <w:r w:rsidRPr="00DA0238">
        <w:rPr>
          <w:rStyle w:val="TextTranslationItalic"/>
          <w:lang w:val="ru-RU"/>
        </w:rPr>
        <w:t>анусайи</w:t>
      </w:r>
      <w:proofErr w:type="spellEnd"/>
      <w:r w:rsidRPr="00DA0238">
        <w:rPr>
          <w:lang w:val="ru-RU"/>
        </w:rPr>
        <w:t>" [основополагающей личностью], подчеркивая, что она сознательна. Кто-то</w:t>
      </w:r>
      <w:r w:rsidR="005238DB" w:rsidRPr="00DA0238">
        <w:rPr>
          <w:lang w:val="ru-RU"/>
        </w:rPr>
        <w:t xml:space="preserve"> — </w:t>
      </w:r>
      <w:r w:rsidRPr="00DA0238">
        <w:rPr>
          <w:lang w:val="ru-RU"/>
        </w:rPr>
        <w:t>"</w:t>
      </w:r>
      <w:proofErr w:type="spellStart"/>
      <w:r w:rsidRPr="00DA0238">
        <w:rPr>
          <w:rStyle w:val="TextTranslationItalic"/>
          <w:lang w:val="ru-RU"/>
        </w:rPr>
        <w:t>авйакрита</w:t>
      </w:r>
      <w:proofErr w:type="spellEnd"/>
      <w:r w:rsidRPr="00DA0238">
        <w:rPr>
          <w:lang w:val="ru-RU"/>
        </w:rPr>
        <w:t xml:space="preserve">" [непроявленной], обращая внимание на </w:t>
      </w:r>
      <w:r w:rsidR="00545C76">
        <w:rPr>
          <w:lang w:val="ru-RU"/>
        </w:rPr>
        <w:t xml:space="preserve">ее (личности) </w:t>
      </w:r>
      <w:proofErr w:type="spellStart"/>
      <w:r w:rsidRPr="00DA0238">
        <w:rPr>
          <w:rStyle w:val="TextTranslationItalic"/>
          <w:lang w:val="ru-RU"/>
        </w:rPr>
        <w:t>упадхи</w:t>
      </w:r>
      <w:proofErr w:type="spellEnd"/>
      <w:r w:rsidRPr="00DA0238">
        <w:rPr>
          <w:lang w:val="ru-RU"/>
        </w:rPr>
        <w:t xml:space="preserve"> [означения].</w:t>
      </w:r>
    </w:p>
    <w:p w14:paraId="1B1C1FAF" w14:textId="77777777" w:rsidR="002F5DC3" w:rsidRDefault="002F5DC3" w:rsidP="004E41B6">
      <w:pPr>
        <w:pStyle w:val="TextTranslation"/>
        <w:ind w:firstLine="180"/>
        <w:rPr>
          <w:lang w:val="ru-RU"/>
        </w:rPr>
      </w:pPr>
    </w:p>
    <w:p w14:paraId="20F84242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вйатиреканвайо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йасйа</w:t>
      </w:r>
      <w:proofErr w:type="spellEnd"/>
    </w:p>
    <w:p w14:paraId="6F12B4F7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джаграт-свапна-сушуптишу</w:t>
      </w:r>
      <w:proofErr w:type="spellEnd"/>
    </w:p>
    <w:p w14:paraId="3BB56383" w14:textId="77777777" w:rsidR="002F5DC3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майа-майешу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тад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брахма</w:t>
      </w:r>
      <w:proofErr w:type="spellEnd"/>
    </w:p>
    <w:p w14:paraId="38B77521" w14:textId="77777777" w:rsidR="002F5DC3" w:rsidRDefault="002F5DC3" w:rsidP="002F5DC3">
      <w:pPr>
        <w:ind w:firstLine="180"/>
        <w:rPr>
          <w:b/>
          <w:i/>
          <w:lang w:val="ru-RU"/>
        </w:rPr>
      </w:pPr>
      <w:r w:rsidRPr="0024053D">
        <w:rPr>
          <w:b/>
          <w:i/>
          <w:lang w:val="ru-RU"/>
        </w:rPr>
        <w:t>джива-</w:t>
      </w:r>
      <w:proofErr w:type="spellStart"/>
      <w:r w:rsidRPr="0024053D">
        <w:rPr>
          <w:b/>
          <w:i/>
          <w:lang w:val="ru-RU"/>
        </w:rPr>
        <w:t>вриттишв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апашрайах</w:t>
      </w:r>
      <w:proofErr w:type="spellEnd"/>
    </w:p>
    <w:p w14:paraId="711532F9" w14:textId="77777777" w:rsidR="002F5DC3" w:rsidRDefault="002F5DC3" w:rsidP="002F5DC3">
      <w:pPr>
        <w:ind w:firstLine="180"/>
        <w:rPr>
          <w:b/>
          <w:i/>
          <w:lang w:val="ru-RU"/>
        </w:rPr>
      </w:pPr>
    </w:p>
    <w:p w14:paraId="55517F4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"Единая неизменная Сущность [</w:t>
      </w:r>
      <w:r w:rsidR="00187405" w:rsidRPr="00DA0238">
        <w:rPr>
          <w:rStyle w:val="TextTranslationItalic"/>
          <w:i w:val="0"/>
          <w:lang w:val="ru-RU"/>
        </w:rPr>
        <w:t>Брахман</w:t>
      </w:r>
      <w:r w:rsidRPr="00DA0238">
        <w:rPr>
          <w:lang w:val="ru-RU"/>
        </w:rPr>
        <w:t>], что пребудет во всех вещах как их причина и во всех трех состояниях наблюдателя — бодрствования, сновидения и забытья,</w:t>
      </w:r>
      <w:r w:rsidR="00564ED0" w:rsidRPr="00DA0238">
        <w:rPr>
          <w:lang w:val="ru-RU"/>
        </w:rPr>
        <w:t xml:space="preserve"> </w:t>
      </w:r>
      <w:r w:rsidRPr="00DA0238">
        <w:rPr>
          <w:lang w:val="ru-RU"/>
        </w:rPr>
        <w:t>но отстоящая отдельно от вещей, есть высшее убежище всего сущего [</w:t>
      </w:r>
      <w:proofErr w:type="spellStart"/>
      <w:r w:rsidRPr="00DA0238">
        <w:rPr>
          <w:rStyle w:val="TextTranslationItalic"/>
          <w:lang w:val="ru-RU"/>
        </w:rPr>
        <w:t>апашрайя</w:t>
      </w:r>
      <w:proofErr w:type="spellEnd"/>
      <w:r w:rsidRPr="00DA0238">
        <w:rPr>
          <w:lang w:val="ru-RU"/>
        </w:rPr>
        <w:t>]"</w:t>
      </w:r>
      <w:r w:rsidR="00322214">
        <w:rPr>
          <w:lang w:val="ru-RU"/>
        </w:rPr>
        <w:t>.</w:t>
      </w:r>
      <w:r w:rsidR="00564ED0" w:rsidRPr="00DA0238">
        <w:rPr>
          <w:lang w:val="ru-RU"/>
        </w:rPr>
        <w:t xml:space="preserve"> </w:t>
      </w:r>
      <w:r w:rsidR="00322214">
        <w:rPr>
          <w:lang w:val="ru-RU"/>
        </w:rPr>
        <w:t>(</w:t>
      </w:r>
      <w:proofErr w:type="spellStart"/>
      <w:r w:rsidR="007E2CF3" w:rsidRPr="007E2CF3">
        <w:rPr>
          <w:i/>
          <w:lang w:val="ru-RU"/>
        </w:rPr>
        <w:t>Шримад</w:t>
      </w:r>
      <w:r w:rsidR="007E2CF3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="00322214">
        <w:rPr>
          <w:lang w:val="ru-RU"/>
        </w:rPr>
        <w:t xml:space="preserve"> 12.7.19)</w:t>
      </w:r>
      <w:r w:rsidRPr="00DA0238">
        <w:rPr>
          <w:lang w:val="ru-RU"/>
        </w:rPr>
        <w:t>.</w:t>
      </w:r>
    </w:p>
    <w:p w14:paraId="328DAF20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08425A9" w14:textId="77777777" w:rsidR="003B67ED" w:rsidRPr="008E0C69" w:rsidRDefault="002B41BF" w:rsidP="004E41B6">
      <w:pPr>
        <w:pStyle w:val="TextTranslation"/>
        <w:ind w:firstLine="180"/>
        <w:rPr>
          <w:lang w:val="ru-RU"/>
        </w:rPr>
      </w:pPr>
      <w:r>
        <w:rPr>
          <w:rStyle w:val="TextTranslationItalic"/>
          <w:lang w:val="ru-RU"/>
        </w:rPr>
        <w:t>Джива</w:t>
      </w:r>
      <w:r>
        <w:rPr>
          <w:lang w:val="ru-RU"/>
        </w:rPr>
        <w:t xml:space="preserve"> [душа] не может быть в полном смысле </w:t>
      </w:r>
      <w:proofErr w:type="spellStart"/>
      <w:r>
        <w:rPr>
          <w:rStyle w:val="TextTranslationItalic"/>
          <w:lang w:val="ru-RU"/>
        </w:rPr>
        <w:t>ашрая</w:t>
      </w:r>
      <w:proofErr w:type="spellEnd"/>
      <w:r>
        <w:rPr>
          <w:lang w:val="ru-RU"/>
        </w:rPr>
        <w:t xml:space="preserve"> [убежищем], даже в чистом своем состояни</w:t>
      </w:r>
      <w:r w:rsidRPr="008E0C69">
        <w:rPr>
          <w:lang w:val="ru-RU"/>
        </w:rPr>
        <w:t xml:space="preserve">и. Это противоречит опыту Шри </w:t>
      </w:r>
      <w:proofErr w:type="spellStart"/>
      <w:r w:rsidRPr="008E0C69">
        <w:rPr>
          <w:lang w:val="ru-RU"/>
        </w:rPr>
        <w:t>Вьясы</w:t>
      </w:r>
      <w:proofErr w:type="spellEnd"/>
      <w:r w:rsidRPr="008E0C69">
        <w:rPr>
          <w:lang w:val="ru-RU"/>
        </w:rPr>
        <w:t>, полученному им в час прозрения. Правильное понимание стиха скорее таково:</w:t>
      </w:r>
    </w:p>
    <w:p w14:paraId="68A57F5C" w14:textId="77777777" w:rsidR="003B67ED" w:rsidRPr="008E0C69" w:rsidRDefault="003B67ED" w:rsidP="004E41B6">
      <w:pPr>
        <w:ind w:firstLine="180"/>
        <w:rPr>
          <w:b/>
          <w:lang w:val="ru-RU"/>
        </w:rPr>
      </w:pPr>
    </w:p>
    <w:p w14:paraId="3013EAC1" w14:textId="77777777" w:rsidR="00940164" w:rsidRPr="009222F2" w:rsidRDefault="002B41BF" w:rsidP="004E41B6">
      <w:pPr>
        <w:pStyle w:val="TextTranslation"/>
        <w:ind w:firstLine="180"/>
        <w:rPr>
          <w:lang w:val="ru-RU"/>
        </w:rPr>
      </w:pPr>
      <w:r w:rsidRPr="008E0C69">
        <w:rPr>
          <w:lang w:val="ru-RU"/>
        </w:rPr>
        <w:t>Высшее разумное Начало едино и одиноко в Самом Себе. Его не касаются такие состояния сознания, как бодрствование, сон и тому подобное, а также состояния в</w:t>
      </w:r>
      <w:r>
        <w:rPr>
          <w:lang w:val="ru-RU"/>
        </w:rPr>
        <w:t>ещества: недвижимое, непроявленное [</w:t>
      </w:r>
      <w:proofErr w:type="spellStart"/>
      <w:r>
        <w:rPr>
          <w:rStyle w:val="TextTranslationItalic"/>
          <w:lang w:val="ru-RU"/>
        </w:rPr>
        <w:t>махат</w:t>
      </w:r>
      <w:r>
        <w:rPr>
          <w:lang w:val="ru-RU"/>
        </w:rPr>
        <w:t>-</w:t>
      </w:r>
      <w:r>
        <w:rPr>
          <w:rStyle w:val="TextTranslationItalic"/>
          <w:lang w:val="ru-RU"/>
        </w:rPr>
        <w:t>таттва</w:t>
      </w:r>
      <w:proofErr w:type="spellEnd"/>
      <w:r>
        <w:rPr>
          <w:lang w:val="ru-RU"/>
        </w:rPr>
        <w:t>] или возбужденное [</w:t>
      </w:r>
      <w:r w:rsidRPr="009222F2">
        <w:rPr>
          <w:rStyle w:val="TextTranslationItalic"/>
          <w:lang w:val="ru-RU"/>
        </w:rPr>
        <w:t>пракрити</w:t>
      </w:r>
      <w:r w:rsidRPr="009222F2">
        <w:rPr>
          <w:lang w:val="ru-RU"/>
        </w:rPr>
        <w:t>]. Все названное есть порождение внешней силы, так сказать, порождение Его обольстительной, обманывающей силы [</w:t>
      </w:r>
      <w:r w:rsidRPr="009222F2">
        <w:rPr>
          <w:rStyle w:val="TextTranslationItalic"/>
          <w:lang w:val="ru-RU"/>
        </w:rPr>
        <w:t>майи</w:t>
      </w:r>
      <w:r w:rsidRPr="009222F2">
        <w:rPr>
          <w:lang w:val="ru-RU"/>
        </w:rPr>
        <w:t>]. Не касаясь обмана в разных его проявлениях, Высшее Начало [</w:t>
      </w:r>
      <w:r w:rsidRPr="009222F2">
        <w:rPr>
          <w:i/>
          <w:lang w:val="ru-RU"/>
        </w:rPr>
        <w:t>Брахман</w:t>
      </w:r>
      <w:r w:rsidRPr="009222F2">
        <w:rPr>
          <w:lang w:val="ru-RU"/>
        </w:rPr>
        <w:t xml:space="preserve">] при этом связано с ними в своем обличии </w:t>
      </w:r>
      <w:proofErr w:type="spellStart"/>
      <w:r w:rsidRPr="009222F2">
        <w:rPr>
          <w:lang w:val="ru-RU"/>
        </w:rPr>
        <w:t>Сверхнаблюдателя</w:t>
      </w:r>
      <w:proofErr w:type="spellEnd"/>
      <w:r w:rsidRPr="009222F2">
        <w:rPr>
          <w:lang w:val="ru-RU"/>
        </w:rPr>
        <w:t xml:space="preserve"> [</w:t>
      </w:r>
      <w:proofErr w:type="spellStart"/>
      <w:r w:rsidRPr="009222F2">
        <w:rPr>
          <w:i/>
          <w:lang w:val="ru-RU"/>
        </w:rPr>
        <w:t>Параматмы</w:t>
      </w:r>
      <w:proofErr w:type="spellEnd"/>
      <w:r w:rsidRPr="009222F2">
        <w:rPr>
          <w:lang w:val="ru-RU"/>
        </w:rPr>
        <w:t>] — наблюдателя, который делает возможным [являет убежище] деятельность душ [</w:t>
      </w:r>
      <w:r w:rsidRPr="009222F2">
        <w:rPr>
          <w:rStyle w:val="TextTranslationItalic"/>
          <w:lang w:val="ru-RU"/>
        </w:rPr>
        <w:t>джив</w:t>
      </w:r>
      <w:r w:rsidRPr="009222F2">
        <w:rPr>
          <w:lang w:val="ru-RU"/>
        </w:rPr>
        <w:t xml:space="preserve">] как в чистом, так и в обусловленном их состоянии. </w:t>
      </w:r>
    </w:p>
    <w:p w14:paraId="0721B67F" w14:textId="77777777" w:rsidR="00940164" w:rsidRPr="009222F2" w:rsidRDefault="00940164" w:rsidP="004E41B6">
      <w:pPr>
        <w:pStyle w:val="TextTranslation"/>
        <w:ind w:firstLine="180"/>
        <w:rPr>
          <w:lang w:val="ru-RU"/>
        </w:rPr>
      </w:pPr>
    </w:p>
    <w:p w14:paraId="3362EB7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8E0C69">
        <w:rPr>
          <w:lang w:val="ru-RU"/>
        </w:rPr>
        <w:t>Почему здесь употребляется слово "</w:t>
      </w:r>
      <w:proofErr w:type="spellStart"/>
      <w:r w:rsidRPr="008E0C69">
        <w:rPr>
          <w:rStyle w:val="TextTranslationItalic"/>
          <w:lang w:val="ru-RU"/>
        </w:rPr>
        <w:t>апашрайа</w:t>
      </w:r>
      <w:proofErr w:type="spellEnd"/>
      <w:r w:rsidRPr="008E0C69">
        <w:rPr>
          <w:lang w:val="ru-RU"/>
        </w:rPr>
        <w:t>" [</w:t>
      </w:r>
      <w:proofErr w:type="spellStart"/>
      <w:r w:rsidRPr="008E0C69">
        <w:rPr>
          <w:lang w:val="ru-RU"/>
        </w:rPr>
        <w:t>антиубежище</w:t>
      </w:r>
      <w:proofErr w:type="spellEnd"/>
      <w:r w:rsidRPr="008E0C69">
        <w:rPr>
          <w:lang w:val="ru-RU"/>
        </w:rPr>
        <w:t>]? Потому что Высшее Начало, хотя и является основой для деятельности сознательных сущностей, тем не менее не касается ничего: предлог "</w:t>
      </w:r>
      <w:proofErr w:type="spellStart"/>
      <w:r w:rsidRPr="008E0C69">
        <w:rPr>
          <w:rStyle w:val="TextTranslationItalic"/>
          <w:lang w:val="ru-RU"/>
        </w:rPr>
        <w:t>апа</w:t>
      </w:r>
      <w:proofErr w:type="spellEnd"/>
      <w:r w:rsidRPr="008E0C69">
        <w:rPr>
          <w:lang w:val="ru-RU"/>
        </w:rPr>
        <w:t>" означает "чуждость", "отказ", "</w:t>
      </w:r>
      <w:r>
        <w:rPr>
          <w:lang w:val="ru-RU"/>
        </w:rPr>
        <w:t>неприятие", что в данном случае указывает на недосягаемость.</w:t>
      </w:r>
    </w:p>
    <w:p w14:paraId="74EF4EED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BB3C420" w14:textId="77777777" w:rsidR="003B67ED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Понимание чистой природы души [</w:t>
      </w:r>
      <w:r w:rsidRPr="00DA0238">
        <w:rPr>
          <w:rStyle w:val="TextTranslationItalic"/>
          <w:lang w:val="ru-RU"/>
        </w:rPr>
        <w:t>дживы</w:t>
      </w:r>
      <w:r w:rsidRPr="00DA0238">
        <w:rPr>
          <w:lang w:val="ru-RU"/>
        </w:rPr>
        <w:t xml:space="preserve">], которая здесь обозначена как причина вещественного мира, ведет к пониманию того, что такое </w:t>
      </w:r>
      <w:proofErr w:type="spellStart"/>
      <w:r w:rsidRPr="00DA0238">
        <w:rPr>
          <w:rStyle w:val="TextTranslationItalic"/>
          <w:lang w:val="ru-RU"/>
        </w:rPr>
        <w:t>апашрайа</w:t>
      </w:r>
      <w:proofErr w:type="spellEnd"/>
      <w:r w:rsidRPr="00DA0238">
        <w:rPr>
          <w:rStyle w:val="TextTranslationItalic"/>
          <w:lang w:val="ru-RU"/>
        </w:rPr>
        <w:t>,</w:t>
      </w:r>
      <w:r w:rsidRPr="00DA0238">
        <w:rPr>
          <w:lang w:val="ru-RU"/>
        </w:rPr>
        <w:t xml:space="preserve"> невещественное </w:t>
      </w:r>
      <w:r w:rsidR="00564ED0" w:rsidRPr="00DA0238">
        <w:rPr>
          <w:lang w:val="ru-RU"/>
        </w:rPr>
        <w:t>вместилище</w:t>
      </w:r>
      <w:r w:rsidRPr="00DA0238">
        <w:rPr>
          <w:lang w:val="ru-RU"/>
        </w:rPr>
        <w:t xml:space="preserve"> для бытия, о чем Шри </w:t>
      </w:r>
      <w:proofErr w:type="spellStart"/>
      <w:r w:rsidRPr="00DA0238">
        <w:rPr>
          <w:lang w:val="ru-RU"/>
        </w:rPr>
        <w:t>Сута</w:t>
      </w:r>
      <w:proofErr w:type="spellEnd"/>
      <w:r w:rsidRPr="00DA0238">
        <w:rPr>
          <w:lang w:val="ru-RU"/>
        </w:rPr>
        <w:t xml:space="preserve"> вещает в следующих двух стихах:</w:t>
      </w:r>
    </w:p>
    <w:p w14:paraId="5A77B400" w14:textId="77777777" w:rsidR="002F5DC3" w:rsidRDefault="002F5DC3" w:rsidP="004E41B6">
      <w:pPr>
        <w:pStyle w:val="TextTranslation"/>
        <w:ind w:firstLine="180"/>
        <w:rPr>
          <w:lang w:val="ru-RU"/>
        </w:rPr>
      </w:pPr>
    </w:p>
    <w:p w14:paraId="3D413C91" w14:textId="77777777" w:rsidR="00173341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lastRenderedPageBreak/>
        <w:t>падартхешу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йатха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дравйам</w:t>
      </w:r>
      <w:proofErr w:type="spellEnd"/>
    </w:p>
    <w:p w14:paraId="0ABD54FB" w14:textId="77777777" w:rsidR="00173341" w:rsidRDefault="002F5DC3" w:rsidP="002F5DC3">
      <w:pPr>
        <w:ind w:firstLine="180"/>
        <w:rPr>
          <w:b/>
          <w:i/>
          <w:lang w:val="ru-RU"/>
        </w:rPr>
      </w:pPr>
      <w:r w:rsidRPr="0024053D">
        <w:rPr>
          <w:b/>
          <w:i/>
          <w:lang w:val="ru-RU"/>
        </w:rPr>
        <w:t>сан-</w:t>
      </w:r>
      <w:proofErr w:type="spellStart"/>
      <w:r w:rsidRPr="0024053D">
        <w:rPr>
          <w:b/>
          <w:i/>
          <w:lang w:val="ru-RU"/>
        </w:rPr>
        <w:t>матрам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рупа-намасу</w:t>
      </w:r>
      <w:proofErr w:type="spellEnd"/>
    </w:p>
    <w:p w14:paraId="1C71CD8B" w14:textId="77777777" w:rsidR="00173341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биджади-паньчатантасу</w:t>
      </w:r>
      <w:proofErr w:type="spellEnd"/>
    </w:p>
    <w:p w14:paraId="54E7155A" w14:textId="77777777" w:rsidR="00173341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хй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авастхасу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йутайутам</w:t>
      </w:r>
      <w:proofErr w:type="spellEnd"/>
    </w:p>
    <w:p w14:paraId="402AFEF4" w14:textId="77777777" w:rsidR="00173341" w:rsidRDefault="00173341" w:rsidP="002F5DC3">
      <w:pPr>
        <w:ind w:firstLine="180"/>
        <w:rPr>
          <w:b/>
          <w:i/>
          <w:lang w:val="ru-RU"/>
        </w:rPr>
      </w:pPr>
    </w:p>
    <w:p w14:paraId="4C83A7A3" w14:textId="77777777" w:rsidR="00173341" w:rsidRPr="00DA0238" w:rsidRDefault="00173341" w:rsidP="00173341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"Как земля существует в виде глиняного горшка и отдельно от него, как понятие существует в осязаемом и имеющем имя предмете</w:t>
      </w:r>
      <w:r w:rsidR="00616462">
        <w:rPr>
          <w:lang w:val="ru-RU"/>
        </w:rPr>
        <w:t xml:space="preserve"> и отдельно от него, так некая с</w:t>
      </w:r>
      <w:r w:rsidRPr="00DA0238">
        <w:rPr>
          <w:lang w:val="ru-RU"/>
        </w:rPr>
        <w:t xml:space="preserve">ущность </w:t>
      </w:r>
      <w:r w:rsidR="00616462">
        <w:rPr>
          <w:lang w:val="ru-RU"/>
        </w:rPr>
        <w:t>пребудет</w:t>
      </w:r>
      <w:r w:rsidRPr="00DA0238">
        <w:rPr>
          <w:lang w:val="ru-RU"/>
        </w:rPr>
        <w:t xml:space="preserve"> во всех состояниях опыта наблюдателя от </w:t>
      </w:r>
      <w:r w:rsidR="00616462">
        <w:rPr>
          <w:lang w:val="ru-RU"/>
        </w:rPr>
        <w:t>его зачатия до смерти</w:t>
      </w:r>
      <w:r>
        <w:rPr>
          <w:lang w:val="ru-RU"/>
        </w:rPr>
        <w:t>"</w:t>
      </w:r>
      <w:r w:rsidRPr="00DA0238">
        <w:rPr>
          <w:lang w:val="ru-RU"/>
        </w:rPr>
        <w:t>.</w:t>
      </w:r>
      <w:r>
        <w:rPr>
          <w:lang w:val="ru-RU"/>
        </w:rPr>
        <w:t xml:space="preserve"> (</w:t>
      </w:r>
      <w:proofErr w:type="spellStart"/>
      <w:r w:rsidRPr="007E2CF3">
        <w:rPr>
          <w:i/>
          <w:lang w:val="ru-RU"/>
        </w:rPr>
        <w:t>Шримад</w:t>
      </w:r>
      <w:r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12.7.20)</w:t>
      </w:r>
      <w:r w:rsidRPr="00DA0238">
        <w:rPr>
          <w:lang w:val="ru-RU"/>
        </w:rPr>
        <w:t>.</w:t>
      </w:r>
    </w:p>
    <w:p w14:paraId="71C2FF9D" w14:textId="77777777" w:rsidR="00173341" w:rsidRDefault="00173341" w:rsidP="002F5DC3">
      <w:pPr>
        <w:ind w:firstLine="180"/>
        <w:rPr>
          <w:b/>
          <w:i/>
          <w:lang w:val="ru-RU"/>
        </w:rPr>
      </w:pPr>
    </w:p>
    <w:p w14:paraId="60D51D59" w14:textId="77777777" w:rsidR="00173341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вирамета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йада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читтам</w:t>
      </w:r>
      <w:proofErr w:type="spellEnd"/>
    </w:p>
    <w:p w14:paraId="6AD3CE26" w14:textId="77777777" w:rsidR="00173341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хитва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вритти-трайам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свайам</w:t>
      </w:r>
      <w:proofErr w:type="spellEnd"/>
    </w:p>
    <w:p w14:paraId="5A987A72" w14:textId="77777777" w:rsidR="00173341" w:rsidRDefault="002F5DC3" w:rsidP="002F5DC3">
      <w:pPr>
        <w:ind w:firstLine="180"/>
        <w:rPr>
          <w:b/>
          <w:i/>
          <w:lang w:val="ru-RU"/>
        </w:rPr>
      </w:pPr>
      <w:proofErr w:type="spellStart"/>
      <w:r w:rsidRPr="0024053D">
        <w:rPr>
          <w:b/>
          <w:i/>
          <w:lang w:val="ru-RU"/>
        </w:rPr>
        <w:t>йогена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ва</w:t>
      </w:r>
      <w:proofErr w:type="spellEnd"/>
      <w:r w:rsidRPr="0024053D">
        <w:rPr>
          <w:b/>
          <w:i/>
          <w:lang w:val="ru-RU"/>
        </w:rPr>
        <w:t xml:space="preserve"> </w:t>
      </w:r>
      <w:proofErr w:type="spellStart"/>
      <w:r w:rsidRPr="0024053D">
        <w:rPr>
          <w:b/>
          <w:i/>
          <w:lang w:val="ru-RU"/>
        </w:rPr>
        <w:t>тадатманам</w:t>
      </w:r>
      <w:proofErr w:type="spellEnd"/>
    </w:p>
    <w:p w14:paraId="269E3DCF" w14:textId="77777777" w:rsidR="002F5DC3" w:rsidRPr="009222F2" w:rsidRDefault="002F5DC3" w:rsidP="002F5DC3">
      <w:pPr>
        <w:ind w:firstLine="180"/>
        <w:rPr>
          <w:b/>
          <w:i/>
          <w:lang w:val="ru-RU"/>
        </w:rPr>
      </w:pPr>
      <w:proofErr w:type="spellStart"/>
      <w:r w:rsidRPr="009222F2">
        <w:rPr>
          <w:b/>
          <w:i/>
          <w:lang w:val="ru-RU"/>
        </w:rPr>
        <w:t>ведехайа</w:t>
      </w:r>
      <w:proofErr w:type="spellEnd"/>
      <w:r w:rsidRPr="009222F2">
        <w:rPr>
          <w:b/>
          <w:i/>
          <w:lang w:val="ru-RU"/>
        </w:rPr>
        <w:t xml:space="preserve"> </w:t>
      </w:r>
      <w:proofErr w:type="spellStart"/>
      <w:r w:rsidRPr="009222F2">
        <w:rPr>
          <w:b/>
          <w:i/>
          <w:lang w:val="ru-RU"/>
        </w:rPr>
        <w:t>нивартате</w:t>
      </w:r>
      <w:proofErr w:type="spellEnd"/>
    </w:p>
    <w:p w14:paraId="1FB5F23D" w14:textId="77777777" w:rsidR="002F5DC3" w:rsidRPr="009222F2" w:rsidRDefault="002F5DC3" w:rsidP="004E41B6">
      <w:pPr>
        <w:pStyle w:val="TextTranslation"/>
        <w:ind w:firstLine="180"/>
        <w:rPr>
          <w:lang w:val="ru-RU"/>
        </w:rPr>
      </w:pPr>
    </w:p>
    <w:p w14:paraId="221ABEF1" w14:textId="77777777" w:rsidR="003B67ED" w:rsidRPr="00DA0238" w:rsidRDefault="00173341" w:rsidP="004E41B6">
      <w:pPr>
        <w:pStyle w:val="TextTranslation"/>
        <w:ind w:firstLine="180"/>
        <w:rPr>
          <w:lang w:val="ru-RU"/>
        </w:rPr>
      </w:pPr>
      <w:r w:rsidRPr="009222F2">
        <w:rPr>
          <w:lang w:val="ru-RU"/>
        </w:rPr>
        <w:t>"Лишь освободившись силою рассуждения или самообуздания от трех состояний — бодрствования, сновидения и беспробудного забытья, сознание способно постичь В</w:t>
      </w:r>
      <w:r>
        <w:rPr>
          <w:lang w:val="ru-RU"/>
        </w:rPr>
        <w:t>ысшую Сущность и оставить низменные устремления". (</w:t>
      </w:r>
      <w:proofErr w:type="spellStart"/>
      <w:r>
        <w:rPr>
          <w:i/>
          <w:lang w:val="ru-RU"/>
        </w:rPr>
        <w:t>Шримад</w:t>
      </w:r>
      <w:r>
        <w:rPr>
          <w:lang w:val="ru-RU"/>
        </w:rPr>
        <w:t>-</w:t>
      </w:r>
      <w:r>
        <w:rPr>
          <w:rStyle w:val="TextTranslationItalic"/>
          <w:lang w:val="ru-RU"/>
        </w:rPr>
        <w:t>Бхагаватам</w:t>
      </w:r>
      <w:proofErr w:type="spellEnd"/>
      <w:r>
        <w:rPr>
          <w:lang w:val="ru-RU"/>
        </w:rPr>
        <w:t xml:space="preserve"> 12.7.21).</w:t>
      </w:r>
    </w:p>
    <w:p w14:paraId="771BE08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038208CB" w14:textId="77777777" w:rsidR="003B67ED" w:rsidRPr="009222F2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Стихии "земля", "вода", "огонь" и прочие можно рассматривать как их формы – горшок, река, пламя, — так и вещества сами по себе. Мы вполне можем представить себе, что такое земля и вода вне их форм. Аналогично, хотя сознание в нашем опыте предстает обличенным в девять состояний – от зачатия до смерти, оно вполне себе существует без образа и вне состояния, отлично от всего, что ощущает, в чистом агрегатном виде. Так отстранившись от в</w:t>
      </w:r>
      <w:r w:rsidRPr="009222F2">
        <w:rPr>
          <w:lang w:val="ru-RU"/>
        </w:rPr>
        <w:t>идоизмененных состояний (означений) [</w:t>
      </w:r>
      <w:proofErr w:type="spellStart"/>
      <w:r w:rsidRPr="009222F2">
        <w:rPr>
          <w:rStyle w:val="TextTranslationItalic"/>
          <w:lang w:val="ru-RU"/>
        </w:rPr>
        <w:t>упадхи</w:t>
      </w:r>
      <w:proofErr w:type="spellEnd"/>
      <w:r w:rsidRPr="009222F2">
        <w:rPr>
          <w:lang w:val="ru-RU"/>
        </w:rPr>
        <w:t xml:space="preserve">], сознательный субъект (наблюдатель) становится годен вопрошать об </w:t>
      </w:r>
      <w:proofErr w:type="spellStart"/>
      <w:r w:rsidRPr="009222F2">
        <w:rPr>
          <w:rStyle w:val="TextTranslationItalic"/>
          <w:lang w:val="ru-RU"/>
        </w:rPr>
        <w:t>ашрайе</w:t>
      </w:r>
      <w:proofErr w:type="spellEnd"/>
      <w:r w:rsidRPr="009222F2">
        <w:rPr>
          <w:lang w:val="ru-RU"/>
        </w:rPr>
        <w:t xml:space="preserve"> [убежище]</w:t>
      </w:r>
      <w:r w:rsidRPr="009222F2">
        <w:rPr>
          <w:rStyle w:val="TextTranslationItalic"/>
          <w:lang w:val="ru-RU"/>
        </w:rPr>
        <w:t>.</w:t>
      </w:r>
      <w:r w:rsidRPr="009222F2">
        <w:rPr>
          <w:lang w:val="ru-RU"/>
        </w:rPr>
        <w:t xml:space="preserve"> Таков смысл стиха (12.7.21) </w:t>
      </w:r>
      <w:r w:rsidRPr="009222F2">
        <w:rPr>
          <w:rStyle w:val="TextTranslationItalic"/>
          <w:lang w:val="ru-RU"/>
        </w:rPr>
        <w:t>Шри</w:t>
      </w:r>
      <w:r w:rsidRPr="009222F2">
        <w:rPr>
          <w:lang w:val="ru-RU"/>
        </w:rPr>
        <w:t xml:space="preserve"> </w:t>
      </w:r>
      <w:proofErr w:type="spellStart"/>
      <w:r w:rsidRPr="009222F2">
        <w:rPr>
          <w:rStyle w:val="TextTranslationItalic"/>
          <w:lang w:val="ru-RU"/>
        </w:rPr>
        <w:t>Бхагаваты</w:t>
      </w:r>
      <w:proofErr w:type="spellEnd"/>
      <w:r w:rsidRPr="009222F2">
        <w:rPr>
          <w:lang w:val="ru-RU"/>
        </w:rPr>
        <w:t>, начинающегося со слова "</w:t>
      </w:r>
      <w:proofErr w:type="spellStart"/>
      <w:r w:rsidRPr="009222F2">
        <w:rPr>
          <w:i/>
          <w:lang w:val="ru-RU"/>
        </w:rPr>
        <w:t>вирамета</w:t>
      </w:r>
      <w:proofErr w:type="spellEnd"/>
      <w:r w:rsidRPr="009222F2">
        <w:rPr>
          <w:lang w:val="ru-RU"/>
        </w:rPr>
        <w:t>".</w:t>
      </w:r>
    </w:p>
    <w:p w14:paraId="2E98148F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1B59905D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>"</w:t>
      </w:r>
      <w:proofErr w:type="spellStart"/>
      <w:r>
        <w:rPr>
          <w:rStyle w:val="TextTranslationItalic"/>
          <w:lang w:val="ru-RU"/>
        </w:rPr>
        <w:t>Вритти</w:t>
      </w:r>
      <w:r>
        <w:rPr>
          <w:lang w:val="ru-RU"/>
        </w:rPr>
        <w:t>-</w:t>
      </w:r>
      <w:r>
        <w:rPr>
          <w:rStyle w:val="TextTranslationItalic"/>
          <w:lang w:val="ru-RU"/>
        </w:rPr>
        <w:t>трайам</w:t>
      </w:r>
      <w:proofErr w:type="spellEnd"/>
      <w:r>
        <w:rPr>
          <w:lang w:val="ru-RU"/>
        </w:rPr>
        <w:t>" [три рабочих состояния] – это состояния бодрствования, дремы и сна. "</w:t>
      </w:r>
      <w:proofErr w:type="spellStart"/>
      <w:r>
        <w:rPr>
          <w:rStyle w:val="TextTranslationItalic"/>
          <w:lang w:val="ru-RU"/>
        </w:rPr>
        <w:t>Атманам</w:t>
      </w:r>
      <w:proofErr w:type="spellEnd"/>
      <w:r>
        <w:rPr>
          <w:lang w:val="ru-RU"/>
        </w:rPr>
        <w:t>" ["Я"] здесь означает "Высшее Я". "</w:t>
      </w:r>
      <w:proofErr w:type="spellStart"/>
      <w:r>
        <w:rPr>
          <w:rStyle w:val="TextTranslationItalic"/>
          <w:lang w:val="ru-RU"/>
        </w:rPr>
        <w:t>Свайам</w:t>
      </w:r>
      <w:proofErr w:type="spellEnd"/>
      <w:r>
        <w:rPr>
          <w:lang w:val="ru-RU"/>
        </w:rPr>
        <w:t>" [сам собой] означает разглядывание призрачной</w:t>
      </w:r>
      <w:r w:rsidRPr="009222F2">
        <w:rPr>
          <w:lang w:val="ru-RU"/>
        </w:rPr>
        <w:t xml:space="preserve"> природы окружающего мира, по примеру мудреца </w:t>
      </w:r>
      <w:proofErr w:type="spellStart"/>
      <w:r w:rsidRPr="009222F2">
        <w:rPr>
          <w:lang w:val="ru-RU"/>
        </w:rPr>
        <w:t>Вамадевы</w:t>
      </w:r>
      <w:proofErr w:type="spellEnd"/>
      <w:r w:rsidRPr="009222F2">
        <w:rPr>
          <w:lang w:val="ru-RU"/>
        </w:rPr>
        <w:t>. "</w:t>
      </w:r>
      <w:proofErr w:type="spellStart"/>
      <w:r w:rsidRPr="009222F2">
        <w:rPr>
          <w:rStyle w:val="TextTranslationItalic"/>
          <w:lang w:val="ru-RU"/>
        </w:rPr>
        <w:t>Йогена</w:t>
      </w:r>
      <w:proofErr w:type="spellEnd"/>
      <w:r w:rsidRPr="009222F2">
        <w:rPr>
          <w:lang w:val="ru-RU"/>
        </w:rPr>
        <w:t xml:space="preserve">" [погружением] указывает на то, что таковое созерцание возможно осуществлять так, как это делала, например, </w:t>
      </w:r>
      <w:proofErr w:type="spellStart"/>
      <w:r w:rsidRPr="009222F2">
        <w:rPr>
          <w:lang w:val="ru-RU"/>
        </w:rPr>
        <w:t>Девахути</w:t>
      </w:r>
      <w:proofErr w:type="spellEnd"/>
      <w:r w:rsidRPr="009222F2">
        <w:rPr>
          <w:lang w:val="ru-RU"/>
        </w:rPr>
        <w:t>. "</w:t>
      </w:r>
      <w:proofErr w:type="spellStart"/>
      <w:r w:rsidRPr="009222F2">
        <w:rPr>
          <w:rStyle w:val="TextTranslationItalic"/>
          <w:lang w:val="ru-RU"/>
        </w:rPr>
        <w:t>Ихайах</w:t>
      </w:r>
      <w:proofErr w:type="spellEnd"/>
      <w:r w:rsidRPr="009222F2">
        <w:rPr>
          <w:lang w:val="ru-RU"/>
        </w:rPr>
        <w:t xml:space="preserve"> </w:t>
      </w:r>
      <w:proofErr w:type="spellStart"/>
      <w:r w:rsidRPr="009222F2">
        <w:rPr>
          <w:rStyle w:val="TextTranslationItalic"/>
          <w:lang w:val="ru-RU"/>
        </w:rPr>
        <w:t>нивартате</w:t>
      </w:r>
      <w:proofErr w:type="spellEnd"/>
      <w:r w:rsidRPr="009222F2">
        <w:rPr>
          <w:lang w:val="ru-RU"/>
        </w:rPr>
        <w:t>" [свободен от вс</w:t>
      </w:r>
      <w:r>
        <w:rPr>
          <w:lang w:val="ru-RU"/>
        </w:rPr>
        <w:t>якого действия] означает: он воздерживается от всех действий, кроме тех, что направлены на постижение Высшего Начала.</w:t>
      </w:r>
    </w:p>
    <w:p w14:paraId="5603EE2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6FD4ABCE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 w:rsidRPr="00DA0238">
        <w:rPr>
          <w:lang w:val="ru-RU"/>
        </w:rPr>
        <w:t>Таково мое объяснение понятия "</w:t>
      </w:r>
      <w:proofErr w:type="spellStart"/>
      <w:r w:rsidRPr="00DA0238">
        <w:rPr>
          <w:rStyle w:val="TextTranslationItalic"/>
          <w:lang w:val="ru-RU"/>
        </w:rPr>
        <w:t>самбандха</w:t>
      </w:r>
      <w:proofErr w:type="spellEnd"/>
      <w:r w:rsidRPr="00DA0238">
        <w:rPr>
          <w:lang w:val="ru-RU"/>
        </w:rPr>
        <w:t xml:space="preserve">" [связи], которое в нашем случае есть связь текста </w:t>
      </w:r>
      <w:r w:rsidR="00B26A83">
        <w:rPr>
          <w:lang w:val="ru-RU"/>
        </w:rPr>
        <w:t>(</w:t>
      </w:r>
      <w:proofErr w:type="spellStart"/>
      <w:r w:rsidRPr="00DA0238">
        <w:rPr>
          <w:rStyle w:val="TextTranslationItalic"/>
          <w:lang w:val="ru-RU"/>
        </w:rPr>
        <w:t>Шримад</w:t>
      </w:r>
      <w:r w:rsidRPr="00DA0238">
        <w:rPr>
          <w:lang w:val="ru-RU"/>
        </w:rPr>
        <w:t>-</w:t>
      </w:r>
      <w:r w:rsidRPr="00DA0238">
        <w:rPr>
          <w:rStyle w:val="TextTranslationItalic"/>
          <w:lang w:val="ru-RU"/>
        </w:rPr>
        <w:t>Бхагаватам</w:t>
      </w:r>
      <w:proofErr w:type="spellEnd"/>
      <w:r w:rsidR="00B26A83">
        <w:rPr>
          <w:lang w:val="ru-RU"/>
        </w:rPr>
        <w:t>)</w:t>
      </w:r>
      <w:r w:rsidRPr="00DA0238">
        <w:rPr>
          <w:lang w:val="ru-RU"/>
        </w:rPr>
        <w:t xml:space="preserve"> с предметом обсуждения.</w:t>
      </w:r>
    </w:p>
    <w:p w14:paraId="4CCFE2EA" w14:textId="77777777" w:rsidR="003B67ED" w:rsidRPr="00DA0238" w:rsidRDefault="003B67ED" w:rsidP="004E41B6">
      <w:pPr>
        <w:ind w:firstLine="180"/>
        <w:rPr>
          <w:b/>
          <w:lang w:val="ru-RU"/>
        </w:rPr>
      </w:pPr>
    </w:p>
    <w:p w14:paraId="5E410632" w14:textId="77777777" w:rsidR="003B67ED" w:rsidRPr="00DA0238" w:rsidRDefault="002B41BF" w:rsidP="004E41B6">
      <w:pPr>
        <w:pStyle w:val="TextTranslation"/>
        <w:ind w:firstLine="180"/>
        <w:rPr>
          <w:lang w:val="ru-RU"/>
        </w:rPr>
      </w:pPr>
      <w:r>
        <w:rPr>
          <w:lang w:val="ru-RU"/>
        </w:rPr>
        <w:t xml:space="preserve">Так заканчивается Очерк </w:t>
      </w:r>
      <w:r w:rsidRPr="009222F2">
        <w:rPr>
          <w:lang w:val="ru-RU"/>
        </w:rPr>
        <w:t>об Истине [</w:t>
      </w:r>
      <w:proofErr w:type="spellStart"/>
      <w:r w:rsidRPr="009222F2">
        <w:rPr>
          <w:i/>
          <w:lang w:val="ru-RU"/>
        </w:rPr>
        <w:t>Таттва</w:t>
      </w:r>
      <w:r w:rsidRPr="009222F2">
        <w:rPr>
          <w:lang w:val="ru-RU"/>
        </w:rPr>
        <w:t>-</w:t>
      </w:r>
      <w:r w:rsidRPr="009222F2">
        <w:rPr>
          <w:i/>
          <w:lang w:val="ru-RU"/>
        </w:rPr>
        <w:t>сандарбха</w:t>
      </w:r>
      <w:proofErr w:type="spellEnd"/>
      <w:r w:rsidRPr="009222F2">
        <w:rPr>
          <w:lang w:val="ru-RU"/>
        </w:rPr>
        <w:t xml:space="preserve">], первый в серии "О Высшем Благе", записанный мною при назидании Шри </w:t>
      </w:r>
      <w:proofErr w:type="spellStart"/>
      <w:r w:rsidRPr="009222F2">
        <w:rPr>
          <w:lang w:val="ru-RU"/>
        </w:rPr>
        <w:t>Рупы</w:t>
      </w:r>
      <w:proofErr w:type="spellEnd"/>
      <w:r w:rsidRPr="009222F2">
        <w:rPr>
          <w:lang w:val="ru-RU"/>
        </w:rPr>
        <w:t xml:space="preserve"> и Шри </w:t>
      </w:r>
      <w:proofErr w:type="spellStart"/>
      <w:r w:rsidRPr="009222F2">
        <w:rPr>
          <w:lang w:val="ru-RU"/>
        </w:rPr>
        <w:t>Санатаны</w:t>
      </w:r>
      <w:proofErr w:type="spellEnd"/>
      <w:r w:rsidRPr="009222F2">
        <w:rPr>
          <w:lang w:val="ru-RU"/>
        </w:rPr>
        <w:t xml:space="preserve">, которые, безусловно, возглавляют вселенское собрание </w:t>
      </w:r>
      <w:proofErr w:type="spellStart"/>
      <w:r w:rsidRPr="009222F2">
        <w:rPr>
          <w:i/>
          <w:lang w:val="ru-RU"/>
        </w:rPr>
        <w:t>вайшнавов</w:t>
      </w:r>
      <w:proofErr w:type="spellEnd"/>
      <w:r w:rsidRPr="009222F2">
        <w:rPr>
          <w:lang w:val="ru-RU"/>
        </w:rPr>
        <w:t xml:space="preserve">. Они безупречно служат </w:t>
      </w:r>
      <w:proofErr w:type="spellStart"/>
      <w:r w:rsidRPr="009222F2">
        <w:rPr>
          <w:lang w:val="ru-RU"/>
        </w:rPr>
        <w:t>лотосным</w:t>
      </w:r>
      <w:proofErr w:type="spellEnd"/>
      <w:r>
        <w:rPr>
          <w:lang w:val="ru-RU"/>
        </w:rPr>
        <w:t xml:space="preserve"> стопам Шри </w:t>
      </w:r>
      <w:proofErr w:type="spellStart"/>
      <w:r>
        <w:rPr>
          <w:lang w:val="ru-RU"/>
        </w:rPr>
        <w:t>Чайтаньи</w:t>
      </w:r>
      <w:proofErr w:type="spellEnd"/>
      <w:r>
        <w:rPr>
          <w:lang w:val="ru-RU"/>
        </w:rPr>
        <w:t xml:space="preserve"> — Всевышнего Самолично, Кто </w:t>
      </w:r>
      <w:proofErr w:type="spellStart"/>
      <w:r>
        <w:rPr>
          <w:lang w:val="ru-RU"/>
        </w:rPr>
        <w:t>сошествует</w:t>
      </w:r>
      <w:proofErr w:type="spellEnd"/>
      <w:r>
        <w:rPr>
          <w:lang w:val="ru-RU"/>
        </w:rPr>
        <w:t xml:space="preserve"> в бренный мир во пору </w:t>
      </w:r>
      <w:r>
        <w:rPr>
          <w:rStyle w:val="TextTranslationItalic"/>
          <w:lang w:val="ru-RU"/>
        </w:rPr>
        <w:t>Кали</w:t>
      </w:r>
      <w:r>
        <w:rPr>
          <w:lang w:val="ru-RU"/>
        </w:rPr>
        <w:t xml:space="preserve"> ради искупления здешних душ от скверны, Кто раздает всем без разбора бесценное сокровище преданности.</w:t>
      </w:r>
    </w:p>
    <w:p w14:paraId="7F97882C" w14:textId="77777777" w:rsidR="003B67ED" w:rsidRPr="00DA0238" w:rsidRDefault="003B67ED" w:rsidP="004E41B6">
      <w:pPr>
        <w:ind w:firstLine="180"/>
        <w:rPr>
          <w:b/>
          <w:lang w:val="ru-RU"/>
        </w:rPr>
      </w:pPr>
    </w:p>
    <w:sectPr w:rsidR="003B67ED" w:rsidRPr="00DA0238" w:rsidSect="004E41B6">
      <w:pgSz w:w="12240" w:h="15840"/>
      <w:pgMar w:top="1440" w:right="126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Kohinoor Bangla">
    <w:panose1 w:val="02000000000000000000"/>
    <w:charset w:val="4D"/>
    <w:family w:val="auto"/>
    <w:notTrueType/>
    <w:pitch w:val="variable"/>
    <w:sig w:usb0="00010007" w:usb1="00000000" w:usb2="00000000" w:usb3="00000000" w:csb0="00000093" w:csb1="00000000"/>
  </w:font>
  <w:font w:name="Gaura Times"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5390814">
    <w:abstractNumId w:val="8"/>
  </w:num>
  <w:num w:numId="2" w16cid:durableId="1608654349">
    <w:abstractNumId w:val="6"/>
  </w:num>
  <w:num w:numId="3" w16cid:durableId="346980331">
    <w:abstractNumId w:val="5"/>
  </w:num>
  <w:num w:numId="4" w16cid:durableId="704216203">
    <w:abstractNumId w:val="4"/>
  </w:num>
  <w:num w:numId="5" w16cid:durableId="678822054">
    <w:abstractNumId w:val="7"/>
  </w:num>
  <w:num w:numId="6" w16cid:durableId="959605168">
    <w:abstractNumId w:val="3"/>
  </w:num>
  <w:num w:numId="7" w16cid:durableId="1657033903">
    <w:abstractNumId w:val="2"/>
  </w:num>
  <w:num w:numId="8" w16cid:durableId="417943909">
    <w:abstractNumId w:val="1"/>
  </w:num>
  <w:num w:numId="9" w16cid:durableId="145537043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046B1"/>
    <w:rsid w:val="00034306"/>
    <w:rsid w:val="00034372"/>
    <w:rsid w:val="00034616"/>
    <w:rsid w:val="0003561F"/>
    <w:rsid w:val="0003592C"/>
    <w:rsid w:val="00040345"/>
    <w:rsid w:val="00042A16"/>
    <w:rsid w:val="00043DD6"/>
    <w:rsid w:val="00044191"/>
    <w:rsid w:val="00053C0B"/>
    <w:rsid w:val="00056F78"/>
    <w:rsid w:val="0006063C"/>
    <w:rsid w:val="000716E9"/>
    <w:rsid w:val="00083B3B"/>
    <w:rsid w:val="000A082E"/>
    <w:rsid w:val="000B7281"/>
    <w:rsid w:val="000C3ECF"/>
    <w:rsid w:val="000C7E68"/>
    <w:rsid w:val="000D0A04"/>
    <w:rsid w:val="000E05E8"/>
    <w:rsid w:val="000E6259"/>
    <w:rsid w:val="000E74CB"/>
    <w:rsid w:val="001106F5"/>
    <w:rsid w:val="00111A29"/>
    <w:rsid w:val="001141EC"/>
    <w:rsid w:val="00121AA9"/>
    <w:rsid w:val="00123C2D"/>
    <w:rsid w:val="00145921"/>
    <w:rsid w:val="00147A54"/>
    <w:rsid w:val="0015074B"/>
    <w:rsid w:val="00150EC6"/>
    <w:rsid w:val="00152125"/>
    <w:rsid w:val="00152469"/>
    <w:rsid w:val="00173341"/>
    <w:rsid w:val="00175FCC"/>
    <w:rsid w:val="00176AAA"/>
    <w:rsid w:val="00181B7C"/>
    <w:rsid w:val="00182DE9"/>
    <w:rsid w:val="00186CBD"/>
    <w:rsid w:val="00187405"/>
    <w:rsid w:val="001939FE"/>
    <w:rsid w:val="00197F75"/>
    <w:rsid w:val="001A0B98"/>
    <w:rsid w:val="001A1266"/>
    <w:rsid w:val="001A13F0"/>
    <w:rsid w:val="001A4ED4"/>
    <w:rsid w:val="001A5EB6"/>
    <w:rsid w:val="001A6463"/>
    <w:rsid w:val="001B3CF8"/>
    <w:rsid w:val="001B6E20"/>
    <w:rsid w:val="001D0226"/>
    <w:rsid w:val="001D1AD8"/>
    <w:rsid w:val="001D2F60"/>
    <w:rsid w:val="001E5EB6"/>
    <w:rsid w:val="001E7E03"/>
    <w:rsid w:val="00200ABD"/>
    <w:rsid w:val="002018AF"/>
    <w:rsid w:val="0020330A"/>
    <w:rsid w:val="002241D7"/>
    <w:rsid w:val="00225606"/>
    <w:rsid w:val="00231F5C"/>
    <w:rsid w:val="0023543F"/>
    <w:rsid w:val="0024053D"/>
    <w:rsid w:val="00257A86"/>
    <w:rsid w:val="00257C15"/>
    <w:rsid w:val="00257FDB"/>
    <w:rsid w:val="00265AD5"/>
    <w:rsid w:val="002670C4"/>
    <w:rsid w:val="00270B2F"/>
    <w:rsid w:val="0029470A"/>
    <w:rsid w:val="0029639D"/>
    <w:rsid w:val="002A0752"/>
    <w:rsid w:val="002A4605"/>
    <w:rsid w:val="002B41BF"/>
    <w:rsid w:val="002C1023"/>
    <w:rsid w:val="002D1E8E"/>
    <w:rsid w:val="002D4801"/>
    <w:rsid w:val="002E0195"/>
    <w:rsid w:val="002E057A"/>
    <w:rsid w:val="002E0C62"/>
    <w:rsid w:val="002E3088"/>
    <w:rsid w:val="002E5979"/>
    <w:rsid w:val="002F5DC3"/>
    <w:rsid w:val="002F74F6"/>
    <w:rsid w:val="00302669"/>
    <w:rsid w:val="0031174F"/>
    <w:rsid w:val="003132B1"/>
    <w:rsid w:val="00313F03"/>
    <w:rsid w:val="0032043C"/>
    <w:rsid w:val="00320EDF"/>
    <w:rsid w:val="00322214"/>
    <w:rsid w:val="00322519"/>
    <w:rsid w:val="00326F90"/>
    <w:rsid w:val="003327D3"/>
    <w:rsid w:val="003363FC"/>
    <w:rsid w:val="00337F42"/>
    <w:rsid w:val="00340933"/>
    <w:rsid w:val="00343A55"/>
    <w:rsid w:val="00351823"/>
    <w:rsid w:val="00365366"/>
    <w:rsid w:val="003719DD"/>
    <w:rsid w:val="0037656E"/>
    <w:rsid w:val="003809B5"/>
    <w:rsid w:val="003815D4"/>
    <w:rsid w:val="003873BD"/>
    <w:rsid w:val="00394AE4"/>
    <w:rsid w:val="003A6F28"/>
    <w:rsid w:val="003B67ED"/>
    <w:rsid w:val="003D6AC0"/>
    <w:rsid w:val="003F73F4"/>
    <w:rsid w:val="00401BF3"/>
    <w:rsid w:val="0040205E"/>
    <w:rsid w:val="0040397D"/>
    <w:rsid w:val="0040431A"/>
    <w:rsid w:val="004174DE"/>
    <w:rsid w:val="00417589"/>
    <w:rsid w:val="00423C76"/>
    <w:rsid w:val="0043676B"/>
    <w:rsid w:val="00442C12"/>
    <w:rsid w:val="004448FF"/>
    <w:rsid w:val="00451522"/>
    <w:rsid w:val="00453317"/>
    <w:rsid w:val="00454846"/>
    <w:rsid w:val="00455FDA"/>
    <w:rsid w:val="00461426"/>
    <w:rsid w:val="004659BE"/>
    <w:rsid w:val="0047252D"/>
    <w:rsid w:val="00473FAC"/>
    <w:rsid w:val="00482ACF"/>
    <w:rsid w:val="00493F0A"/>
    <w:rsid w:val="00497429"/>
    <w:rsid w:val="004A1286"/>
    <w:rsid w:val="004A390D"/>
    <w:rsid w:val="004B023C"/>
    <w:rsid w:val="004D3195"/>
    <w:rsid w:val="004D50CB"/>
    <w:rsid w:val="004E3225"/>
    <w:rsid w:val="004E41B6"/>
    <w:rsid w:val="004F16F9"/>
    <w:rsid w:val="004F1A2D"/>
    <w:rsid w:val="004F7A9E"/>
    <w:rsid w:val="0050061C"/>
    <w:rsid w:val="0050230D"/>
    <w:rsid w:val="0050335B"/>
    <w:rsid w:val="005125DF"/>
    <w:rsid w:val="00516AE8"/>
    <w:rsid w:val="005238DB"/>
    <w:rsid w:val="00526643"/>
    <w:rsid w:val="00537BAC"/>
    <w:rsid w:val="00545C76"/>
    <w:rsid w:val="00560136"/>
    <w:rsid w:val="00561FF4"/>
    <w:rsid w:val="00564ED0"/>
    <w:rsid w:val="00567231"/>
    <w:rsid w:val="0057408C"/>
    <w:rsid w:val="00582274"/>
    <w:rsid w:val="005938DF"/>
    <w:rsid w:val="00596DED"/>
    <w:rsid w:val="005A5B17"/>
    <w:rsid w:val="005A6228"/>
    <w:rsid w:val="005C1978"/>
    <w:rsid w:val="005C2241"/>
    <w:rsid w:val="005C3098"/>
    <w:rsid w:val="005D4CBE"/>
    <w:rsid w:val="005D56B5"/>
    <w:rsid w:val="005D66CB"/>
    <w:rsid w:val="005E191B"/>
    <w:rsid w:val="005E2813"/>
    <w:rsid w:val="005F0511"/>
    <w:rsid w:val="005F32E4"/>
    <w:rsid w:val="00602896"/>
    <w:rsid w:val="00604312"/>
    <w:rsid w:val="00616462"/>
    <w:rsid w:val="006216BD"/>
    <w:rsid w:val="00625787"/>
    <w:rsid w:val="00630B78"/>
    <w:rsid w:val="006409EC"/>
    <w:rsid w:val="00644879"/>
    <w:rsid w:val="00654FB1"/>
    <w:rsid w:val="006617A3"/>
    <w:rsid w:val="00662FDE"/>
    <w:rsid w:val="00665067"/>
    <w:rsid w:val="00673524"/>
    <w:rsid w:val="0067737B"/>
    <w:rsid w:val="00682CFA"/>
    <w:rsid w:val="006A3E7B"/>
    <w:rsid w:val="006B2C0D"/>
    <w:rsid w:val="006B3D80"/>
    <w:rsid w:val="006C3C24"/>
    <w:rsid w:val="006C7366"/>
    <w:rsid w:val="006D20EC"/>
    <w:rsid w:val="006E31CD"/>
    <w:rsid w:val="006E3A4B"/>
    <w:rsid w:val="006E470D"/>
    <w:rsid w:val="006F0309"/>
    <w:rsid w:val="006F15F2"/>
    <w:rsid w:val="00711B00"/>
    <w:rsid w:val="00725E3E"/>
    <w:rsid w:val="00735A3B"/>
    <w:rsid w:val="007370CB"/>
    <w:rsid w:val="007410CD"/>
    <w:rsid w:val="007547ED"/>
    <w:rsid w:val="00771433"/>
    <w:rsid w:val="0077705A"/>
    <w:rsid w:val="00781364"/>
    <w:rsid w:val="00785204"/>
    <w:rsid w:val="007A0B66"/>
    <w:rsid w:val="007A559B"/>
    <w:rsid w:val="007A784D"/>
    <w:rsid w:val="007B4A9E"/>
    <w:rsid w:val="007B58A0"/>
    <w:rsid w:val="007B7D34"/>
    <w:rsid w:val="007D45EF"/>
    <w:rsid w:val="007E2CF3"/>
    <w:rsid w:val="007F6788"/>
    <w:rsid w:val="00805967"/>
    <w:rsid w:val="008067A8"/>
    <w:rsid w:val="00806910"/>
    <w:rsid w:val="00806E08"/>
    <w:rsid w:val="0080728C"/>
    <w:rsid w:val="00814E74"/>
    <w:rsid w:val="00821F7E"/>
    <w:rsid w:val="008271E3"/>
    <w:rsid w:val="00831AA1"/>
    <w:rsid w:val="00833CD8"/>
    <w:rsid w:val="00834B41"/>
    <w:rsid w:val="00846093"/>
    <w:rsid w:val="00854715"/>
    <w:rsid w:val="0085627B"/>
    <w:rsid w:val="0087439D"/>
    <w:rsid w:val="008A4300"/>
    <w:rsid w:val="008C2BEF"/>
    <w:rsid w:val="008D01A8"/>
    <w:rsid w:val="008E0C69"/>
    <w:rsid w:val="008E3A57"/>
    <w:rsid w:val="008F3550"/>
    <w:rsid w:val="008F4D01"/>
    <w:rsid w:val="009056A0"/>
    <w:rsid w:val="009135A0"/>
    <w:rsid w:val="009146BB"/>
    <w:rsid w:val="009222F2"/>
    <w:rsid w:val="00930451"/>
    <w:rsid w:val="00940164"/>
    <w:rsid w:val="00940BC5"/>
    <w:rsid w:val="00941FBE"/>
    <w:rsid w:val="00942BF7"/>
    <w:rsid w:val="00950815"/>
    <w:rsid w:val="0095302C"/>
    <w:rsid w:val="00974C61"/>
    <w:rsid w:val="0098346E"/>
    <w:rsid w:val="009A3BA7"/>
    <w:rsid w:val="009B1A84"/>
    <w:rsid w:val="009B2FA5"/>
    <w:rsid w:val="009D0807"/>
    <w:rsid w:val="009E11F5"/>
    <w:rsid w:val="009E192A"/>
    <w:rsid w:val="009E5645"/>
    <w:rsid w:val="009F3F93"/>
    <w:rsid w:val="009F58F9"/>
    <w:rsid w:val="00A013EB"/>
    <w:rsid w:val="00A015D7"/>
    <w:rsid w:val="00A0636A"/>
    <w:rsid w:val="00A1491B"/>
    <w:rsid w:val="00A14F89"/>
    <w:rsid w:val="00A242EA"/>
    <w:rsid w:val="00A27ADE"/>
    <w:rsid w:val="00A3273A"/>
    <w:rsid w:val="00A32DEF"/>
    <w:rsid w:val="00A43835"/>
    <w:rsid w:val="00A502BF"/>
    <w:rsid w:val="00A556CE"/>
    <w:rsid w:val="00A86EB8"/>
    <w:rsid w:val="00A94F12"/>
    <w:rsid w:val="00A95633"/>
    <w:rsid w:val="00A9681F"/>
    <w:rsid w:val="00AA1D8D"/>
    <w:rsid w:val="00AA365F"/>
    <w:rsid w:val="00AB6823"/>
    <w:rsid w:val="00AC10B8"/>
    <w:rsid w:val="00AC784D"/>
    <w:rsid w:val="00AD015D"/>
    <w:rsid w:val="00AD1509"/>
    <w:rsid w:val="00AE316A"/>
    <w:rsid w:val="00B077C6"/>
    <w:rsid w:val="00B1006E"/>
    <w:rsid w:val="00B23AC5"/>
    <w:rsid w:val="00B266C1"/>
    <w:rsid w:val="00B26A83"/>
    <w:rsid w:val="00B303C5"/>
    <w:rsid w:val="00B400C8"/>
    <w:rsid w:val="00B44B93"/>
    <w:rsid w:val="00B47730"/>
    <w:rsid w:val="00B50058"/>
    <w:rsid w:val="00B51A26"/>
    <w:rsid w:val="00B73BFB"/>
    <w:rsid w:val="00B73CDB"/>
    <w:rsid w:val="00B750AD"/>
    <w:rsid w:val="00B826E4"/>
    <w:rsid w:val="00B9053E"/>
    <w:rsid w:val="00BA022C"/>
    <w:rsid w:val="00BA1578"/>
    <w:rsid w:val="00BB0409"/>
    <w:rsid w:val="00BB27ED"/>
    <w:rsid w:val="00BB65DC"/>
    <w:rsid w:val="00BC0A93"/>
    <w:rsid w:val="00BC1480"/>
    <w:rsid w:val="00BD58BB"/>
    <w:rsid w:val="00BE3D34"/>
    <w:rsid w:val="00C01709"/>
    <w:rsid w:val="00C05ED7"/>
    <w:rsid w:val="00C12140"/>
    <w:rsid w:val="00C20382"/>
    <w:rsid w:val="00C21EB0"/>
    <w:rsid w:val="00C27910"/>
    <w:rsid w:val="00C37B9A"/>
    <w:rsid w:val="00C539F5"/>
    <w:rsid w:val="00C66363"/>
    <w:rsid w:val="00C7311B"/>
    <w:rsid w:val="00C84822"/>
    <w:rsid w:val="00C92C5B"/>
    <w:rsid w:val="00C94B78"/>
    <w:rsid w:val="00CA5A77"/>
    <w:rsid w:val="00CB0664"/>
    <w:rsid w:val="00CB7D2A"/>
    <w:rsid w:val="00CD25D9"/>
    <w:rsid w:val="00CD439A"/>
    <w:rsid w:val="00CE0F8B"/>
    <w:rsid w:val="00CE24F9"/>
    <w:rsid w:val="00CF0D85"/>
    <w:rsid w:val="00CF474C"/>
    <w:rsid w:val="00CF6E1B"/>
    <w:rsid w:val="00D05B06"/>
    <w:rsid w:val="00D07EB3"/>
    <w:rsid w:val="00D12C49"/>
    <w:rsid w:val="00D20C76"/>
    <w:rsid w:val="00D264DC"/>
    <w:rsid w:val="00D26523"/>
    <w:rsid w:val="00D41353"/>
    <w:rsid w:val="00D5174B"/>
    <w:rsid w:val="00D52D72"/>
    <w:rsid w:val="00D602EE"/>
    <w:rsid w:val="00D65EC8"/>
    <w:rsid w:val="00D67819"/>
    <w:rsid w:val="00D73AB2"/>
    <w:rsid w:val="00D7413A"/>
    <w:rsid w:val="00D813DB"/>
    <w:rsid w:val="00D81FE2"/>
    <w:rsid w:val="00D83484"/>
    <w:rsid w:val="00D87B9D"/>
    <w:rsid w:val="00DA0238"/>
    <w:rsid w:val="00DB2787"/>
    <w:rsid w:val="00DB7E3B"/>
    <w:rsid w:val="00DE04BD"/>
    <w:rsid w:val="00DF15B2"/>
    <w:rsid w:val="00DF5CE7"/>
    <w:rsid w:val="00E11BEC"/>
    <w:rsid w:val="00E21FD9"/>
    <w:rsid w:val="00E264E7"/>
    <w:rsid w:val="00E3088E"/>
    <w:rsid w:val="00E32574"/>
    <w:rsid w:val="00E32AB8"/>
    <w:rsid w:val="00E45ADE"/>
    <w:rsid w:val="00E51A7A"/>
    <w:rsid w:val="00E54FE2"/>
    <w:rsid w:val="00E5776F"/>
    <w:rsid w:val="00E72A15"/>
    <w:rsid w:val="00E74422"/>
    <w:rsid w:val="00E867C8"/>
    <w:rsid w:val="00E87D40"/>
    <w:rsid w:val="00E97E50"/>
    <w:rsid w:val="00EA363E"/>
    <w:rsid w:val="00EB5214"/>
    <w:rsid w:val="00EC2575"/>
    <w:rsid w:val="00ED093A"/>
    <w:rsid w:val="00EE12DF"/>
    <w:rsid w:val="00EE2DA0"/>
    <w:rsid w:val="00EE68E6"/>
    <w:rsid w:val="00EE6FF2"/>
    <w:rsid w:val="00EF389D"/>
    <w:rsid w:val="00F04CC4"/>
    <w:rsid w:val="00F12549"/>
    <w:rsid w:val="00F132E5"/>
    <w:rsid w:val="00F13ADC"/>
    <w:rsid w:val="00F15048"/>
    <w:rsid w:val="00F21171"/>
    <w:rsid w:val="00F23525"/>
    <w:rsid w:val="00F2404A"/>
    <w:rsid w:val="00F2412D"/>
    <w:rsid w:val="00F27919"/>
    <w:rsid w:val="00F33F0F"/>
    <w:rsid w:val="00F4225C"/>
    <w:rsid w:val="00F60E52"/>
    <w:rsid w:val="00F6363E"/>
    <w:rsid w:val="00F66B69"/>
    <w:rsid w:val="00F67857"/>
    <w:rsid w:val="00F716AD"/>
    <w:rsid w:val="00F737ED"/>
    <w:rsid w:val="00F74EB6"/>
    <w:rsid w:val="00F90EB9"/>
    <w:rsid w:val="00FA1AC5"/>
    <w:rsid w:val="00FB28BE"/>
    <w:rsid w:val="00FB4EAA"/>
    <w:rsid w:val="00FC693F"/>
    <w:rsid w:val="00FD0268"/>
    <w:rsid w:val="00FD0B62"/>
    <w:rsid w:val="00FD0C80"/>
    <w:rsid w:val="00FD468F"/>
    <w:rsid w:val="00FE00AC"/>
    <w:rsid w:val="00FF32C5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14CBFA"/>
  <w15:docId w15:val="{B2BD228E-10DC-FD48-A375-E4B4CFD6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Courier New" w:hAnsi="Courier New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ghtList1">
    <w:name w:val="Light List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1">
    <w:name w:val="Light Grid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1">
    <w:name w:val="Medium Shading 1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1">
    <w:name w:val="Medium List 1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1">
    <w:name w:val="Medium List 2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1">
    <w:name w:val="Medium Grid 1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1">
    <w:name w:val="Medium Grid 2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1">
    <w:name w:val="Dark List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1">
    <w:name w:val="Colorful Shading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1">
    <w:name w:val="Colorful List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1">
    <w:name w:val="Colorful Grid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hapterNumber">
    <w:name w:val="ChapterNumber"/>
    <w:rsid w:val="00C21EB0"/>
    <w:pPr>
      <w:spacing w:after="0" w:line="240" w:lineRule="auto"/>
      <w:jc w:val="center"/>
    </w:pPr>
    <w:rPr>
      <w:rFonts w:ascii="Courier New" w:hAnsi="Courier New"/>
      <w:sz w:val="36"/>
    </w:rPr>
  </w:style>
  <w:style w:type="paragraph" w:customStyle="1" w:styleId="TextNumber">
    <w:name w:val="TextNumber"/>
    <w:rsid w:val="00C21EB0"/>
    <w:pPr>
      <w:spacing w:after="0" w:line="240" w:lineRule="auto"/>
    </w:pPr>
    <w:rPr>
      <w:rFonts w:ascii="Courier New" w:hAnsi="Courier New"/>
    </w:rPr>
  </w:style>
  <w:style w:type="paragraph" w:customStyle="1" w:styleId="Sanskrit">
    <w:name w:val="Sanskrit"/>
    <w:rsid w:val="00C21EB0"/>
    <w:pPr>
      <w:spacing w:after="0" w:line="240" w:lineRule="auto"/>
      <w:jc w:val="center"/>
    </w:pPr>
    <w:rPr>
      <w:rFonts w:ascii="Kohinoor Bangla" w:hAnsi="Kohinoor Bangla"/>
      <w:sz w:val="20"/>
    </w:rPr>
  </w:style>
  <w:style w:type="paragraph" w:customStyle="1" w:styleId="Diacritics">
    <w:name w:val="Diacritics"/>
    <w:rsid w:val="00C21EB0"/>
    <w:pPr>
      <w:spacing w:after="0" w:line="240" w:lineRule="auto"/>
      <w:jc w:val="center"/>
    </w:pPr>
    <w:rPr>
      <w:rFonts w:ascii="Gaura Times" w:hAnsi="Gaura Times"/>
      <w:i/>
      <w:sz w:val="16"/>
    </w:rPr>
  </w:style>
  <w:style w:type="character" w:customStyle="1" w:styleId="WordTranslationOriginal">
    <w:name w:val="WordTranslationOriginal"/>
    <w:rsid w:val="00C21EB0"/>
    <w:rPr>
      <w:rFonts w:ascii="Gaura Times" w:hAnsi="Gaura Times"/>
      <w:i/>
      <w:sz w:val="22"/>
    </w:rPr>
  </w:style>
  <w:style w:type="paragraph" w:customStyle="1" w:styleId="WordTranslationTranslation">
    <w:name w:val="WordTranslationTranslation"/>
    <w:rsid w:val="00C21EB0"/>
    <w:pPr>
      <w:spacing w:after="0" w:line="240" w:lineRule="auto"/>
      <w:jc w:val="both"/>
    </w:pPr>
    <w:rPr>
      <w:rFonts w:ascii="Courier New" w:hAnsi="Courier New"/>
    </w:rPr>
  </w:style>
  <w:style w:type="character" w:customStyle="1" w:styleId="WordTranslationTranslationItalic">
    <w:name w:val="WordTranslationTranslationItalic"/>
    <w:rsid w:val="00C21EB0"/>
    <w:rPr>
      <w:rFonts w:ascii="Courier New" w:hAnsi="Courier New"/>
      <w:i/>
      <w:sz w:val="22"/>
    </w:rPr>
  </w:style>
  <w:style w:type="paragraph" w:customStyle="1" w:styleId="TextTranslation">
    <w:name w:val="TextTranslation"/>
    <w:rsid w:val="00C21EB0"/>
    <w:pPr>
      <w:spacing w:after="0" w:line="240" w:lineRule="auto"/>
      <w:jc w:val="both"/>
    </w:pPr>
    <w:rPr>
      <w:rFonts w:ascii="Courier New" w:hAnsi="Courier New"/>
      <w:b/>
    </w:rPr>
  </w:style>
  <w:style w:type="character" w:customStyle="1" w:styleId="TextTranslationItalic">
    <w:name w:val="TextTranslationItalic"/>
    <w:rsid w:val="00C21EB0"/>
    <w:rPr>
      <w:rFonts w:ascii="Courier New" w:hAnsi="Courier New"/>
      <w:i/>
      <w:sz w:val="22"/>
    </w:rPr>
  </w:style>
  <w:style w:type="paragraph" w:customStyle="1" w:styleId="TextComment">
    <w:name w:val="TextComment"/>
    <w:rsid w:val="00C21EB0"/>
    <w:pPr>
      <w:spacing w:after="0" w:line="240" w:lineRule="auto"/>
      <w:jc w:val="both"/>
    </w:pPr>
    <w:rPr>
      <w:rFonts w:ascii="Courier New" w:hAnsi="Courier New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C3098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5C3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72E236-EF98-4F51-B5B2-11D675A0C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14353</Words>
  <Characters>90427</Characters>
  <Application>Microsoft Office Word</Application>
  <DocSecurity>0</DocSecurity>
  <Lines>753</Lines>
  <Paragraphs>209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104571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Kalindi</cp:lastModifiedBy>
  <cp:revision>29</cp:revision>
  <dcterms:created xsi:type="dcterms:W3CDTF">2026-08-06T04:41:00Z</dcterms:created>
  <dcterms:modified xsi:type="dcterms:W3CDTF">2026-08-13T21:42:00Z</dcterms:modified>
</cp:coreProperties>
</file>